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Dudley Pride Headliner: Why Tia Kofi’s Set Matters for Local LGBTQ+ Celebration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Pride-goers are turning out to Dudley this July as RuPaul’s Drag Race UK star Tia Kofi headlines Dudley Pride, a free, family-friendly celebration of LGBTQ+ life with music, stalls and street fun that promises an inclusive afternoon for the Black Country community.</w:t>
      </w:r>
      <w:r/>
    </w:p>
    <w:p>
      <w:r/>
      <w:r>
        <w:t>Essential Takeaways</w:t>
      </w:r>
      <w:r/>
      <w:r/>
    </w:p>
    <w:p>
      <w:pPr>
        <w:pStyle w:val="ListBullet"/>
        <w:spacing w:line="240" w:lineRule="auto"/>
        <w:ind w:left="720"/>
      </w:pPr>
      <w:r/>
      <w:r>
        <w:rPr>
          <w:b/>
        </w:rPr>
        <w:t>Headline act:</w:t>
      </w:r>
      <w:r>
        <w:t xml:space="preserve"> Tia Kofi, winner of series two of the BBC’s RuPaul’s Drag Race UK, is performing as the headliner, closing the event at 8pm with a lively set.</w:t>
      </w:r>
      <w:r/>
    </w:p>
    <w:p>
      <w:pPr>
        <w:pStyle w:val="ListBullet"/>
        <w:spacing w:line="240" w:lineRule="auto"/>
        <w:ind w:left="720"/>
      </w:pPr>
      <w:r/>
      <w:r>
        <w:rPr>
          <w:b/>
        </w:rPr>
        <w:t>Free, local festival:</w:t>
      </w:r>
      <w:r>
        <w:t xml:space="preserve"> Dudley Pride takes place at Stone Street Square on Saturday 18 July, kicking off at 1pm under a large marquee with DJ Porky starting the party.</w:t>
      </w:r>
      <w:r/>
    </w:p>
    <w:p>
      <w:pPr>
        <w:pStyle w:val="ListBullet"/>
        <w:spacing w:line="240" w:lineRule="auto"/>
        <w:ind w:left="720"/>
      </w:pPr>
      <w:r/>
      <w:r>
        <w:rPr>
          <w:b/>
        </w:rPr>
        <w:t>Packed programme:</w:t>
      </w:r>
      <w:r>
        <w:t xml:space="preserve"> Expect drag sets from Trixie Lee, DJs including James Wommersly, returning favourite Karl M, theatre from WMYT and live queer riot girrrl band Temper Tantrum.</w:t>
      </w:r>
      <w:r/>
    </w:p>
    <w:p>
      <w:pPr>
        <w:pStyle w:val="ListBullet"/>
        <w:spacing w:line="240" w:lineRule="auto"/>
        <w:ind w:left="720"/>
      </w:pPr>
      <w:r/>
      <w:r>
        <w:rPr>
          <w:b/>
        </w:rPr>
        <w:t>Family-friendly fun:</w:t>
      </w:r>
      <w:r>
        <w:t xml:space="preserve"> More than 30 stalls, crafts, street food, face painting, glitter tattoos and entertainers create a colourful atmosphere that’s easygoing and accessible.</w:t>
      </w:r>
      <w:r/>
    </w:p>
    <w:p>
      <w:pPr>
        <w:pStyle w:val="ListBullet"/>
        <w:spacing w:line="240" w:lineRule="auto"/>
        <w:ind w:left="720"/>
      </w:pPr>
      <w:r/>
      <w:r>
        <w:rPr>
          <w:b/>
        </w:rPr>
        <w:t>Community-backed:</w:t>
      </w:r>
      <w:r>
        <w:t xml:space="preserve"> The event is sponsored by local firm Haystoun, who praised organisers and volunteers for bringing people together.</w:t>
      </w:r>
      <w:r/>
      <w:r/>
    </w:p>
    <w:p>
      <w:pPr>
        <w:pStyle w:val="Heading2"/>
      </w:pPr>
      <w:r>
        <w:t>Tia Kofi brings star power and a feel-good finish</w:t>
      </w:r>
      <w:r/>
    </w:p>
    <w:p>
      <w:r/>
      <w:r>
        <w:t>Tia Kofi’s name on the bill gives Dudley Pride a proper headline moment, and you can feel the anticipation in the programme notes. According to event listings, the show wraps with Tia’s performance at 8pm, which means an evening-high energy finale for a day of family-friendly activities. Fans will recognise Tia from RuPaul’s Drag Race UK, and that star recognition helps put Dudley on the map for anyone thinking of making a day trip.</w:t>
      </w:r>
      <w:r/>
    </w:p>
    <w:p>
      <w:pPr>
        <w:pStyle w:val="Heading2"/>
      </w:pPr>
      <w:r>
        <w:t>A tidy local festival with a big heart</w:t>
      </w:r>
      <w:r/>
    </w:p>
    <w:p>
      <w:r/>
      <w:r>
        <w:t>Organisers have kept things compact and welcoming. The celebrations are centred on Stone Street Square and will run under a large marquee to shelter the music and main acts, while DJs and street performers fill the surrounding area. Dudley Council’s events pages list the festival details, and the structure , scheduled acts, stalls and a set start and finish , makes it easy for families and groups to plan their visit.</w:t>
      </w:r>
      <w:r/>
    </w:p>
    <w:p>
      <w:pPr>
        <w:pStyle w:val="Heading2"/>
      </w:pPr>
      <w:r>
        <w:t>More than a headline: a diverse line-up</w:t>
      </w:r>
      <w:r/>
    </w:p>
    <w:p>
      <w:r/>
      <w:r>
        <w:t>Dudley Pride isn’t just one performer on a stage. The bill mixes drag, theatre and local bands, including WMYT West Midlands Youth Theatre and the queer riot girrrl band Temper Tantrum, giving a range of acts for different tastes. DJs like James Wommersly and crowd favourites such as Karl M add club energy in the afternoon and early evening, while craft and food stalls keep things grounded and local. If you like variety in your festival day, this one delivers.</w:t>
      </w:r>
      <w:r/>
    </w:p>
    <w:p>
      <w:pPr>
        <w:pStyle w:val="Heading2"/>
      </w:pPr>
      <w:r>
        <w:t>Why local sponsorship and volunteers matter</w:t>
      </w:r>
      <w:r/>
    </w:p>
    <w:p>
      <w:r/>
      <w:r>
        <w:t>Local firm Haystoun sponsors the event and has praised the volunteers and organisers for their work, a reminder that grassroots Pride events often rely on community support. That sponsorship helps keep Dudley Pride free to attend, which matters if you want an inclusive event without the gatekeeping of ticketed festivals. Expect practical touches , accessible staging, family areas, and visible stewarding , because local councils and sponsors usually focus on making these events approachable.</w:t>
      </w:r>
      <w:r/>
    </w:p>
    <w:p>
      <w:pPr>
        <w:pStyle w:val="Heading2"/>
      </w:pPr>
      <w:r>
        <w:t>Practical tips for going to Dudley Pride</w:t>
      </w:r>
      <w:r/>
    </w:p>
    <w:p>
      <w:r/>
      <w:r>
        <w:t>Arrive early if you want a good spot near the main stage , the marquee fills up. Bring cash for small stall purchases, though many vendors may take cards. If you’re coming with children, plan a meet-up point in case you get separated, and indulge in the face painting and glitter tattoos for quick fun. Check dudleypride.org.uk for the full running order and any last-minute info on accessibility or transport.</w:t>
      </w:r>
      <w:r/>
    </w:p>
    <w:p>
      <w:r/>
      <w:r>
        <w:t>It's a local celebration with national sparkle , worth a stroll, a cheer, or the occasional dance move.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0">
        <w:r>
          <w:rPr>
            <w:color w:val="0000EE"/>
            <w:u w:val="single"/>
          </w:rPr>
          <w:t>[2]</w:t>
        </w:r>
      </w:hyperlink>
      <w:r>
        <w:t xml:space="preserve">- Paragraph 3: </w:t>
      </w:r>
      <w:hyperlink r:id="rId10">
        <w:r>
          <w:rPr>
            <w:color w:val="0000EE"/>
            <w:u w:val="single"/>
          </w:rPr>
          <w:t>[2]</w:t>
        </w:r>
      </w:hyperlink>
      <w:r>
        <w:t xml:space="preserve">, </w:t>
      </w:r>
      <w:hyperlink r:id="rId13">
        <w:r>
          <w:rPr>
            <w:color w:val="0000EE"/>
            <w:u w:val="single"/>
          </w:rPr>
          <w:t>[5]</w:t>
        </w:r>
      </w:hyperlink>
      <w:r>
        <w:t xml:space="preserve">- Paragraph 4: </w:t>
      </w:r>
      <w:hyperlink r:id="rId10">
        <w:r>
          <w:rPr>
            <w:color w:val="0000EE"/>
            <w:u w:val="single"/>
          </w:rPr>
          <w:t>[2]</w:t>
        </w:r>
      </w:hyperlink>
      <w:r>
        <w:t xml:space="preserve">, </w:t>
      </w:r>
      <w:hyperlink r:id="rId9">
        <w:r>
          <w:rPr>
            <w:color w:val="0000EE"/>
            <w:u w:val="single"/>
          </w:rPr>
          <w:t>[1]</w:t>
        </w:r>
      </w:hyperlink>
      <w:r>
        <w:t xml:space="preserve">- Paragraph 5: </w:t>
      </w:r>
      <w:hyperlink r:id="rId10">
        <w:r>
          <w:rPr>
            <w:color w:val="0000EE"/>
            <w:u w:val="single"/>
          </w:rPr>
          <w:t>[2]</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https://www.stourbridgenews.co.uk/news/26268862.rupauls-drag-race-uk-winner-headline-dudley-pride/</w:t>
        </w:r>
      </w:hyperlink>
      <w:r>
        <w:t xml:space="preserve"> - Please view link - unable to able to access data</w:t>
      </w:r>
      <w:r/>
    </w:p>
    <w:p>
      <w:pPr>
        <w:pStyle w:val="ListNumber"/>
        <w:spacing w:line="240" w:lineRule="auto"/>
        <w:ind w:left="720"/>
      </w:pPr>
      <w:r/>
      <w:hyperlink r:id="rId10">
        <w:r>
          <w:rPr>
            <w:color w:val="0000EE"/>
            <w:u w:val="single"/>
          </w:rPr>
          <w:t>https://www.dudley.gov.uk/events/dudley-pride-2026/</w:t>
        </w:r>
      </w:hyperlink>
      <w:r>
        <w:t xml:space="preserve"> - Dudley Pride 2026 is scheduled to take place at Stone Street Square on Saturday, July 18, 2026, from 1 pm to 8 pm. The event will feature live stage performances under a large marquee, street entertainers, glitter tattoos, face painting, nail art, over 30 pop-up market stalls, funfair rides, games, and family activities. A quiet space will be available in Priory House, provided by Bedazzle. The event is organised in association with Haystoun. Further details are available on the Dudley Council website.</w:t>
      </w:r>
      <w:r/>
    </w:p>
    <w:p>
      <w:pPr>
        <w:pStyle w:val="ListNumber"/>
        <w:spacing w:line="240" w:lineRule="auto"/>
        <w:ind w:left="720"/>
      </w:pPr>
      <w:r/>
      <w:hyperlink r:id="rId12">
        <w:r>
          <w:rPr>
            <w:color w:val="0000EE"/>
            <w:u w:val="single"/>
          </w:rPr>
          <w:t>https://www.dudley.gov.uk/events/</w:t>
        </w:r>
      </w:hyperlink>
      <w:r>
        <w:t xml:space="preserve"> - The Dudley Council events page provides information on upcoming events in the Dudley area, including Dudley Pride 2026. The page lists various events, their dates, times, and locations, offering residents and visitors a comprehensive guide to local happenings. For the most current information and additional events, please refer to the Dudley Council events page.</w:t>
      </w:r>
      <w:r/>
    </w:p>
    <w:p>
      <w:pPr>
        <w:pStyle w:val="ListNumber"/>
        <w:spacing w:line="240" w:lineRule="auto"/>
        <w:ind w:left="720"/>
      </w:pPr>
      <w:r/>
      <w:hyperlink r:id="rId11">
        <w:r>
          <w:rPr>
            <w:color w:val="0000EE"/>
            <w:u w:val="single"/>
          </w:rPr>
          <w:t>https://en.wikipedia.org/wiki/Tia_Kofi</w:t>
        </w:r>
      </w:hyperlink>
      <w:r>
        <w:t xml:space="preserve"> - Tia Kofi is an English drag performer known for competing on the second series of RuPaul's Drag Race UK, where she placed seventh. She later returned to win the second series of RuPaul's Drag Race: UK vs. the World in 2024, becoming the 'Queen of the Mothertucking World' and securing a £50,000 cash prize. Tia Kofi began her drag career in 2014 and is part of the drag girl-group The Vixens, alongside Pixie Polite and Woe Addams.</w:t>
      </w:r>
      <w:r/>
    </w:p>
    <w:p>
      <w:pPr>
        <w:pStyle w:val="ListNumber"/>
        <w:spacing w:line="240" w:lineRule="auto"/>
        <w:ind w:left="720"/>
      </w:pPr>
      <w:r/>
      <w:hyperlink r:id="rId13">
        <w:r>
          <w:rPr>
            <w:color w:val="0000EE"/>
            <w:u w:val="single"/>
          </w:rPr>
          <w:t>https://en.wikipedia.org/wiki/RuPaul%27s_Drag_Race_UK_series_2</w:t>
        </w:r>
      </w:hyperlink>
      <w:r>
        <w:t xml:space="preserve"> - RuPaul's Drag Race UK series 2 aired from January to March 2021, featuring 12 contestants competing in various challenges. The winner was Lawrence Chaney, with Bimini Bon-Boulash and Tayce as runners-up. Tia Kofi, a contestant from South London, placed seventh in the competition. The series was praised for its diverse cast and engaging challenges, contributing to the growing popularity of the Drag Race franchise in the UK.</w:t>
      </w:r>
      <w:r/>
    </w:p>
    <w:p>
      <w:pPr>
        <w:pStyle w:val="ListNumber"/>
        <w:spacing w:line="240" w:lineRule="auto"/>
        <w:ind w:left="720"/>
      </w:pPr>
      <w:r/>
      <w:hyperlink r:id="rId14">
        <w:r>
          <w:rPr>
            <w:color w:val="0000EE"/>
            <w:u w:val="single"/>
          </w:rPr>
          <w:t>https://en.wikipedia.org/wiki/RuPaul%27s_Drag_Race:UK_vs._the_World_series_2</w:t>
        </w:r>
      </w:hyperlink>
      <w:r>
        <w:t xml:space="preserve"> - RuPaul's Drag Race: UK vs. the World series 2 premiered on 9 February 2024, featuring queens from various international editions of the Drag Race franchise. Tia Kofi, a contestant from the UK series, returned to compete and ultimately won the series, becoming the 'Queen of the Mothertucking World' and securing a £50,000 cash prize. The series concluded on 29 March 2024, showcasing a diverse range of talent from around the world.</w:t>
      </w:r>
      <w:r/>
    </w:p>
    <w:p>
      <w:pPr>
        <w:pStyle w:val="ListNumber"/>
        <w:spacing w:line="240" w:lineRule="auto"/>
        <w:ind w:left="720"/>
      </w:pPr>
      <w:r/>
      <w:hyperlink r:id="rId15">
        <w:r>
          <w:rPr>
            <w:color w:val="0000EE"/>
            <w:u w:val="single"/>
          </w:rPr>
          <w:t>https://www.youtube.com/watch?v=mziPNycjX58</w:t>
        </w:r>
      </w:hyperlink>
      <w:r>
        <w:t xml:space="preserve"> - This video features Tia Kofi introducing herself as a contestant on RuPaul's Drag Race UK Series 2. She shares insights into her drag persona, inspirations, and what viewers can expect from her performance on the show. The video provides a glimpse into Tia Kofi's personality and style, setting the stage for her journey on the series.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ourbridgenews.co.uk/news/26268862.rupauls-drag-race-uk-winner-headline-dudley-pride/" TargetMode="External"/><Relationship Id="rId10" Type="http://schemas.openxmlformats.org/officeDocument/2006/relationships/hyperlink" Target="https://www.dudley.gov.uk/events/dudley-pride-2026/" TargetMode="External"/><Relationship Id="rId11" Type="http://schemas.openxmlformats.org/officeDocument/2006/relationships/hyperlink" Target="https://en.wikipedia.org/wiki/Tia_Kofi" TargetMode="External"/><Relationship Id="rId12" Type="http://schemas.openxmlformats.org/officeDocument/2006/relationships/hyperlink" Target="https://www.dudley.gov.uk/events/" TargetMode="External"/><Relationship Id="rId13" Type="http://schemas.openxmlformats.org/officeDocument/2006/relationships/hyperlink" Target="https://en.wikipedia.org/wiki/RuPaul%27s_Drag_Race_UK_series_2" TargetMode="External"/><Relationship Id="rId14" Type="http://schemas.openxmlformats.org/officeDocument/2006/relationships/hyperlink" Target="https://en.wikipedia.org/wiki/RuPaul%27s_Drag_Race:UK_vs._the_World_series_2" TargetMode="External"/><Relationship Id="rId15" Type="http://schemas.openxmlformats.org/officeDocument/2006/relationships/hyperlink" Target="https://www.youtube.com/watch?v=mziPNycjX5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