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Drag Brunch in Dupont: Lyle’s “Drag Us Through Herstory” Brings History to Life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brunch-goers are flocking to Dupont Circle this July for a theatrical, history-packed meal; Lyle’s Restaurant &amp; Bar has teamed with the Dupont Social Club to stage “Drag Us Through Herstory,” a weekly drag brunch celebrating influential American women as the capital marks the country’s 250th year.</w:t>
      </w:r>
      <w:r/>
    </w:p>
    <w:p>
      <w:r/>
      <w:r>
        <w:t>Essential Takeaways</w:t>
      </w:r>
      <w:r/>
      <w:r/>
    </w:p>
    <w:p>
      <w:pPr>
        <w:pStyle w:val="ListBullet"/>
        <w:spacing w:line="240" w:lineRule="auto"/>
        <w:ind w:left="720"/>
      </w:pPr>
      <w:r/>
      <w:r>
        <w:rPr>
          <w:b/>
        </w:rPr>
        <w:t>What it is:</w:t>
      </w:r>
      <w:r>
        <w:t xml:space="preserve"> A Sunday drag brunch series at Lyle’s in Dupont Circle that spotlights historic American women through theatrical drag performances.</w:t>
      </w:r>
      <w:r/>
    </w:p>
    <w:p>
      <w:pPr>
        <w:pStyle w:val="ListBullet"/>
        <w:spacing w:line="240" w:lineRule="auto"/>
        <w:ind w:left="720"/>
      </w:pPr>
      <w:r/>
      <w:r>
        <w:rPr>
          <w:b/>
        </w:rPr>
        <w:t>When and where:</w:t>
      </w:r>
      <w:r>
        <w:t xml:space="preserve"> Sundays in July, 11am to 3pm, on the 12th, 19th and 26th, hosted at Lyle DC’s ground-floor restaurant and bar.</w:t>
      </w:r>
      <w:r/>
    </w:p>
    <w:p>
      <w:pPr>
        <w:pStyle w:val="ListBullet"/>
        <w:spacing w:line="240" w:lineRule="auto"/>
        <w:ind w:left="720"/>
      </w:pPr>
      <w:r/>
      <w:r>
        <w:rPr>
          <w:b/>
        </w:rPr>
        <w:t>Who’s involved:</w:t>
      </w:r>
      <w:r>
        <w:t xml:space="preserve"> Performers from the Dupont Social Club, a well-known local LGBTQ+ organisation with deep neighbourhood roots.</w:t>
      </w:r>
      <w:r/>
    </w:p>
    <w:p>
      <w:pPr>
        <w:pStyle w:val="ListBullet"/>
        <w:spacing w:line="240" w:lineRule="auto"/>
        <w:ind w:left="720"/>
      </w:pPr>
      <w:r/>
      <w:r>
        <w:rPr>
          <w:b/>
        </w:rPr>
        <w:t>What’s included:</w:t>
      </w:r>
      <w:r>
        <w:t xml:space="preserve"> A multi-course meal with one entrée, one dessert and one alcoholic drink; gratuity not included.</w:t>
      </w:r>
      <w:r/>
    </w:p>
    <w:p>
      <w:pPr>
        <w:pStyle w:val="ListBullet"/>
        <w:spacing w:line="240" w:lineRule="auto"/>
        <w:ind w:left="720"/>
      </w:pPr>
      <w:r/>
      <w:r>
        <w:rPr>
          <w:b/>
        </w:rPr>
        <w:t>Practical note:</w:t>
      </w:r>
      <w:r>
        <w:t xml:space="preserve"> Seating is limited; book ahead via Lyle’s website to avoid disappointment.</w:t>
      </w:r>
      <w:r/>
      <w:r/>
    </w:p>
    <w:p>
      <w:pPr>
        <w:pStyle w:val="Heading2"/>
      </w:pPr>
      <w:r>
        <w:t>What to expect: a loud, glittery history lesson with a plate</w:t>
      </w:r>
      <w:r/>
    </w:p>
    <w:p>
      <w:r/>
      <w:r>
        <w:t>Think of it as edible theatre. The show mixes camp, costume and storytelling, and you’ll likely leave humming a tune while chewing on something buttery. Lyle’s serves a set brunch with an entrée, dessert and a cocktail, so the experience feels curated rather than chaotic. If you love community-driven performance and a slightly buzzy dining room, this is your kind of Sunday.</w:t>
      </w:r>
      <w:r/>
    </w:p>
    <w:p>
      <w:pPr>
        <w:pStyle w:val="Heading2"/>
      </w:pPr>
      <w:r>
        <w:t>Why Dupont Circle and Lyle’s make perfect hosts</w:t>
      </w:r>
      <w:r/>
    </w:p>
    <w:p>
      <w:r/>
      <w:r>
        <w:t>Lyle DC sits in the heart of a neighbourhood that’s long been a hub for LGBTQ+ life, so this partnership feels organic rather than staged. The Dupont Social Club has produced local pageants and events for years, and its performers know how to make history entertaining. The venue’s boutique-hotel vibe keeps things intimate, which makes the drag acts feel up-close and personal rather than stadium-sized.</w:t>
      </w:r>
      <w:r/>
    </w:p>
    <w:p>
      <w:pPr>
        <w:pStyle w:val="Heading2"/>
      </w:pPr>
      <w:r>
        <w:t>The angle: celebrating women for the bicentennial moment</w:t>
      </w:r>
      <w:r/>
    </w:p>
    <w:p>
      <w:r/>
      <w:r>
        <w:t>The brunch ties into the nation’s 250th birthday by putting women’s contributions centre stage , politics, culture, science and more get the camp treatment. It’s a simple but clever twist: theatre that educates without feeling like a lecture. Expect portrayals that are playful and pointed, mixing costume cues and quick-witted commentary about the past and present.</w:t>
      </w:r>
      <w:r/>
    </w:p>
    <w:p>
      <w:pPr>
        <w:pStyle w:val="Heading2"/>
      </w:pPr>
      <w:r>
        <w:t>Tickets, logistics and making the most of the experience</w:t>
      </w:r>
      <w:r/>
    </w:p>
    <w:p>
      <w:r/>
      <w:r>
        <w:t>Tickets cover food and a drink, but gratuity is extra, so factor that into your budget. Lyle’s is cosy, so snag a reservation online early; walk-ins could be out of luck. If you want the best view, arrive when doors open to grab a front-row seat and a refill. And if you’re coming with friends, book as a group so you’re seated together.</w:t>
      </w:r>
      <w:r/>
    </w:p>
    <w:p>
      <w:pPr>
        <w:pStyle w:val="Heading2"/>
      </w:pPr>
      <w:r>
        <w:t>A small cultural moment with wider resonance</w:t>
      </w:r>
      <w:r/>
    </w:p>
    <w:p>
      <w:r/>
      <w:r>
        <w:t>This brunch is part celebration and part community-building. Washington’s LGBTQ+ scene has been lively in recent years, and events like this keep the momentum going while offering something fresh for locals and visitors. It’s theatrical, it’s tasty and it’s unabashedly joyful , exactly the sort of outing that turns a Sunday into an occasion.</w:t>
      </w:r>
      <w:r/>
    </w:p>
    <w:p>
      <w:r/>
      <w:r>
        <w:t>It’s a small change that can make every brunch feel like a story worth telling.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11">
        <w:r>
          <w:rPr>
            <w:color w:val="0000EE"/>
            <w:u w:val="single"/>
          </w:rPr>
          <w:t>[3]</w:t>
        </w:r>
      </w:hyperlink>
      <w:r>
        <w:t xml:space="preserve">, </w:t>
      </w:r>
      <w:hyperlink r:id="rId14">
        <w:r>
          <w:rPr>
            <w:color w:val="0000EE"/>
            <w:u w:val="single"/>
          </w:rPr>
          <w:t>[5]</w:t>
        </w:r>
      </w:hyperlink>
      <w:r>
        <w:t xml:space="preserve">- Paragraph 5: </w:t>
      </w:r>
      <w:hyperlink r:id="rId10">
        <w:r>
          <w:rPr>
            <w:color w:val="0000EE"/>
            <w:u w:val="single"/>
          </w:rPr>
          <w:t>[2]</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https://menslifedc.com/home-2/home-2/lyle-red-white-and-drag-brunch/?utm_source=rss&amp;utm_medium=rss&amp;utm_campaign=lyle-red-white-and-drag-brunch&amp;utm_source=rss&amp;utm_medium=rss&amp;utm_campaign=lyle-red-white-and-drag-brunch</w:t>
        </w:r>
      </w:hyperlink>
      <w:r>
        <w:t xml:space="preserve"> - Please view link - unable to able to access data</w:t>
      </w:r>
      <w:r/>
    </w:p>
    <w:p>
      <w:pPr>
        <w:pStyle w:val="ListNumber"/>
        <w:spacing w:line="240" w:lineRule="auto"/>
        <w:ind w:left="720"/>
      </w:pPr>
      <w:r/>
      <w:hyperlink r:id="rId10">
        <w:r>
          <w:rPr>
            <w:color w:val="0000EE"/>
            <w:u w:val="single"/>
          </w:rPr>
          <w:t>https://www.lyledc.com/happenings/drag-us-through-herstory/</w:t>
        </w:r>
      </w:hyperlink>
      <w:r>
        <w:t xml:space="preserve"> - Lyle's Restaurant &amp; Bar in Washington, D.C., is hosting 'Drag Us Through HerStory,' a drag brunch series every Sunday in July. Presented by the Dupont Circle Social Club, the event celebrates the contributions of notable American women through theatrical drag performances. The brunch runs from 11 AM to 3 PM, featuring a multi-course meal with an entrée, dessert, and an alcoholic beverage. Reservations are recommended due to limited seating. The venue is located at 1731 New Hampshire Ave NW, Washington, DC 20009.</w:t>
      </w:r>
      <w:r/>
    </w:p>
    <w:p>
      <w:pPr>
        <w:pStyle w:val="ListNumber"/>
        <w:spacing w:line="240" w:lineRule="auto"/>
        <w:ind w:left="720"/>
      </w:pPr>
      <w:r/>
      <w:hyperlink r:id="rId11">
        <w:r>
          <w:rPr>
            <w:color w:val="0000EE"/>
            <w:u w:val="single"/>
          </w:rPr>
          <w:t>https://washington.org/event/drag-us-through-herstory</w:t>
        </w:r>
      </w:hyperlink>
      <w:r>
        <w:t xml:space="preserve"> - The 'Drag Us Through HerStory' drag brunch series is taking place every Sunday in July at Lyle's Restaurant &amp; Bar in Washington, D.C. Organised by the Dupont Circle Social Club, the event honours the contributions of significant American women through drag performances. The brunch is scheduled from 11 AM to 3 PM, offering a multi-course meal with an entrée, dessert, and an alcoholic beverage. Reservations are advised due to limited seating. The venue is situated at 1731 New Hampshire Ave NW, Washington, DC 20009.</w:t>
      </w:r>
      <w:r/>
    </w:p>
    <w:p>
      <w:pPr>
        <w:pStyle w:val="ListNumber"/>
        <w:spacing w:line="240" w:lineRule="auto"/>
        <w:ind w:left="720"/>
      </w:pPr>
      <w:r/>
      <w:hyperlink r:id="rId13">
        <w:r>
          <w:rPr>
            <w:color w:val="0000EE"/>
            <w:u w:val="single"/>
          </w:rPr>
          <w:t>https://www.lyledc.com/offers/herstory-in-the-making/</w:t>
        </w:r>
      </w:hyperlink>
      <w:r>
        <w:t xml:space="preserve"> - Lyle's Restaurant &amp; Bar in Washington, D.C., is offering the 'HerStory in the Making' package, which includes an overnight stay in an Art Deco-inspired guest room or suite, plus brunch for two at the 'Drag Us Through HerStory' drag brunch series. The package is available on July 5, 12, 19, and 26, from 11 AM to 3 PM. The brunch features a multi-course meal with an entrée, dessert, and an alcoholic beverage. Reservations are recommended due to limited seating. The venue is located at 1731 New Hampshire Ave NW, Washington, DC 20009.</w:t>
      </w:r>
      <w:r/>
    </w:p>
    <w:p>
      <w:pPr>
        <w:pStyle w:val="ListNumber"/>
        <w:spacing w:line="240" w:lineRule="auto"/>
        <w:ind w:left="720"/>
      </w:pPr>
      <w:r/>
      <w:hyperlink r:id="rId14">
        <w:r>
          <w:rPr>
            <w:color w:val="0000EE"/>
            <w:u w:val="single"/>
          </w:rPr>
          <w:t>https://washington.org/find-dc-listings/lyles-restaurant-bar</w:t>
        </w:r>
      </w:hyperlink>
      <w:r>
        <w:t xml:space="preserve"> - Lyle's Restaurant &amp; Bar, located in the heart of Dupont Circle, Washington, D.C., offers a casual yet sophisticated dining experience. The restaurant serves breakfast, brunch, lunch, and dinner, along with a selection of familiar cocktails with a twist. It is situated at 1731 New Hampshire Ave NW, Washington, DC 20009. The venue is known for its community-focused atmosphere, making it suitable for both group dining and intimate dates.</w:t>
      </w:r>
      <w:r/>
    </w:p>
    <w:p>
      <w:pPr>
        <w:pStyle w:val="ListNumber"/>
        <w:spacing w:line="240" w:lineRule="auto"/>
        <w:ind w:left="720"/>
      </w:pPr>
      <w:r/>
      <w:hyperlink r:id="rId15">
        <w:r>
          <w:rPr>
            <w:color w:val="0000EE"/>
            <w:u w:val="single"/>
          </w:rPr>
          <w:t>https://www.lyledc.com/happenings/</w:t>
        </w:r>
      </w:hyperlink>
      <w:r>
        <w:t xml:space="preserve"> - Lyle's Restaurant &amp; Bar in Washington, D.C., hosts various events throughout the year. In July, the venue is featuring the 'Drag Us Through HerStory' drag brunch series every Sunday, presented by the Dupont Circle Social Club. Other events include Mahjong Night with So Bam Fun on Monday, July 20, and a limited-time lunch special in celebration of America's 250th anniversary. The restaurant is located at 1731 New Hampshire Ave NW, Washington, DC 20009.</w:t>
      </w:r>
      <w:r/>
    </w:p>
    <w:p>
      <w:pPr>
        <w:pStyle w:val="ListNumber"/>
        <w:spacing w:line="240" w:lineRule="auto"/>
        <w:ind w:left="720"/>
      </w:pPr>
      <w:r/>
      <w:hyperlink r:id="rId12">
        <w:r>
          <w:rPr>
            <w:color w:val="0000EE"/>
            <w:u w:val="single"/>
          </w:rPr>
          <w:t>https://www.lyledc.com/lyle-s-restaurant-bar/</w:t>
        </w:r>
      </w:hyperlink>
      <w:r>
        <w:t xml:space="preserve"> - Lyle's Restaurant &amp; Bar, nestled in the corner of an Art Deco building in Dupont Circle, Washington, D.C., offers a neighbourhood dining experience. The restaurant serves breakfast, brunch, lunch, and dinner, along with a menu of familiar cocktails with a twist. It is located at 1731 New Hampshire Ave NW, Washington, DC 20009. The venue is designed to bring together the community, making it a warm spot for group dining or an intimate date.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nslifedc.com/home-2/home-2/lyle-red-white-and-drag-brunch/?utm_source=rss&amp;utm_medium=rss&amp;utm_campaign=lyle-red-white-and-drag-brunch&amp;utm_source=rss&amp;utm_medium=rss&amp;utm_campaign=lyle-red-white-and-drag-brunch" TargetMode="External"/><Relationship Id="rId10" Type="http://schemas.openxmlformats.org/officeDocument/2006/relationships/hyperlink" Target="https://www.lyledc.com/happenings/drag-us-through-herstory/" TargetMode="External"/><Relationship Id="rId11" Type="http://schemas.openxmlformats.org/officeDocument/2006/relationships/hyperlink" Target="https://washington.org/event/drag-us-through-herstory" TargetMode="External"/><Relationship Id="rId12" Type="http://schemas.openxmlformats.org/officeDocument/2006/relationships/hyperlink" Target="https://www.lyledc.com/lyle-s-restaurant-bar/" TargetMode="External"/><Relationship Id="rId13" Type="http://schemas.openxmlformats.org/officeDocument/2006/relationships/hyperlink" Target="https://www.lyledc.com/offers/herstory-in-the-making/" TargetMode="External"/><Relationship Id="rId14" Type="http://schemas.openxmlformats.org/officeDocument/2006/relationships/hyperlink" Target="https://washington.org/find-dc-listings/lyles-restaurant-bar" TargetMode="External"/><Relationship Id="rId15" Type="http://schemas.openxmlformats.org/officeDocument/2006/relationships/hyperlink" Target="https://www.lyledc.com/happening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