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Docs on Quiet Courage: Corps Man and the Hidden Brotherhood of Gay Vietnam Vets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history with heart: Corps Man, a new documentary centred on gay Vietnam veteran Dave Lara, is drawing attention for its intimate portrait of closeted camaraderie in the Navy and why those stories still matter today. It’s streaming free via PBS and offers a vivid window into friendship, secrecy, and survival.</w:t>
      </w:r>
      <w:r/>
    </w:p>
    <w:p>
      <w:r/>
      <w:r>
        <w:t>Essential Takeaways</w:t>
      </w:r>
      <w:r/>
      <w:r/>
    </w:p>
    <w:p>
      <w:pPr>
        <w:pStyle w:val="ListBullet"/>
        <w:spacing w:line="240" w:lineRule="auto"/>
        <w:ind w:left="720"/>
      </w:pPr>
      <w:r/>
      <w:r>
        <w:rPr>
          <w:b/>
        </w:rPr>
        <w:t>Powerful subject:</w:t>
      </w:r>
      <w:r>
        <w:t xml:space="preserve"> Dave Lara, a gay Vietnam veteran, shares previously untold stories of closeted servicemen who formed a secret support network in the Navy.</w:t>
      </w:r>
      <w:r/>
    </w:p>
    <w:p>
      <w:pPr>
        <w:pStyle w:val="ListBullet"/>
        <w:spacing w:line="240" w:lineRule="auto"/>
        <w:ind w:left="720"/>
      </w:pPr>
      <w:r/>
      <w:r>
        <w:rPr>
          <w:b/>
        </w:rPr>
        <w:t>Tactile detail:</w:t>
      </w:r>
      <w:r>
        <w:t xml:space="preserve"> The men commemorated their bond with engraved Zippo lighters marked “The Group,” a small, sturdy token that still survives.</w:t>
      </w:r>
      <w:r/>
    </w:p>
    <w:p>
      <w:pPr>
        <w:pStyle w:val="ListBullet"/>
        <w:spacing w:line="240" w:lineRule="auto"/>
        <w:ind w:left="720"/>
      </w:pPr>
      <w:r/>
      <w:r>
        <w:rPr>
          <w:b/>
        </w:rPr>
        <w:t>Accessible viewing:</w:t>
      </w:r>
      <w:r>
        <w:t xml:space="preserve"> Corps Man premiered on KLCS-PBS and is available to stream for free on PBS, making an important queer military story easy to watch.</w:t>
      </w:r>
      <w:r/>
    </w:p>
    <w:p>
      <w:pPr>
        <w:pStyle w:val="ListBullet"/>
        <w:spacing w:line="240" w:lineRule="auto"/>
        <w:ind w:left="720"/>
      </w:pPr>
      <w:r/>
      <w:r>
        <w:rPr>
          <w:b/>
        </w:rPr>
        <w:t>Contextual urgency:</w:t>
      </w:r>
      <w:r>
        <w:t xml:space="preserve"> The filmmaker and veterans tie the film to broader efforts to preserve LGBTQ+ military history amid political attempts to erase it.</w:t>
      </w:r>
      <w:r/>
    </w:p>
    <w:p>
      <w:pPr>
        <w:pStyle w:val="ListBullet"/>
        <w:spacing w:line="240" w:lineRule="auto"/>
        <w:ind w:left="720"/>
      </w:pPr>
      <w:r/>
      <w:r>
        <w:rPr>
          <w:b/>
        </w:rPr>
        <w:t>Emotional tone:</w:t>
      </w:r>
      <w:r>
        <w:t xml:space="preserve"> The documentary balances archival grit with warm, candid interviews , it’s understated but affecting.</w:t>
      </w:r>
      <w:r/>
      <w:r/>
    </w:p>
    <w:p>
      <w:pPr>
        <w:pStyle w:val="Heading2"/>
      </w:pPr>
      <w:r>
        <w:t>Why Corps Man feels urgent right now</w:t>
      </w:r>
      <w:r/>
    </w:p>
    <w:p>
      <w:r/>
      <w:r>
        <w:t>The film lands at a moment when stories like Dave Lara’s feel especially necessary, not just as nostalgia but as counter-history. According to reporting around the film, director Christopher Sanders, himself a veteran, says the documentary responds directly to efforts to rewrite or obscure queer contributions to the military. That gives the interviews a sharper edge: these aren’t just memories, they’re a corrective. Watch for the tactile intimacy , the quiet rustle of old photos, the worn Zippo , which makes the past feel close and human.</w:t>
      </w:r>
      <w:r/>
    </w:p>
    <w:p>
      <w:pPr>
        <w:pStyle w:val="Heading2"/>
      </w:pPr>
      <w:r>
        <w:t>A closeted brotherhood that survived war</w:t>
      </w:r>
      <w:r/>
    </w:p>
    <w:p>
      <w:r/>
      <w:r>
        <w:t>Lara’s account of The Group , a circle of men who met in hotel rooms and kept their connection private , reads like a small, brave rebellion. He recalls meeting other servicemen who were desperate for contact and belonging in an era pre-dating Stonewall. The film traces how those late-night conversations in places like a Hilton in Hong Kong evolved into lifelong bonds, and it treats the subject with both reverence and plain-speaking honesty. You come away understanding why secrecy mattered: disclosure could mean discharge, fines, or ruin.</w:t>
      </w:r>
      <w:r/>
    </w:p>
    <w:p>
      <w:pPr>
        <w:pStyle w:val="Heading2"/>
      </w:pPr>
      <w:r>
        <w:t>The filmmaking: archival grit and candid testimony</w:t>
      </w:r>
      <w:r/>
    </w:p>
    <w:p>
      <w:r/>
      <w:r>
        <w:t>Christopher Sanders brings both veteran insight and documentary restraint to Corps Man. Review aggregators and film databases note the film’s mix of archival footage and contemporary interviews, and the result is a textured portrait rather than a polemic. The director’s choice to foreground Lara’s voice allows the story to breathe, while photos and clips anchor the anecdotes in time. If you like history that feels lived-in rather than sanitized, this approach will resonate.</w:t>
      </w:r>
      <w:r/>
    </w:p>
    <w:p>
      <w:pPr>
        <w:pStyle w:val="Heading2"/>
      </w:pPr>
      <w:r>
        <w:t>What this adds to queer military history</w:t>
      </w:r>
      <w:r/>
    </w:p>
    <w:p>
      <w:r/>
      <w:r>
        <w:t>Corps Man slots into a growing canon of films exploring LGBTQ+ service in wartime, from narrative features to nonfiction shorts. The documentary highlights a lesser-known chapter , closeted networks formed during Korea- and Vietnam-era service , and suggests there are many more such narratives waiting to be told. For readers interested in broader context, other PBS and regional programmes have tackled queer veterans’ stories, underscoring that Lara’s experience is part of a wider, often overlooked history.</w:t>
      </w:r>
      <w:r/>
    </w:p>
    <w:p>
      <w:pPr>
        <w:pStyle w:val="Heading2"/>
      </w:pPr>
      <w:r>
        <w:t>How to watch and why you should</w:t>
      </w:r>
      <w:r/>
    </w:p>
    <w:p>
      <w:r/>
      <w:r>
        <w:t>The good news is you don’t need a subscription: Corps Man premiered on KLCS-PBS in Los Angeles and is streaming free via PBS. Watch with headphones if you can , the film’s quieter moments reward close listening. If you’re introducing someone to queer military history, this is a concise, human entry point: it’s short on spectacle and long on dignity. Expect to feel moved, stunned at times, and grateful these voices are finally being documented.</w:t>
      </w:r>
      <w:r/>
    </w:p>
    <w:p>
      <w:r/>
      <w:r>
        <w:t>It’s a small film with a big heart , and a reminder that remembering matters.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[3]</w:t>
        </w:r>
      </w:hyperlink>
      <w:r>
        <w:t xml:space="preserve">- Paragraph 2: </w:t>
      </w:r>
      <w:hyperlink r:id="rId10">
        <w:r>
          <w:rPr>
            <w:color w:val="0000EE"/>
            <w:u w:val="single"/>
          </w:rPr>
          <w:t>[3]</w:t>
        </w:r>
      </w:hyperlink>
      <w:r>
        <w:t xml:space="preserve">, </w:t>
      </w:r>
      <w:hyperlink r:id="rId11">
        <w:r>
          <w:rPr>
            <w:color w:val="0000EE"/>
            <w:u w:val="single"/>
          </w:rPr>
          <w:t>[4]</w:t>
        </w:r>
      </w:hyperlink>
      <w:r>
        <w:t xml:space="preserve">- Paragraph 3: </w:t>
      </w:r>
      <w:hyperlink r:id="rId10">
        <w:r>
          <w:rPr>
            <w:color w:val="0000EE"/>
            <w:u w:val="single"/>
          </w:rPr>
          <w:t>[3]</w:t>
        </w:r>
      </w:hyperlink>
      <w:r>
        <w:t xml:space="preserve">, </w:t>
      </w:r>
      <w:hyperlink r:id="rId12">
        <w:r>
          <w:rPr>
            <w:color w:val="0000EE"/>
            <w:u w:val="single"/>
          </w:rPr>
          <w:t>[5]</w:t>
        </w:r>
      </w:hyperlink>
      <w:r>
        <w:t xml:space="preserve">- Paragraph 4: </w:t>
      </w:r>
      <w:hyperlink r:id="rId10">
        <w:r>
          <w:rPr>
            <w:color w:val="0000EE"/>
            <w:u w:val="single"/>
          </w:rPr>
          <w:t>[3]</w:t>
        </w:r>
      </w:hyperlink>
      <w:r>
        <w:t xml:space="preserve">, </w:t>
      </w:r>
      <w:hyperlink r:id="rId11">
        <w:r>
          <w:rPr>
            <w:color w:val="0000EE"/>
            <w:u w:val="single"/>
          </w:rPr>
          <w:t>[4]</w:t>
        </w:r>
      </w:hyperlink>
      <w:r>
        <w:t xml:space="preserve">- Paragraph 5: </w:t>
      </w:r>
      <w:hyperlink r:id="rId10">
        <w:r>
          <w:rPr>
            <w:color w:val="0000EE"/>
            <w:u w:val="single"/>
          </w:rPr>
          <w:t>[3]</w:t>
        </w:r>
      </w:hyperlink>
      <w:r>
        <w:t xml:space="preserve">, </w:t>
      </w:r>
      <w:hyperlink r:id="rId13">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https://www.queerty.com/watch-gay-vietnam-vet-shares-the-amazing-true-story-of-closeted-brotherhood-in-the-navy-20260710/</w:t>
        </w:r>
      </w:hyperlink>
      <w:r>
        <w:t xml:space="preserve"> - Please view link - unable to able to access data</w:t>
      </w:r>
      <w:r/>
    </w:p>
    <w:p>
      <w:pPr>
        <w:pStyle w:val="ListNumber"/>
        <w:spacing w:line="240" w:lineRule="auto"/>
        <w:ind w:left="720"/>
      </w:pPr>
      <w:r/>
      <w:hyperlink r:id="rId9">
        <w:r>
          <w:rPr>
            <w:color w:val="0000EE"/>
            <w:u w:val="single"/>
          </w:rPr>
          <w:t>https://www.queerty.com/watch-gay-vietnam-vet-shares-the-amazing-true-story-of-closeted-brotherhood-in-the-navy-20260710/</w:t>
        </w:r>
      </w:hyperlink>
      <w:r>
        <w:t xml:space="preserve"> - This article discusses the documentary 'Corps Man,' which tells the story of Dave Lara, a gay Vietnam War veteran who formed a secret brotherhood with fellow closeted servicemen. The piece highlights Lara's experiences in the Navy, the challenges of being gay during that era, and the formation of 'The Group,' a clandestine network of gay servicemen. It also touches upon Lara's personal history, including his strained relationship with his father and the loss of his mother, leading him to seek belonging in the military. The article underscores the significance of sharing such stories to preserve LGBTQ+ military history.</w:t>
      </w:r>
      <w:r/>
    </w:p>
    <w:p>
      <w:pPr>
        <w:pStyle w:val="ListNumber"/>
        <w:spacing w:line="240" w:lineRule="auto"/>
        <w:ind w:left="720"/>
      </w:pPr>
      <w:r/>
      <w:hyperlink r:id="rId10">
        <w:r>
          <w:rPr>
            <w:color w:val="0000EE"/>
            <w:u w:val="single"/>
          </w:rPr>
          <w:t>https://www.losangelesblade.com/2026/07/04/the-new-documentary-corps-man-remembering-the-overlooked-queer-servicemans-history-with-veteran-dave-lara/</w:t>
        </w:r>
      </w:hyperlink>
      <w:r>
        <w:t xml:space="preserve"> - This article delves into the documentary 'Corps Man,' focusing on Dave Lara, a gay Vietnam War veteran. It explores Lara's journey from an abusive childhood to his service in the Navy, where he formed a secret brotherhood with fellow gay servicemen. The piece highlights the challenges faced by LGBTQ+ individuals in the military during that time and the importance of sharing these stories to acknowledge and remember their contributions. The article also discusses the broader context of LGBTQ+ military history and the significance of the documentary in bringing these narratives to light.</w:t>
      </w:r>
      <w:r/>
    </w:p>
    <w:p>
      <w:pPr>
        <w:pStyle w:val="ListNumber"/>
        <w:spacing w:line="240" w:lineRule="auto"/>
        <w:ind w:left="720"/>
      </w:pPr>
      <w:r/>
      <w:hyperlink r:id="rId11">
        <w:r>
          <w:rPr>
            <w:color w:val="0000EE"/>
            <w:u w:val="single"/>
          </w:rPr>
          <w:t>https://www.rottentomatoes.com/m/corps_man</w:t>
        </w:r>
      </w:hyperlink>
      <w:r>
        <w:t xml:space="preserve"> - This page provides information about the documentary 'Corps Man,' including its synopsis, cast, and crew. The film tells the untold true story of Mexican-American combat corpsman Dave Lara and his band of brothers, known as The Group, who kept their sexuality a secret during the Vietnam War. The page includes details about the director, producers, and the film's runtime, offering insights into the production and content of the documentary.</w:t>
      </w:r>
      <w:r/>
    </w:p>
    <w:p>
      <w:pPr>
        <w:pStyle w:val="ListNumber"/>
        <w:spacing w:line="240" w:lineRule="auto"/>
        <w:ind w:left="720"/>
      </w:pPr>
      <w:r/>
      <w:hyperlink r:id="rId12">
        <w:r>
          <w:rPr>
            <w:color w:val="0000EE"/>
            <w:u w:val="single"/>
          </w:rPr>
          <w:t>https://www.imdb.com/title/tt42863552/</w:t>
        </w:r>
      </w:hyperlink>
      <w:r>
        <w:t xml:space="preserve"> - This IMDb page offers details about the documentary 'Corps Man,' including its release date, runtime, and a brief synopsis. The film focuses on Dave Lara, a Mexican-American combat corpsman, and his band of brothers known as The Group, who kept their sexuality a secret during the Vietnam War. The page provides information about the director, Christopher Sanders, and the cast, including Dave Lara himself. It also features user ratings and reviews, offering insights into the reception of the documentary.</w:t>
      </w:r>
      <w:r/>
    </w:p>
    <w:p>
      <w:pPr>
        <w:pStyle w:val="ListNumber"/>
        <w:spacing w:line="240" w:lineRule="auto"/>
        <w:ind w:left="720"/>
      </w:pPr>
      <w:r/>
      <w:hyperlink r:id="rId13">
        <w:r>
          <w:rPr>
            <w:color w:val="0000EE"/>
            <w:u w:val="single"/>
          </w:rPr>
          <w:t>https://www.pbs.org/independentlens/documentaries/stray-dog/</w:t>
        </w:r>
      </w:hyperlink>
      <w:r>
        <w:t xml:space="preserve"> - This PBS page provides information about the documentary 'Stray Dog,' which follows the life of Ronnie 'Stray Dog' Hall, a Vietnam War veteran. The film explores Hall's experiences as a motorcycle-riding, freedom-loving man haunted by the brutality of war. It delves into his journey of conscience, remorse, and forgiveness, offering a portrait of a man navigating the legacy of the Vietnam War. The page includes details about the director, Debra Granik, and the film's themes and content.</w:t>
      </w:r>
      <w:r/>
    </w:p>
    <w:p>
      <w:pPr>
        <w:pStyle w:val="ListNumber"/>
        <w:spacing w:line="240" w:lineRule="auto"/>
        <w:ind w:left="720"/>
      </w:pPr>
      <w:r/>
      <w:hyperlink r:id="rId14">
        <w:r>
          <w:rPr>
            <w:color w:val="0000EE"/>
            <w:u w:val="single"/>
          </w:rPr>
          <w:t>https://www.rmpbs.org/shows/veterans-coming-home/episodes/veterans-coming-home-its-not-easy-being-queer-pacifist-vietnam-vet</w:t>
        </w:r>
      </w:hyperlink>
      <w:r>
        <w:t xml:space="preserve"> - This article features Mike Felker, a closeted gay man who served as a Hospital Corpsman in Vietnam. After coming out in the 1970s, Felker had to hide his status as a veteran. His experiences led him to help found Veterans for Peace. The piece highlights the challenges faced by LGBTQ+ individuals in the military during that era and the importance of acknowledging their contributions. It also discusses the divide between veterans and civilians and the stereotypes held by both groups.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watch-gay-vietnam-vet-shares-the-amazing-true-story-of-closeted-brotherhood-in-the-navy-20260710/" TargetMode="External"/><Relationship Id="rId10" Type="http://schemas.openxmlformats.org/officeDocument/2006/relationships/hyperlink" Target="https://www.losangelesblade.com/2026/07/04/the-new-documentary-corps-man-remembering-the-overlooked-queer-servicemans-history-with-veteran-dave-lara/" TargetMode="External"/><Relationship Id="rId11" Type="http://schemas.openxmlformats.org/officeDocument/2006/relationships/hyperlink" Target="https://www.rottentomatoes.com/m/corps_man" TargetMode="External"/><Relationship Id="rId12" Type="http://schemas.openxmlformats.org/officeDocument/2006/relationships/hyperlink" Target="https://www.imdb.com/title/tt42863552/" TargetMode="External"/><Relationship Id="rId13" Type="http://schemas.openxmlformats.org/officeDocument/2006/relationships/hyperlink" Target="https://www.pbs.org/independentlens/documentaries/stray-dog/" TargetMode="External"/><Relationship Id="rId14" Type="http://schemas.openxmlformats.org/officeDocument/2006/relationships/hyperlink" Target="https://www.rmpbs.org/shows/veterans-coming-home/episodes/veterans-coming-home-its-not-easy-being-queer-pacifist-vietnam-ve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