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Coming-Out Stories from Small-Town Athletes: Why Team Support Changes Everything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stories of courage , this one follows a Montana teen athlete who came out in a conservative town and found unexpected support from teammates, coaches and his pastor. It matters because team solidarity can reshape a young athlete’s life, mental health and love of sport.</w:t>
      </w:r>
      <w:r/>
    </w:p>
    <w:p>
      <w:r/>
      <w:r>
        <w:t>Essential Takeaways</w:t>
      </w:r>
      <w:r/>
      <w:r/>
    </w:p>
    <w:p>
      <w:pPr>
        <w:pStyle w:val="ListBullet"/>
        <w:spacing w:line="240" w:lineRule="auto"/>
        <w:ind w:left="720"/>
      </w:pPr>
      <w:r/>
      <w:r>
        <w:rPr>
          <w:b/>
        </w:rPr>
        <w:t>Brave moment:</w:t>
      </w:r>
      <w:r>
        <w:t xml:space="preserve"> A Montana high-school freshman publicly came out to teammates and peers, sparking mostly positive reactions. </w:t>
      </w:r>
      <w:r/>
    </w:p>
    <w:p>
      <w:pPr>
        <w:pStyle w:val="ListBullet"/>
        <w:spacing w:line="240" w:lineRule="auto"/>
        <w:ind w:left="720"/>
      </w:pPr>
      <w:r/>
      <w:r>
        <w:rPr>
          <w:b/>
        </w:rPr>
        <w:t>Team backing:</w:t>
      </w:r>
      <w:r>
        <w:t xml:space="preserve"> Teammates confronted homophobic slurs and offered steady emotional support, creating a safer sporting environment. </w:t>
      </w:r>
      <w:r/>
    </w:p>
    <w:p>
      <w:pPr>
        <w:pStyle w:val="ListBullet"/>
        <w:spacing w:line="240" w:lineRule="auto"/>
        <w:ind w:left="720"/>
      </w:pPr>
      <w:r/>
      <w:r>
        <w:rPr>
          <w:b/>
        </w:rPr>
        <w:t>Faith and sport:</w:t>
      </w:r>
      <w:r>
        <w:t xml:space="preserve"> A supportive pastor helped the athlete reconcile faith with identity, easing isolation. </w:t>
      </w:r>
      <w:r/>
    </w:p>
    <w:p>
      <w:pPr>
        <w:pStyle w:val="ListBullet"/>
        <w:spacing w:line="240" w:lineRule="auto"/>
        <w:ind w:left="720"/>
      </w:pPr>
      <w:r/>
      <w:r>
        <w:rPr>
          <w:b/>
        </w:rPr>
        <w:t>Coping tool:</w:t>
      </w:r>
      <w:r>
        <w:t xml:space="preserve"> Running became therapy , a reliable way to process stress and stay grounded. </w:t>
      </w:r>
      <w:r/>
    </w:p>
    <w:p>
      <w:pPr>
        <w:pStyle w:val="ListBullet"/>
        <w:spacing w:line="240" w:lineRule="auto"/>
        <w:ind w:left="720"/>
      </w:pPr>
      <w:r/>
      <w:r>
        <w:rPr>
          <w:b/>
        </w:rPr>
        <w:t>Broader trend:</w:t>
      </w:r>
      <w:r>
        <w:t xml:space="preserve"> Small-town wins like this echo other stories of out athletes changing locker-room culture.</w:t>
      </w:r>
      <w:r/>
      <w:r/>
    </w:p>
    <w:p>
      <w:pPr>
        <w:pStyle w:val="Heading2"/>
      </w:pPr>
      <w:r>
        <w:t>How one loud silence finally cracked open</w:t>
      </w:r>
      <w:r/>
    </w:p>
    <w:p>
      <w:r/>
      <w:r>
        <w:t>People in small towns learn to read quiet cues, but not every silence is safe. In this Montana story a teen who’d long pictured a “perfect” straight life wrestled with fear until he told his friends. The relief he felt when he stopped hiding was immediate and sensory , less tightness, easier breathing, and the ability to laugh in the locker room again. According to Outsports, coming out at a team dinner and in a youth group set the tone for honest relationships and fewer secrets.</w:t>
      </w:r>
      <w:r/>
    </w:p>
    <w:p>
      <w:pPr>
        <w:pStyle w:val="Heading2"/>
      </w:pPr>
      <w:r>
        <w:t>Teammates stepping up , ordinary heroes</w:t>
      </w:r>
      <w:r/>
    </w:p>
    <w:p>
      <w:r/>
      <w:r>
        <w:t>What stands out is how ordinary teammates turned into allies. When a teammate heard a slur aimed at the young runner, she didn’t shrug; she marched over, called it out and protected him. That kind of intervention shifts the dynamic fast. Outsports’ reporting shows this isn’t just about grand gestures but about people choosing to enforce respect in real time, which makes sport safer and more welcoming for others.</w:t>
      </w:r>
      <w:r/>
    </w:p>
    <w:p>
      <w:pPr>
        <w:pStyle w:val="Heading2"/>
      </w:pPr>
      <w:r>
        <w:t>Faith and identity can coexist , unexpectedly close</w:t>
      </w:r>
      <w:r/>
    </w:p>
    <w:p>
      <w:r/>
      <w:r>
        <w:t>It’s easy to assume faith communities won’t be supportive, but this teen’s pastor offered acceptance and a way to hold both belief and identity. He came out publicly at his church youth group and found affirmation rather than rejection. That doesn’t erase hurt for everyone, but the piece suggests more pastors and congregations are creating room for LGBTQ youth, and that can make a massive difference in a small town.</w:t>
      </w:r>
      <w:r/>
    </w:p>
    <w:p>
      <w:pPr>
        <w:pStyle w:val="Heading2"/>
      </w:pPr>
      <w:r>
        <w:t>Running as refuge , why sport matters beyond trophies</w:t>
      </w:r>
      <w:r/>
    </w:p>
    <w:p>
      <w:r/>
      <w:r>
        <w:t>When life got hard, running steadied him. The act of lacing trainers, hitting a trail and feeling breath and feet in rhythm became therapy. Sports often provide structure and purpose, and for many young people , especially those dealing with identity stress , the track or pitch is where confidence is rebuilt. Outsports notes that passion for running helped him move through bad days, an insight that rings true in other profiles of out athletes.</w:t>
      </w:r>
      <w:r/>
    </w:p>
    <w:p>
      <w:pPr>
        <w:pStyle w:val="Heading2"/>
      </w:pPr>
      <w:r>
        <w:t>What this means for parents, coaches and teammates</w:t>
      </w:r>
      <w:r/>
    </w:p>
    <w:p>
      <w:r/>
      <w:r>
        <w:t>If you’re a parent, coach or a teammate wondering what to do: listen, protect, and keep the day-to-day normal. Simple things , texting “I’m here,” defending someone at a meet, inviting them to hang out , are huge. Schools and clubs should train staff and captains to spot and stop slurs, and to create rituals that signal inclusion. Small-town stories like this one show change often comes from friends deciding dignity matters more than gossip.</w:t>
      </w:r>
      <w:r/>
    </w:p>
    <w:p>
      <w:r/>
      <w:r>
        <w:t>It’s a small change that can make every match, race and practice safer and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w:t>
      </w:r>
      <w:hyperlink r:id="rId11">
        <w:r>
          <w:rPr>
            <w:color w:val="0000EE"/>
            <w:u w:val="single"/>
          </w:rPr>
          <w:t>[4]</w:t>
        </w:r>
      </w:hyperlink>
      <w:r>
        <w:t xml:space="preserve">- Paragraph 4: </w:t>
      </w:r>
      <w:hyperlink r:id="rId9">
        <w:r>
          <w:rPr>
            <w:color w:val="0000EE"/>
            <w:u w:val="single"/>
          </w:rPr>
          <w:t>[2]</w:t>
        </w:r>
      </w:hyperlink>
      <w:r>
        <w:t xml:space="preserve">, </w:t>
      </w:r>
      <w:hyperlink r:id="rId12">
        <w:r>
          <w:rPr>
            <w:color w:val="0000EE"/>
            <w:u w:val="single"/>
          </w:rPr>
          <w:t>[5]</w:t>
        </w:r>
      </w:hyperlink>
      <w:r>
        <w:t xml:space="preserve">- Paragraph 5: </w:t>
      </w:r>
      <w:hyperlink r:id="rId9">
        <w:r>
          <w:rPr>
            <w:color w:val="0000EE"/>
            <w:u w:val="single"/>
          </w:rPr>
          <w:t>[2]</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https://www.outsports.com/2017/2/21/14690796/gay-montana-athlete-ronan-tyler-joachim/</w:t>
        </w:r>
      </w:hyperlink>
      <w:r>
        <w:t xml:space="preserve"> - Please view link - unable to able to access data</w:t>
      </w:r>
      <w:r/>
    </w:p>
    <w:p>
      <w:pPr>
        <w:pStyle w:val="ListNumber"/>
        <w:spacing w:line="240" w:lineRule="auto"/>
        <w:ind w:left="720"/>
      </w:pPr>
      <w:r/>
      <w:hyperlink r:id="rId9">
        <w:r>
          <w:rPr>
            <w:color w:val="0000EE"/>
            <w:u w:val="single"/>
          </w:rPr>
          <w:t>https://www.outsports.com/2017/2/21/14690796/gay-montana-athlete-ronan-tyler-joachim/</w:t>
        </w:r>
      </w:hyperlink>
      <w:r>
        <w:t xml:space="preserve"> - In this 2017 article, Tyler Joachim, a high school athlete from Ronan, Montana, shares his experience of coming out as gay. He discusses the initial fear of revealing his sexuality in a conservative community and the support he received from teammates and friends. Joachim highlights the importance of authenticity and the positive impact of being open about his identity, emphasizing that embracing one's true self leads to happiness and acceptance.</w:t>
      </w:r>
      <w:r/>
    </w:p>
    <w:p>
      <w:pPr>
        <w:pStyle w:val="ListNumber"/>
        <w:spacing w:line="240" w:lineRule="auto"/>
        <w:ind w:left="720"/>
      </w:pPr>
      <w:r/>
      <w:hyperlink r:id="rId10">
        <w:r>
          <w:rPr>
            <w:color w:val="0000EE"/>
            <w:u w:val="single"/>
          </w:rPr>
          <w:t>https://www.outsports.com/2016/1/18/10783436/gay-football-rugby-montana-state-brandon-davis/</w:t>
        </w:r>
      </w:hyperlink>
      <w:r>
        <w:t xml:space="preserve"> - Brandon Davis, a Montana State University student, shares his journey of coming out as gay while playing football and rugby. He recounts his decision to leave Louisiana Tech due to the inability to be open about his sexuality and his subsequent experiences in Montana, where he found acceptance and support. Davis discusses the challenges and rewards of being an openly gay athlete in a conservative environment.</w:t>
      </w:r>
      <w:r/>
    </w:p>
    <w:p>
      <w:pPr>
        <w:pStyle w:val="ListNumber"/>
        <w:spacing w:line="240" w:lineRule="auto"/>
        <w:ind w:left="720"/>
      </w:pPr>
      <w:r/>
      <w:hyperlink r:id="rId11">
        <w:r>
          <w:rPr>
            <w:color w:val="0000EE"/>
            <w:u w:val="single"/>
          </w:rPr>
          <w:t>https://www.outsports.com/2023/5/11/23714171/glen-quayle-gay-pole-vault-ncaa-commonwealth-games-northern-state/</w:t>
        </w:r>
      </w:hyperlink>
      <w:r>
        <w:t xml:space="preserve"> - Glen Quayle, a pole vaulter competing for Northern State University, discusses his experiences as an openly gay athlete. He shares the challenges and support he has encountered in South Dakota, highlighting both acceptance and instances of homophobia. Quayle reflects on his journey in athletics and the importance of being true to oneself in the sporting world.</w:t>
      </w:r>
      <w:r/>
    </w:p>
    <w:p>
      <w:pPr>
        <w:pStyle w:val="ListNumber"/>
        <w:spacing w:line="240" w:lineRule="auto"/>
        <w:ind w:left="720"/>
      </w:pPr>
      <w:r/>
      <w:hyperlink r:id="rId12">
        <w:r>
          <w:rPr>
            <w:color w:val="0000EE"/>
            <w:u w:val="single"/>
          </w:rPr>
          <w:t>https://www.outsports.com/2025/11/24/24122700/nico-young-runner-gay-usa-running-effect-plants/</w:t>
        </w:r>
      </w:hyperlink>
      <w:r>
        <w:t xml:space="preserve"> - Nico Young, a U.S. champion runner, discusses his experiences as an openly gay athlete. He shares how his personal life, including his love for houseplants, contributes to his success on the track. Young reflects on the importance of authenticity and the support he has received from the LGBTQ+ community in his athletic career.</w:t>
      </w:r>
      <w:r/>
    </w:p>
    <w:p>
      <w:pPr>
        <w:pStyle w:val="ListNumber"/>
        <w:spacing w:line="240" w:lineRule="auto"/>
        <w:ind w:left="720"/>
      </w:pPr>
      <w:r/>
      <w:hyperlink r:id="rId13">
        <w:r>
          <w:rPr>
            <w:color w:val="0000EE"/>
            <w:u w:val="single"/>
          </w:rPr>
          <w:t>https://www.outsports.com/2025/8/1/24116687/nico-young-usa-nationals-track-champion-gold-gay-lgbtq-usatf/</w:t>
        </w:r>
      </w:hyperlink>
      <w:r>
        <w:t xml:space="preserve"> - Nico Young made history by becoming the first openly gay man to win a U.S. national track title. His victory in the 10,000-meter event at the USATF Outdoor Championships in Eugene, Oregon, is celebrated as a significant milestone for LGBTQ+ athletes in track and field. The article highlights Young's journey and the impact of his achievement on the sports community.</w:t>
      </w:r>
      <w:r/>
    </w:p>
    <w:p>
      <w:pPr>
        <w:pStyle w:val="ListNumber"/>
        <w:spacing w:line="240" w:lineRule="auto"/>
        <w:ind w:left="720"/>
      </w:pPr>
      <w:r/>
      <w:hyperlink r:id="rId14">
        <w:r>
          <w:rPr>
            <w:color w:val="0000EE"/>
            <w:u w:val="single"/>
          </w:rPr>
          <w:t>https://www.outsports.com/2024/6/21/24096653/nico-young-paris-olympics-track-field-gay-runner/</w:t>
        </w:r>
      </w:hyperlink>
      <w:r>
        <w:t xml:space="preserve"> - Nico Young qualified for the Paris Olympics, becoming the first openly gay male U.S. track and field Olympian. His performance in the men's 10,000 meters at the U.S. Olympic track and field trials in Eugene, Oregon, secured his spot on Team USA. The article details Young's journey and the significance of his achievement for the LGBTQ+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sports.com/2017/2/21/14690796/gay-montana-athlete-ronan-tyler-joachim/" TargetMode="External"/><Relationship Id="rId10" Type="http://schemas.openxmlformats.org/officeDocument/2006/relationships/hyperlink" Target="https://www.outsports.com/2016/1/18/10783436/gay-football-rugby-montana-state-brandon-davis/" TargetMode="External"/><Relationship Id="rId11" Type="http://schemas.openxmlformats.org/officeDocument/2006/relationships/hyperlink" Target="https://www.outsports.com/2023/5/11/23714171/glen-quayle-gay-pole-vault-ncaa-commonwealth-games-northern-state/" TargetMode="External"/><Relationship Id="rId12" Type="http://schemas.openxmlformats.org/officeDocument/2006/relationships/hyperlink" Target="https://www.outsports.com/2025/11/24/24122700/nico-young-runner-gay-usa-running-effect-plants/" TargetMode="External"/><Relationship Id="rId13" Type="http://schemas.openxmlformats.org/officeDocument/2006/relationships/hyperlink" Target="https://www.outsports.com/2025/8/1/24116687/nico-young-usa-nationals-track-champion-gold-gay-lgbtq-usatf/" TargetMode="External"/><Relationship Id="rId14" Type="http://schemas.openxmlformats.org/officeDocument/2006/relationships/hyperlink" Target="https://www.outsports.com/2024/6/21/24096653/nico-young-paris-olympics-track-field-gay-runn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