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Pride Protest Abuse Sparks Met Probe into Antisemitic Attacks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Shocked onlookers filmed marchers at a London Pride parade hurling antisemitic slurs at Jewish attendees, and the Metropolitan Police Service is now investigating , a troubling episode that highlights growing tensions between some progressive spaces and Jewish participants, and why safety at Pride matters.</w:t>
      </w:r>
      <w:r/>
    </w:p>
    <w:p>
      <w:r/>
      <w:r>
        <w:t>Essential Takeaways</w:t>
      </w:r>
      <w:r/>
      <w:r/>
    </w:p>
    <w:p>
      <w:pPr>
        <w:pStyle w:val="ListBullet"/>
        <w:spacing w:line="240" w:lineRule="auto"/>
        <w:ind w:left="720"/>
      </w:pPr>
      <w:r/>
      <w:r>
        <w:rPr>
          <w:b/>
        </w:rPr>
        <w:t>Police action:</w:t>
      </w:r>
      <w:r>
        <w:t xml:space="preserve"> The Metropolitan Police Service confirmed it's investigating viral videos showing verbal abuse directed at people identified as Zionist Jews at a London Pride event.</w:t>
      </w:r>
      <w:r/>
    </w:p>
    <w:p>
      <w:pPr>
        <w:pStyle w:val="ListBullet"/>
        <w:spacing w:line="240" w:lineRule="auto"/>
        <w:ind w:left="720"/>
      </w:pPr>
      <w:r/>
      <w:r>
        <w:rPr>
          <w:b/>
        </w:rPr>
        <w:t>Clear insult language:</w:t>
      </w:r>
      <w:r>
        <w:t xml:space="preserve"> Footage circulated online includes shouts of “F, k you, Jew” and accusations aimed at Jews for alleged violence, creating a hostile, frightening scene.</w:t>
      </w:r>
      <w:r/>
    </w:p>
    <w:p>
      <w:pPr>
        <w:pStyle w:val="ListBullet"/>
        <w:spacing w:line="240" w:lineRule="auto"/>
        <w:ind w:left="720"/>
      </w:pPr>
      <w:r/>
      <w:r>
        <w:rPr>
          <w:b/>
        </w:rPr>
        <w:t>Organisational concern:</w:t>
      </w:r>
      <w:r>
        <w:t xml:space="preserve"> The Anti-Defamation League called the behaviour “beyond unacceptable,” arguing it contradicts Pride’s stated values of inclusion.</w:t>
      </w:r>
      <w:r/>
    </w:p>
    <w:p>
      <w:pPr>
        <w:pStyle w:val="ListBullet"/>
        <w:spacing w:line="240" w:lineRule="auto"/>
        <w:ind w:left="720"/>
      </w:pPr>
      <w:r/>
      <w:r>
        <w:rPr>
          <w:b/>
        </w:rPr>
        <w:t>Wider pattern:</w:t>
      </w:r>
      <w:r>
        <w:t xml:space="preserve"> Reports and surveys suggest many LGBTQ+ Jews feel excluded or unsafe in certain progressive spaces, driving some to avoid events or online groups.</w:t>
      </w:r>
      <w:r/>
    </w:p>
    <w:p>
      <w:pPr>
        <w:pStyle w:val="ListBullet"/>
        <w:spacing w:line="240" w:lineRule="auto"/>
        <w:ind w:left="720"/>
      </w:pPr>
      <w:r/>
      <w:r>
        <w:rPr>
          <w:b/>
        </w:rPr>
        <w:t>Safety implications:</w:t>
      </w:r>
      <w:r>
        <w:t xml:space="preserve"> Experts say organisers should plan better protections and clearer policies to keep Pride events inclusive and secure for all attendees.</w:t>
      </w:r>
      <w:r/>
      <w:r/>
    </w:p>
    <w:p>
      <w:pPr>
        <w:pStyle w:val="Heading2"/>
      </w:pPr>
      <w:r>
        <w:t>What happened at Pride , and why people are alarmed</w:t>
      </w:r>
      <w:r/>
    </w:p>
    <w:p>
      <w:r/>
      <w:r>
        <w:t>Videos from Saturday’s march showed small groups of marchers directing explicitly antisemitic abuse at Jewish attendees who they identified as Zionists. The language was raw and personal, and that immediacy is what shocked viewers. The Met told reporters it was “aware of videos circulating online” and is investigating the incidents as potential hate crimes. For anyone at the parade, the moment would have felt violent even without physical contact , the words themselves carry a weight that can linger.</w:t>
      </w:r>
      <w:r/>
    </w:p>
    <w:p>
      <w:r/>
      <w:r>
        <w:t>This episode is being read in the context of a wider debate about who belongs in progressive movements. The Anti-Defamation League swiftly denounced the abuse, noting the irony that Pride, a movement built on inclusion, was the site of exclusion. That reaction reflects a broader unease about how anti-Israel sentiment can spill over into antisemitism.</w:t>
      </w:r>
      <w:r/>
    </w:p>
    <w:p>
      <w:pPr>
        <w:pStyle w:val="Heading2"/>
      </w:pPr>
      <w:r>
        <w:t>How this fits into a pattern of exclusion</w:t>
      </w:r>
      <w:r/>
    </w:p>
    <w:p>
      <w:r/>
      <w:r>
        <w:t>There’s an increasing body of evidence suggesting Jewish people, particularly those who identify as Zionist, have been pushed out of some left-leaning or activist spaces. Reports and surveys from recent years show many LGBTQ+ Jews experience harassment online, are expelled from social channels, or feel compelled to step away from community events. Organisations such as A Wider Bridge have documented high numbers reporting exclusion, and activists say the problem intensified after high-profile international incidents.</w:t>
      </w:r>
      <w:r/>
    </w:p>
    <w:p>
      <w:r/>
      <w:r>
        <w:t>Those trends explain why this single Pride incident feels less like an anomaly and more like confirmation of a persistent problem. For many queer Jews, that’s a painful realisation: the movement that once offered refuge can feel unsafe.</w:t>
      </w:r>
      <w:r/>
    </w:p>
    <w:p>
      <w:pPr>
        <w:pStyle w:val="Heading2"/>
      </w:pPr>
      <w:r>
        <w:t>What the police and authorities are doing</w:t>
      </w:r>
      <w:r/>
    </w:p>
    <w:p>
      <w:r/>
      <w:r>
        <w:t>The Met’s public statement that it’s investigating is an important procedural step. London’s counter-terror and hate-crime units have in recent months taken on high-profile investigations into extremist and antisemitic incidents, and press releases from the force indicate a willingness to pursue arrests when evidence supports criminality. That said, policing alone won’t fix the cultural dynamics that lead to such confrontations.</w:t>
      </w:r>
      <w:r/>
    </w:p>
    <w:p>
      <w:r/>
      <w:r>
        <w:t>Organisers and community leaders are under pressure to work with police, improve stewarding and create clear codes of conduct that cover targeted harassment. For attendees, the message is to report incidents promptly and for witnesses to preserve footage that can assist investigations.</w:t>
      </w:r>
      <w:r/>
    </w:p>
    <w:p>
      <w:pPr>
        <w:pStyle w:val="Heading2"/>
      </w:pPr>
      <w:r>
        <w:t>Practical steps for Pride organisers and participants</w:t>
      </w:r>
      <w:r/>
    </w:p>
    <w:p>
      <w:r/>
      <w:r>
        <w:t>Organisers should adopt explicit anti-harassment policies that define antisemitism and anti-Jewish conduct, and communicate them widely both before and during events. Stewards need training to spot and intervene early, and there should be dedicated reporting points on site. Attendees who are concerned can bring friends, plan exit routes and use event apps to report abuse quickly.</w:t>
      </w:r>
      <w:r/>
    </w:p>
    <w:p>
      <w:r/>
      <w:r>
        <w:t>If you film an incident, save the original footage and share it with police rather than only posting it online. Community groups should also set up support channels so victims can get emotional and legal help after an attack.</w:t>
      </w:r>
      <w:r/>
    </w:p>
    <w:p>
      <w:pPr>
        <w:pStyle w:val="Heading2"/>
      </w:pPr>
      <w:r>
        <w:t>Looking ahead: inclusion requires effort, not slogans</w:t>
      </w:r>
      <w:r/>
    </w:p>
    <w:p>
      <w:r/>
      <w:r>
        <w:t>This investigation is a reminder that inclusion is an ongoing practice, not a poster. Pride organisations face a test: will they strengthen protections and widen the tent, or will divisions deepen? For many Jewish LGBTQ+ people, recent years have forced hard choices about participation and safety. Restoring trust will need honest conversations, clearer boundaries, and visible consequences for abusive behaviour.</w:t>
      </w:r>
      <w:r/>
    </w:p>
    <w:p>
      <w:r/>
      <w:r>
        <w:t>It's a small but meaningful moment to ask whether our public celebrations truly reflect the values they proclaim.</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9">
        <w:r>
          <w:rPr>
            <w:color w:val="0000EE"/>
            <w:u w:val="single"/>
          </w:rPr>
          <w:t>[2]</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[3]</w:t>
        </w:r>
      </w:hyperlink>
      <w:r>
        <w:t xml:space="preserve">- Paragraph 4: </w:t>
      </w:r>
      <w:hyperlink r:id="rId13">
        <w:r>
          <w:rPr>
            <w:color w:val="0000EE"/>
            <w:u w:val="single"/>
          </w:rPr>
          <w:t>[6]</w:t>
        </w:r>
      </w:hyperlink>
      <w:r>
        <w:t xml:space="preserve">, </w:t>
      </w:r>
      <w:hyperlink r:id="rId14">
        <w:r>
          <w:rPr>
            <w:color w:val="0000EE"/>
            <w:u w:val="single"/>
          </w:rPr>
          <w:t>[7]</w:t>
        </w:r>
      </w:hyperlink>
      <w:r>
        <w:t xml:space="preserve">- Paragraph 5: </w:t>
      </w:r>
      <w:hyperlink r:id="rId9">
        <w:r>
          <w:rPr>
            <w:color w:val="0000EE"/>
            <w:u w:val="single"/>
          </w:rPr>
          <w:t>[2]</w:t>
        </w:r>
      </w:hyperlink>
      <w:r>
        <w:t xml:space="preserve">, </w:t>
      </w:r>
      <w:hyperlink r:id="rId11">
        <w:r>
          <w:rPr>
            <w:color w:val="0000EE"/>
            <w:u w:val="single"/>
          </w:rPr>
          <w:t>[4]</w:t>
        </w:r>
      </w:hyperlink>
      <w:r>
        <w:t xml:space="preserve">- Paragraph 6: </w:t>
      </w:r>
      <w:hyperlink r:id="rId9">
        <w:r>
          <w:rPr>
            <w:color w:val="0000EE"/>
            <w:u w:val="single"/>
          </w:rPr>
          <w:t>[2]</w:t>
        </w:r>
      </w:hyperlink>
      <w:r>
        <w:t xml:space="preserve">, </w:t>
      </w:r>
      <w:hyperlink r:id="rId10">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https://www.algemeiner.com/2026/07/10/77-percent-of-american-jews-experienced-antisemitism-after-october-7-new-poll-shows/</w:t>
        </w:r>
      </w:hyperlink>
      <w:r>
        <w:t xml:space="preserve"> - Please view link - unable to able to access data</w:t>
      </w:r>
      <w:r/>
    </w:p>
    <w:p>
      <w:pPr>
        <w:pStyle w:val="ListNumber"/>
        <w:spacing w:line="240" w:lineRule="auto"/>
        <w:ind w:left="720"/>
      </w:pPr>
      <w:r/>
      <w:hyperlink r:id="rId9">
        <w:r>
          <w:rPr>
            <w:color w:val="0000EE"/>
            <w:u w:val="single"/>
          </w:rPr>
          <w:t>https://www.algemeiner.com/2026/07/10/77-percent-of-american-jews-experienced-antisemitism-after-october-7-new-poll-shows/</w:t>
        </w:r>
      </w:hyperlink>
      <w:r>
        <w:t xml:space="preserve"> - A recent survey reveals that 77% of American Jews have experienced antisemitism following the October 7 attacks. The Metropolitan Police Service is investigating reports of verbal abuse directed at Jewish attendees during a Pride parade, highlighting the increasing alienation of Jewish individuals within progressive circles. The Anti-Defamation League condemned the abuse, emphasising the contradiction between Pride's inclusive values and the targeting of Jews. The report underscores the severe discrimination faced by Zionist Jews in the LGBTQ+ community, including expulsion from groups and physical assaults.</w:t>
      </w:r>
      <w:r/>
    </w:p>
    <w:p>
      <w:pPr>
        <w:pStyle w:val="ListNumber"/>
        <w:spacing w:line="240" w:lineRule="auto"/>
        <w:ind w:left="720"/>
      </w:pPr>
      <w:r/>
      <w:hyperlink r:id="rId12">
        <w:r>
          <w:rPr>
            <w:color w:val="0000EE"/>
            <w:u w:val="single"/>
          </w:rPr>
          <w:t>https://www.algemeiner.com/2026/02/10/over-90-american-jews-feel-less-safe-recent-antisemitic-attacks-survey-finds/</w:t>
        </w:r>
      </w:hyperlink>
      <w:r>
        <w:t xml:space="preserve"> - A survey by the American Jewish Committee indicates that over 90% of American Jews feel less safe following recent antisemitic attacks. The report highlights a significant increase in antisemitic incidents, including attacks on Jewish institutions and individuals. The findings suggest a growing climate of fear and insecurity among Jewish communities in the United States, prompting calls for heightened security measures and increased awareness to combat rising hate crimes.</w:t>
      </w:r>
      <w:r/>
    </w:p>
    <w:p>
      <w:pPr>
        <w:pStyle w:val="ListNumber"/>
        <w:spacing w:line="240" w:lineRule="auto"/>
        <w:ind w:left="720"/>
      </w:pPr>
      <w:r/>
      <w:hyperlink r:id="rId11">
        <w:r>
          <w:rPr>
            <w:color w:val="0000EE"/>
            <w:u w:val="single"/>
          </w:rPr>
          <w:t>https://www.algemeiner.com/2024/06/10/american-jews-widely-support-israel-feel-more-connected-their-jewish-identity-since-oct-7-new-survey-shows/</w:t>
        </w:r>
      </w:hyperlink>
      <w:r>
        <w:t xml:space="preserve"> - A survey by the American Jewish Committee reveals that a majority of American Jews feel a stronger connection to Israel and their Jewish identity following the October 7 attacks. The findings show that 85% believe it's important for the US to support Israel, with 60% rating it as 'very important.' Additionally, 57% feel more connected to Israel or their Jewish identity since the attacks, with 25% donating to related causes to strengthen this bond.</w:t>
      </w:r>
      <w:r/>
    </w:p>
    <w:p>
      <w:pPr>
        <w:pStyle w:val="ListNumber"/>
        <w:spacing w:line="240" w:lineRule="auto"/>
        <w:ind w:left="720"/>
      </w:pPr>
      <w:r/>
      <w:hyperlink r:id="rId10">
        <w:r>
          <w:rPr>
            <w:color w:val="0000EE"/>
            <w:u w:val="single"/>
          </w:rPr>
          <w:t>https://news.met.police.uk/pressreleases/met-secures-charges-following-antisemitic-hate-crimes-3442191</w:t>
        </w:r>
      </w:hyperlink>
      <w:r>
        <w:t xml:space="preserve"> - The Metropolitan Police Service has arrested over 20 individuals on suspicion of antisemitic hate crimes as part of a specialist operation. This initiative aims to prioritise and swiftly investigate hate crimes, with increased resources dedicated to tackling such offences. The operation includes more officers patrolling London and focuses on protecting key locations, detecting suspicious activity, and disrupting those intent on causing harm to communities.</w:t>
      </w:r>
      <w:r/>
    </w:p>
    <w:p>
      <w:pPr>
        <w:pStyle w:val="ListNumber"/>
        <w:spacing w:line="240" w:lineRule="auto"/>
        <w:ind w:left="720"/>
      </w:pPr>
      <w:r/>
      <w:hyperlink r:id="rId13">
        <w:r>
          <w:rPr>
            <w:color w:val="0000EE"/>
            <w:u w:val="single"/>
          </w:rPr>
          <w:t>https://news.met.police.uk/news/further-arrest-in-investigation-led-by-counter-terrorism-officers-508656</w:t>
        </w:r>
      </w:hyperlink>
      <w:r>
        <w:t xml:space="preserve"> - Counter Terrorism Policing officers have arrested a 37-year-old man on suspicion of preparing terrorist acts. This arrest is part of an ongoing investigation into a series of attacks on premises linked to the Jewish community in north-west London. The operation continues to work closely with Metropolitan Police colleagues to respond to these incidents, providing protective security advice and support to numerous organisations, community venues, and businesses.</w:t>
      </w:r>
      <w:r/>
    </w:p>
    <w:p>
      <w:pPr>
        <w:pStyle w:val="ListNumber"/>
        <w:spacing w:line="240" w:lineRule="auto"/>
        <w:ind w:left="720"/>
      </w:pPr>
      <w:r/>
      <w:hyperlink r:id="rId14">
        <w:r>
          <w:rPr>
            <w:color w:val="0000EE"/>
            <w:u w:val="single"/>
          </w:rPr>
          <w:t>https://news.met.police.uk/news/eight-arrests-made-by-counter-terrorism-policing-london-508480</w:t>
        </w:r>
      </w:hyperlink>
      <w:r>
        <w:t xml:space="preserve"> - Counter Terrorism Policing London has made eight arrests in connection with a series of incidents, including several arson attacks in London. The arrests are part of a proactive investigation into an alleged conspiracy to commit arson, with the intended target believed to be a venue related to the Jewish community. The investigation is ongoing, with detectives working to identify and apprehend those responsible for these offences.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lgemeiner.com/2026/07/10/77-percent-of-american-jews-experienced-antisemitism-after-october-7-new-poll-shows/" TargetMode="External"/><Relationship Id="rId10" Type="http://schemas.openxmlformats.org/officeDocument/2006/relationships/hyperlink" Target="https://news.met.police.uk/pressreleases/met-secures-charges-following-antisemitic-hate-crimes-3442191" TargetMode="External"/><Relationship Id="rId11" Type="http://schemas.openxmlformats.org/officeDocument/2006/relationships/hyperlink" Target="https://www.algemeiner.com/2024/06/10/american-jews-widely-support-israel-feel-more-connected-their-jewish-identity-since-oct-7-new-survey-shows/" TargetMode="External"/><Relationship Id="rId12" Type="http://schemas.openxmlformats.org/officeDocument/2006/relationships/hyperlink" Target="https://www.algemeiner.com/2026/02/10/over-90-american-jews-feel-less-safe-recent-antisemitic-attacks-survey-finds/" TargetMode="External"/><Relationship Id="rId13" Type="http://schemas.openxmlformats.org/officeDocument/2006/relationships/hyperlink" Target="https://news.met.police.uk/news/further-arrest-in-investigation-led-by-counter-terrorism-officers-508656" TargetMode="External"/><Relationship Id="rId14" Type="http://schemas.openxmlformats.org/officeDocument/2006/relationships/hyperlink" Target="https://news.met.police.uk/news/eight-arrests-made-by-counter-terrorism-policing-london-50848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