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Latest Out on Film 2026 Line‑Up: The World We’re Making and First Picks Revealed</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stories and lovers of cinema are already circling dates , Out on Film has announced its 2026 theme, dates and early film selections, promising another autumn of bold LGBTQ+ storytelling in Atlanta that matters to makers, audiences and the wider community.</w:t>
      </w:r>
      <w:r/>
    </w:p>
    <w:p>
      <w:r/>
      <w:r>
        <w:t>Essential Takeaways</w:t>
      </w:r>
      <w:r/>
      <w:r/>
    </w:p>
    <w:p>
      <w:pPr>
        <w:pStyle w:val="ListBullet"/>
        <w:spacing w:line="240" w:lineRule="auto"/>
        <w:ind w:left="720"/>
      </w:pPr>
      <w:r/>
      <w:r>
        <w:rPr>
          <w:b/>
        </w:rPr>
        <w:t>Event dates:</w:t>
      </w:r>
      <w:r>
        <w:t xml:space="preserve"> Out on Film runs Sept. 24–Oct. 4, 2026, marking its 39th year. </w:t>
      </w:r>
      <w:r/>
    </w:p>
    <w:p>
      <w:pPr>
        <w:pStyle w:val="ListBullet"/>
        <w:spacing w:line="240" w:lineRule="auto"/>
        <w:ind w:left="720"/>
      </w:pPr>
      <w:r/>
      <w:r>
        <w:rPr>
          <w:b/>
        </w:rPr>
        <w:t>Theme:</w:t>
      </w:r>
      <w:r>
        <w:t xml:space="preserve"> “The World We’re Making” celebrates creative communities shaping queer culture on‑screen. </w:t>
      </w:r>
      <w:r/>
    </w:p>
    <w:p>
      <w:pPr>
        <w:pStyle w:val="ListBullet"/>
        <w:spacing w:line="240" w:lineRule="auto"/>
        <w:ind w:left="720"/>
      </w:pPr>
      <w:r/>
      <w:r>
        <w:rPr>
          <w:b/>
        </w:rPr>
        <w:t>Early slate:</w:t>
      </w:r>
      <w:r>
        <w:t xml:space="preserve"> First announced films include Test, a small‑town coming‑of‑age drama, and Dreamers, a UK‑set story about an immigrant in an asylum centre. </w:t>
      </w:r>
      <w:r/>
    </w:p>
    <w:p>
      <w:pPr>
        <w:pStyle w:val="ListBullet"/>
        <w:spacing w:line="240" w:lineRule="auto"/>
        <w:ind w:left="720"/>
      </w:pPr>
      <w:r/>
      <w:r>
        <w:rPr>
          <w:b/>
        </w:rPr>
        <w:t>Tickets:</w:t>
      </w:r>
      <w:r>
        <w:t xml:space="preserve"> Festival passes are available on Out on Film’s website; early planning is advised for popular screenings. </w:t>
      </w:r>
      <w:r/>
    </w:p>
    <w:p>
      <w:pPr>
        <w:pStyle w:val="ListBullet"/>
        <w:spacing w:line="240" w:lineRule="auto"/>
        <w:ind w:left="720"/>
      </w:pPr>
      <w:r/>
      <w:r>
        <w:rPr>
          <w:b/>
        </w:rPr>
        <w:t>Vibe:</w:t>
      </w:r>
      <w:r>
        <w:t xml:space="preserve"> Expect intimate, authentic stories with emotional stakes and social resonance , films that invite conversation after the credits roll.</w:t>
      </w:r>
      <w:r/>
      <w:r/>
    </w:p>
    <w:p>
      <w:pPr>
        <w:pStyle w:val="Heading2"/>
      </w:pPr>
      <w:r>
        <w:t>A festival that frames “The World We’re Making”</w:t>
      </w:r>
      <w:r/>
    </w:p>
    <w:p>
      <w:r/>
      <w:r>
        <w:t>Out on Film’s new theme is a tidy, optimistic note: it centres the idea that filmmakers, audiences and volunteers actively build culture. Announcing the theme, festival leaders framed the festival as a communal craft , a place where queer lives are stitched into narratives that matter. The line feels tactile; you can almost picture theatres full of chatter, the scent of popcorn and the soft hush when a scene lands.</w:t>
      </w:r>
      <w:r/>
    </w:p>
    <w:p>
      <w:r/>
      <w:r>
        <w:t>The theme is meant to spotlight craft and community, not just premieres, and positions the festival as both a showcase and a conversation hub. For regular attendees, it’s a reminder that festivals do more than screen films , they map networks and set the tone for what comes next in queer cinema.</w:t>
      </w:r>
      <w:r/>
    </w:p>
    <w:p>
      <w:pPr>
        <w:pStyle w:val="Heading2"/>
      </w:pPr>
      <w:r>
        <w:t>Two early films set a tone: intimate and urgent</w:t>
      </w:r>
      <w:r/>
    </w:p>
    <w:p>
      <w:r/>
      <w:r>
        <w:t>The first two titles Out on Film has revealed , Test and Dreamers , already suggest the festival’s emotional reach. Test, directed by Sam McConnell, follows an amateur bodybuilder in rural Ohio wrestling with family pressures and an emerging sexuality; it sounds like a quiet, character‑led drama with a sturdy, lived‑in texture. Dreamers, from Joy Gharoro‑Akpojotor, centres a Nigerian immigrant detained in a UK asylum removal centre, promising a politically charged, human story.</w:t>
      </w:r>
      <w:r/>
    </w:p>
    <w:p>
      <w:r/>
      <w:r>
        <w:t>Festival director comments stress resonance with local audiences, and that choice makes sense: festivals often lead with films that spark post‑screening talk, panels and community responses. If you like films that stay with you, these picks look promising.</w:t>
      </w:r>
      <w:r/>
    </w:p>
    <w:p>
      <w:pPr>
        <w:pStyle w:val="Heading2"/>
      </w:pPr>
      <w:r>
        <w:t>What this year’s programming could mean in context</w:t>
      </w:r>
      <w:r/>
    </w:p>
    <w:p>
      <w:r/>
      <w:r>
        <w:t>Out on Film sits alongside a growing ecosystem of queer festivals and film events , from larger fairs that travel programmes to community‑rooted showcases that focus on emerging voices. This theme and early slate align with broader trends: more festivals are foregrounding social themes and centring lived experience in programming choices.</w:t>
      </w:r>
      <w:r/>
    </w:p>
    <w:p>
      <w:r/>
      <w:r>
        <w:t>For filmmakers, that’s an encouraging sign: festivals are hungry for authentic stories, whether intimate dramas or films tackling immigration and justice. For audiences, it means more opportunities to see work that feels personal and urgent, with filmmakers in attendance to talk craft and context.</w:t>
      </w:r>
      <w:r/>
    </w:p>
    <w:p>
      <w:pPr>
        <w:pStyle w:val="Heading2"/>
      </w:pPr>
      <w:r>
        <w:t>How to plan your festival visit , simple, practical tips</w:t>
      </w:r>
      <w:r/>
    </w:p>
    <w:p>
      <w:r/>
      <w:r>
        <w:t>If you’re thinking of going, buy festival passes early: when a festival follows a banner year, demand rises. Check the Out on Film website for pass types and any early‑bird offers; organise must‑see titles in advance and leave room for surprises , smaller screenings often turn out to be the gems.</w:t>
      </w:r>
      <w:r/>
    </w:p>
    <w:p>
      <w:r/>
      <w:r>
        <w:t>Also, look for post‑screening Q&amp;As or community events. Those conversations are where the theme “The World We’re Making” really lands: you’ll hear the why behind choices and meet the people shaping the work.</w:t>
      </w:r>
      <w:r/>
    </w:p>
    <w:p>
      <w:pPr>
        <w:pStyle w:val="Heading2"/>
      </w:pPr>
      <w:r>
        <w:t>Why this matters beyond Atlanta</w:t>
      </w:r>
      <w:r/>
    </w:p>
    <w:p>
      <w:r/>
      <w:r>
        <w:t>A festival’s theme and opening selections send a message about what voices are being amplified and which stories get attention. Out on Film’s focus on community and creative agency reinforces a broader push in queer cinema to centre lived experience and structural questions alike , from family dynamics in rural towns to the realities of immigration systems.</w:t>
      </w:r>
      <w:r/>
    </w:p>
    <w:p>
      <w:r/>
      <w:r>
        <w:t>Expect the 2026 programme to spark conversations that travel beyond the theatre: reviews, local coverage and festival chatter can help certain films find wider distribution and audiences.</w:t>
      </w:r>
      <w:r/>
    </w:p>
    <w:p>
      <w:r/>
      <w:r>
        <w:t>It's a small change that can make every screening feel like part of something bigger.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0">
        <w:r>
          <w:rPr>
            <w:color w:val="0000EE"/>
            <w:u w:val="single"/>
          </w:rPr>
          <w:t>[2]</w:t>
        </w:r>
      </w:hyperlink>
      <w:r>
        <w:t xml:space="preserve">, </w:t>
      </w:r>
      <w:hyperlink r:id="rId12">
        <w:r>
          <w:rPr>
            <w:color w:val="0000EE"/>
            <w:u w:val="single"/>
          </w:rPr>
          <w:t>[3]</w:t>
        </w:r>
      </w:hyperlink>
      <w:r>
        <w:t xml:space="preserve">- Paragraph 3: </w:t>
      </w:r>
      <w:hyperlink r:id="rId13">
        <w:r>
          <w:rPr>
            <w:color w:val="0000EE"/>
            <w:u w:val="single"/>
          </w:rPr>
          <w:t>[6]</w:t>
        </w:r>
      </w:hyperlink>
      <w:r>
        <w:t xml:space="preserve">, </w:t>
      </w:r>
      <w:hyperlink r:id="rId14">
        <w:r>
          <w:rPr>
            <w:color w:val="0000EE"/>
            <w:u w:val="single"/>
          </w:rPr>
          <w:t>[7]</w:t>
        </w:r>
      </w:hyperlink>
      <w:r>
        <w:t xml:space="preserve">- Paragraph 4: </w:t>
      </w:r>
      <w:hyperlink r:id="rId10">
        <w:r>
          <w:rPr>
            <w:color w:val="0000EE"/>
            <w:u w:val="single"/>
          </w:rPr>
          <w:t>[2]</w:t>
        </w:r>
      </w:hyperlink>
      <w:r>
        <w:t xml:space="preserve">, </w:t>
      </w:r>
      <w:hyperlink r:id="rId15">
        <w:r>
          <w:rPr>
            <w:color w:val="0000EE"/>
            <w:u w:val="single"/>
          </w:rPr>
          <w:t>[5]</w:t>
        </w:r>
      </w:hyperlink>
      <w:r>
        <w:t xml:space="preserve">- Paragraph 5: </w:t>
      </w:r>
      <w:hyperlink r:id="rId12">
        <w:r>
          <w:rPr>
            <w:color w:val="0000EE"/>
            <w:u w:val="single"/>
          </w:rPr>
          <w:t>[3]</w:t>
        </w:r>
      </w:hyperlink>
      <w:r>
        <w:t xml:space="preserve">, </w:t>
      </w:r>
      <w:hyperlink r:id="rId13">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https://roughdraftatlanta.com/2026/07/10/out-on-film-announces-2026-festival-theme-and-first-films/</w:t>
        </w:r>
      </w:hyperlink>
      <w:r>
        <w:t xml:space="preserve"> - Please view link - unable to able to access data</w:t>
      </w:r>
      <w:r/>
    </w:p>
    <w:p>
      <w:pPr>
        <w:pStyle w:val="ListNumber"/>
        <w:spacing w:line="240" w:lineRule="auto"/>
        <w:ind w:left="720"/>
      </w:pPr>
      <w:r/>
      <w:hyperlink r:id="rId10">
        <w:r>
          <w:rPr>
            <w:color w:val="0000EE"/>
            <w:u w:val="single"/>
          </w:rPr>
          <w:t>https://outonfilm.org/submit</w:t>
        </w:r>
      </w:hyperlink>
      <w:r>
        <w:t xml:space="preserve"> - Out On Film, Atlanta’s LGBTQIA+ film festival, is one of the most prominent LGBTQIA+ festivals globally. As an Oscar® qualifying film festival, our Best Drama Short award winner is eligible to enter the Academy’s Live Action Short film competition in the concurrent season, provided Academy rules are met. Out On Film is also a BAFTA-qualifying film festival this year for the British Short programme. Celebrating its 39th year in 2026, Out On Film annually presents approximately 150 narratives, documentaries, shorts, and web series, from international features to local programming and retrospectives. We prioritise filmmaker engagement through our highly regarded visiting filmmaker series. Our main production is an 11-day festival held each September, with this year’s edition taking place September 24 – October 4, 2026, complemented by events throughout the year. In the last two years, we’ve also hosted a spring mini-festival, with all submissions eligible for both events. We are tentatively planning another spring event in 2026.</w:t>
      </w:r>
      <w:r/>
    </w:p>
    <w:p>
      <w:pPr>
        <w:pStyle w:val="ListNumber"/>
        <w:spacing w:line="240" w:lineRule="auto"/>
        <w:ind w:left="720"/>
      </w:pPr>
      <w:r/>
      <w:hyperlink r:id="rId12">
        <w:r>
          <w:rPr>
            <w:color w:val="0000EE"/>
            <w:u w:val="single"/>
          </w:rPr>
          <w:t>https://www.outfest.org/screenings-events</w:t>
        </w:r>
      </w:hyperlink>
      <w:r>
        <w:t xml:space="preserve"> - OUTFEST means COMING together. OUTFEST NEXT OUTFEST LA FILM FESTIVAL FUSION QTBIPOC FILM FESTIVAL LEGACY AWARDS Since our first screenings in 1982, Outfest has brought our community together to celebrate the power of cinema through our flagship film festivals, screening series, our annual awards gala, and more! OUTFEST NEXT July 23-26, 2026 @ the LA LGBT Center Over its four-day run, OutfestNEXT will showcase twenty film programs showcasing a vibrant spectrum of narrative and documentary features and shorts which celebrate queer and trans storytelling across generations. The full program reflects the most impactful queer filmmaking of the year, inviting attendees to discover new voices, reconnect with their favourite film artists, and find community through stories which resonate long after the credits roll. 2026 PROGRAM OUTFEST LOS ANGELES LGBTQ+ FILM FESTIVAL</w:t>
      </w:r>
      <w:r/>
    </w:p>
    <w:p>
      <w:pPr>
        <w:pStyle w:val="ListNumber"/>
        <w:spacing w:line="240" w:lineRule="auto"/>
        <w:ind w:left="720"/>
      </w:pPr>
      <w:r/>
      <w:hyperlink r:id="rId11">
        <w:r>
          <w:rPr>
            <w:color w:val="0000EE"/>
            <w:u w:val="single"/>
          </w:rPr>
          <w:t>https://www.outfest.org/news-posts/outfest-in-2026</w:t>
        </w:r>
      </w:hyperlink>
      <w:r>
        <w:t xml:space="preserve"> - Outfest in 2026! Our first look at the 2026 program line-up! Written by Outfest Outfest March 25, 2026 Because of your support, Outfest is coming into 2026 with a full year of programming and a lot to celebrate. This year, we're launching the new Outfest Cinema Series, producing the 2026 edition of OutfestNEXT, and continuing our work supporting queer filmmakers through education and mentorship (with a few special surprises along the way). At the heart of all of it is something we've always believed: gathering to watch our lives on screen is both an act of resistance and an act of joy. When we come together as a community to celebrate queer stories and the filmmakers who tell them, we're not just watching films, we're building something that can't be erased. That's Outfest. And we're just getting started. NEW THIS YEAR: OUTFEST CINEMA SERIES Queer stories, all year. You're welcome. We're kicking off the Outfest Cinema Series the right way: a reception and screening of festival award-winning film BOOKENDS.</w:t>
      </w:r>
      <w:r/>
    </w:p>
    <w:p>
      <w:pPr>
        <w:pStyle w:val="ListNumber"/>
        <w:spacing w:line="240" w:lineRule="auto"/>
        <w:ind w:left="720"/>
      </w:pPr>
      <w:r/>
      <w:hyperlink r:id="rId15">
        <w:r>
          <w:rPr>
            <w:color w:val="0000EE"/>
            <w:u w:val="single"/>
          </w:rPr>
          <w:t>https://imaginenative.org/the-imaginenative-film-media-arts-festival-unveils-its-2026-programming/</w:t>
        </w:r>
      </w:hyperlink>
      <w:r>
        <w:t xml:space="preserve"> - The imagineNATIVE Film + Media Arts Festival Unveils Its 2026 Programming AKI and Uiksaringitara (Wrong Husband) to Open and Close the Festival Image: AKI Movie Hero Image May 7, 2026, Tkaronto/Toronto—The imagineNATIVE Film + Media Arts Festival (imagineNATIVE) is pleased to announce the programming for its 26th festival year, taking place June 2–7, 2026, in Toronto and June 8–14, 2026, online. As the world’s largest presenter of Indigenous screen content, imagineNATIVE celebrates Indigenous film and media arts from around the world. This year’s festival features works representing 56 Indigenous Nations across 20 countries. The 2026 theme centres around creating space for urgent dialogue, uplifting stories of resistance, solidarity, and truth-telling, and affirming Indigenous knowledge as a pathway toward a sustainable future and shared humanity. Kicking off the festival’s opening night is a screening of the documentary AKI, directed by Darlene Naponse (Anishinaabe), while the festival will close with the Canadian Screen Award-nominated historical drama Uiksaringitara (Wrong Husband) from Zacharias Kunuk (Inuk).</w:t>
      </w:r>
      <w:r/>
    </w:p>
    <w:p>
      <w:pPr>
        <w:pStyle w:val="ListNumber"/>
        <w:spacing w:line="240" w:lineRule="auto"/>
        <w:ind w:left="720"/>
      </w:pPr>
      <w:r/>
      <w:hyperlink r:id="rId13">
        <w:r>
          <w:rPr>
            <w:color w:val="0000EE"/>
            <w:u w:val="single"/>
          </w:rPr>
          <w:t>https://www.kpbs.org/news/arts-culture/2026/02/19/oceanside-international-film-festival-celebrates-15th-year-across-2-weekends-and-2-venues</w:t>
        </w:r>
      </w:hyperlink>
      <w:r>
        <w:t xml:space="preserve"> - Oceanside International Film Festival celebrates 15th year across 2 weekends and 2 venues By Beth Accomando / Arts &amp; Culture Reporter Contributors: Carolyne Corelis / Video Journalist Published February 19, 2026 at 3:10 PM PST On Saturday the Oceanside International Film Festival (OIFF) launches its 15th year with a day of surf films at the Brooks Theatre. But this year has some new challenges that are forcing the festival to split its event over two weekends and two venues. "Typically we do the film festival in one spot," explained executive director Lou Niles. "It's been the Brooks Theatre, but the Brooks is under construction right now. They're expanding, and so we're looking forward to that being complete to have a wonderful, better place. But we've got our kickoff night and day of Surf Saturday on February 21 at the Brooks Theatre. And then we'll move over to the Star Theatre Wednesday through Saturday February 28.</w:t>
      </w:r>
      <w:r/>
    </w:p>
    <w:p>
      <w:pPr>
        <w:pStyle w:val="ListNumber"/>
        <w:spacing w:line="240" w:lineRule="auto"/>
        <w:ind w:left="720"/>
      </w:pPr>
      <w:r/>
      <w:hyperlink r:id="rId14">
        <w:r>
          <w:rPr>
            <w:color w:val="0000EE"/>
            <w:u w:val="single"/>
          </w:rPr>
          <w:t>https://en.wikipedia.org/wiki/Big_Girls_Don%27t_Cry_%282026_film%29</w:t>
        </w:r>
      </w:hyperlink>
      <w:r>
        <w:t xml:space="preserve"> - Big Girls Don't Cry (2026 film) 2026 film by Paloma Schneideman Name: Big Girls Don't Cry Director: Paloma Schneideman Writer: Paloma Schneideman Producer: Vicky Pope Thomas Coppell Starring: Ani Palmer Noah Taylor Rain Spencer Beatrix Wolfe Cinematography: Maria Ines Manchego Runtime: 99 minutes Country: New Zealand Language: English Big Girls Don't Cry is a 2026 New Zealand drama film directed by Paloma Schneideman. The film premiered at the 2026 Sundance Film Festival. - Big Girls Don't Cry [R16]. Film &amp; Video Labeling Body (Classification Office). 2 April 2026. - Kay, Jeremy. Blue Fox Entertainment acquires sales on New Zealand feature 'Big Girls Don't Cry'.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roughdraftatlanta.com/2026/07/10/out-on-film-announces-2026-festival-theme-and-first-films/" TargetMode="External"/><Relationship Id="rId10" Type="http://schemas.openxmlformats.org/officeDocument/2006/relationships/hyperlink" Target="https://outonfilm.org/submit" TargetMode="External"/><Relationship Id="rId11" Type="http://schemas.openxmlformats.org/officeDocument/2006/relationships/hyperlink" Target="https://www.outfest.org/news-posts/outfest-in-2026" TargetMode="External"/><Relationship Id="rId12" Type="http://schemas.openxmlformats.org/officeDocument/2006/relationships/hyperlink" Target="https://www.outfest.org/screenings-events" TargetMode="External"/><Relationship Id="rId13" Type="http://schemas.openxmlformats.org/officeDocument/2006/relationships/hyperlink" Target="https://www.kpbs.org/news/arts-culture/2026/02/19/oceanside-international-film-festival-celebrates-15th-year-across-2-weekends-and-2-venues" TargetMode="External"/><Relationship Id="rId14" Type="http://schemas.openxmlformats.org/officeDocument/2006/relationships/hyperlink" Target="https://en.wikipedia.org/wiki/Big_Girls_Don%27t_Cry_%282026_film%29" TargetMode="External"/><Relationship Id="rId15" Type="http://schemas.openxmlformats.org/officeDocument/2006/relationships/hyperlink" Target="https://imaginenative.org/the-imaginenative-film-media-arts-festival-unveils-its-2026-programmin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