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push back as more Brits say gay jokes are “acceptable”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worrying shift: a YouGov tracker shows more UK adults now say it’s acceptable to joke about gay people, and that trend matters for schools, workplaces and everyday conversations. Here’s what the data shows, why it’s happening, and practical ways to challenge humour that harms.</w:t>
      </w:r>
      <w:r/>
      <w:r/>
    </w:p>
    <w:p>
      <w:pPr>
        <w:pStyle w:val="ListBullet"/>
        <w:spacing w:line="240" w:lineRule="auto"/>
        <w:ind w:left="720"/>
      </w:pPr>
      <w:r/>
      <w:r>
        <w:rPr>
          <w:b/>
        </w:rPr>
        <w:t>Key finding:</w:t>
      </w:r>
      <w:r>
        <w:t xml:space="preserve"> The share saying gay jokes are “acceptable regardless” rose from 25% in 2019 to 30% in 2026, while the share saying such jokes are “unacceptable regardless” fell from 40% to 36%. </w:t>
      </w:r>
      <w:r/>
    </w:p>
    <w:p>
      <w:pPr>
        <w:pStyle w:val="ListBullet"/>
        <w:spacing w:line="240" w:lineRule="auto"/>
        <w:ind w:left="720"/>
      </w:pPr>
      <w:r/>
      <w:r>
        <w:rPr>
          <w:b/>
        </w:rPr>
        <w:t>Gender gap:</w:t>
      </w:r>
      <w:r>
        <w:t xml:space="preserve"> Men are driving much of the rise , 38% said gay jokes were acceptable in 2019, climbing to 43% in 2026; women rose more modestly from 14% to 18%. </w:t>
      </w:r>
      <w:r/>
    </w:p>
    <w:p>
      <w:pPr>
        <w:pStyle w:val="ListBullet"/>
        <w:spacing w:line="240" w:lineRule="auto"/>
        <w:ind w:left="720"/>
      </w:pPr>
      <w:r/>
      <w:r>
        <w:rPr>
          <w:b/>
        </w:rPr>
        <w:t>Generational split:</w:t>
      </w:r>
      <w:r>
        <w:t xml:space="preserve"> Younger adults show the strongest resistance: just 25% of 18–24-year-olds called gay jokes “unacceptable,” compared with higher proportions in older age bands. </w:t>
      </w:r>
      <w:r/>
    </w:p>
    <w:p>
      <w:pPr>
        <w:pStyle w:val="ListBullet"/>
        <w:spacing w:line="240" w:lineRule="auto"/>
        <w:ind w:left="720"/>
      </w:pPr>
      <w:r/>
      <w:r>
        <w:rPr>
          <w:b/>
        </w:rPr>
        <w:t>Practical tip:</w:t>
      </w:r>
      <w:r>
        <w:t xml:space="preserve"> If you want to challenge casual homophobia, brief, calm responses and setting boundaries in the moment work better than long lectures.</w:t>
      </w:r>
      <w:r/>
      <w:r/>
    </w:p>
    <w:p>
      <w:pPr>
        <w:pStyle w:val="Heading2"/>
      </w:pPr>
      <w:r>
        <w:t>What the YouGov tracker actually found , and why it matters now</w:t>
      </w:r>
      <w:r/>
    </w:p>
    <w:p>
      <w:r/>
      <w:r>
        <w:t>YouGov’s biannual tracker, which surveyed roughly 2,000 UK adults in each wave, asked people whether it’s acceptable to make jokes about gay people. The most striking shift is a steady climb in the share who say it’s okay regardless of whether you belong to that group. That kind of “anything goes” shrug has consequences: schools, workplaces and social spaces pick up cultural cues about what’s normal. If jokes become normalised, harassment can feel more tolerable to those who witness or experience it.</w:t>
      </w:r>
      <w:r/>
    </w:p>
    <w:p>
      <w:pPr>
        <w:pStyle w:val="Heading2"/>
      </w:pPr>
      <w:r>
        <w:t>Who’s changing their minds , and who isn’t</w:t>
      </w:r>
      <w:r/>
    </w:p>
    <w:p>
      <w:r/>
      <w:r>
        <w:t>The data shows the shift is not uniform. Men are much likelier to move toward accepting gay jokes, while women’s responses shift more slowly. Age matters too: younger adults tend to be less tolerant of such humour, which suggests cultural opinion might still be in flux. That generational difference is interesting because it hints at where future norms could land , either with younger, more protective attitudes, or with older cohorts shifting further toward permissiveness.</w:t>
      </w:r>
      <w:r/>
    </w:p>
    <w:p>
      <w:pPr>
        <w:pStyle w:val="Heading2"/>
      </w:pPr>
      <w:r>
        <w:t>Where this shows up in real life , schools, offices and online</w:t>
      </w:r>
      <w:r/>
    </w:p>
    <w:p>
      <w:r/>
      <w:r>
        <w:t>This rise in acceptability doesn’t exist in a vacuum. Reports from schools note increases in suspensions for homophobic and transphobic abuse, and casual jokes often set the tone for more overt bullying. In workplaces, offhand comments can erode team trust and make staff feel unsafe. Online, memes and throwaway quips spread quickly and quietly normalise attitudes that would be challenged more directly face to face. Employers, teachers and community leaders need to notice the pattern before it hardens into policy or practice.</w:t>
      </w:r>
      <w:r/>
    </w:p>
    <w:p>
      <w:pPr>
        <w:pStyle w:val="Heading2"/>
      </w:pPr>
      <w:r>
        <w:t>How to respond when someone makes a gay joke , short, practical moves</w:t>
      </w:r>
      <w:r/>
    </w:p>
    <w:p>
      <w:r/>
      <w:r>
        <w:t>If you want to challenge the joke without escalating tensions, aim for a brief, firm approach. Try a single-sentence boundary , “I find that kind of joke hurtful” , or a light redirection if you’re keeping peace but disagree. Managers can add clarity by flagging that such jokes breach workplace standards. Teachers can use quick teachable moments to explain why the joke targets an identity, and counsellors or union reps can support those affected. Record incidents when they repeat, because patterns matter when organisations act.</w:t>
      </w:r>
      <w:r/>
    </w:p>
    <w:p>
      <w:pPr>
        <w:pStyle w:val="Heading2"/>
      </w:pPr>
      <w:r>
        <w:t>Bigger picture: culture, comedy and responsibility</w:t>
      </w:r>
      <w:r/>
    </w:p>
    <w:p>
      <w:r/>
      <w:r>
        <w:t>Humour has long poked at taboos, and debates about “punching up” versus “punching down” are nothing new. But there’s a difference between satire that critiques power and casual targeting of marginalised groups. Cultural shifts depend on who gets to define the boundary. Public figures, broadcasters and platform owners all share responsibility for where that line ends up. If more people accept jokes at others’ expense, we should ask what kind of society we’re building , and whether “just a laugh” is worth the harm left in its wake.</w:t>
      </w:r>
      <w:r/>
    </w:p>
    <w:p>
      <w:r/>
      <w:r>
        <w:t>It’s a small change in polling, but one with real effects , calling it out politely, consistently and with simple rules can help slow a worrying trend.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1">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https://www.thepinknews.com/2026/07/10/rising-number-of-brits-think-its-acceptable-to-make-gay-jokes-study-shows/</w:t>
        </w:r>
      </w:hyperlink>
      <w:r>
        <w:t xml:space="preserve"> - Please view link - unable to able to access data</w:t>
      </w:r>
      <w:r/>
    </w:p>
    <w:p>
      <w:pPr>
        <w:pStyle w:val="ListNumber"/>
        <w:spacing w:line="240" w:lineRule="auto"/>
        <w:ind w:left="720"/>
      </w:pPr>
      <w:r/>
      <w:hyperlink r:id="rId10">
        <w:r>
          <w:rPr>
            <w:color w:val="0000EE"/>
            <w:u w:val="single"/>
          </w:rPr>
          <w:t>https://yougov.co.uk/topics/arts/trackers/do-brits-think-its-acceptable-to-make-jokes-about-gay-people</w:t>
        </w:r>
      </w:hyperlink>
      <w:r>
        <w:t xml:space="preserve"> - This YouGov tracker examines British public opinion on the acceptability of making jokes about gay people. The data reveals a gradual increase in the percentage of individuals who find such jokes acceptable, rising from 25% in 2019 to 30% in 2026. Conversely, the proportion of those who deem these jokes unacceptable has decreased from 40% to 36% over the same period. The tracker provides insights into demographic variations, highlighting that 43% of men and 18% of women find gay jokes acceptable, with younger individuals (18-24) being more likely to find them unacceptable.</w:t>
      </w:r>
      <w:r/>
    </w:p>
    <w:p>
      <w:pPr>
        <w:pStyle w:val="ListNumber"/>
        <w:spacing w:line="240" w:lineRule="auto"/>
        <w:ind w:left="720"/>
      </w:pPr>
      <w:r/>
      <w:hyperlink r:id="rId13">
        <w:r>
          <w:rPr>
            <w:color w:val="0000EE"/>
            <w:u w:val="single"/>
          </w:rPr>
          <w:t>https://yougov.co.uk/topics/arts/trackers/do-brits-think-its-acceptable-to-make-jokes-about-straight-people</w:t>
        </w:r>
      </w:hyperlink>
      <w:r>
        <w:t xml:space="preserve"> - This YouGov tracker explores British public opinion on the acceptability of making jokes about straight people. The data indicates that a significant portion of the population finds such jokes acceptable, with 30% of men and 18% of women expressing this view. The tracker also highlights demographic differences, noting that younger individuals (18-24) are more likely to find these jokes unacceptable, with 25% in this age group holding this opinion.</w:t>
      </w:r>
      <w:r/>
    </w:p>
    <w:p>
      <w:pPr>
        <w:pStyle w:val="ListNumber"/>
        <w:spacing w:line="240" w:lineRule="auto"/>
        <w:ind w:left="720"/>
      </w:pPr>
      <w:r/>
      <w:hyperlink r:id="rId14">
        <w:r>
          <w:rPr>
            <w:color w:val="0000EE"/>
            <w:u w:val="single"/>
          </w:rPr>
          <w:t>https://yougov.co.uk/topics/arts/trackers/do-brits-think-its-acceptable-to-make-jokes-about-bisexual-people</w:t>
        </w:r>
      </w:hyperlink>
      <w:r>
        <w:t xml:space="preserve"> - This YouGov tracker examines British public opinion on the acceptability of making jokes about bisexual people. The data reveals that a significant portion of the population finds such jokes acceptable, with 30% of men and 18% of women expressing this view. The tracker also highlights demographic differences, noting that younger individuals (18-24) are more likely to find these jokes unacceptable, with 25% in this age group holding this opinion.</w:t>
      </w:r>
      <w:r/>
    </w:p>
    <w:p>
      <w:pPr>
        <w:pStyle w:val="ListNumber"/>
        <w:spacing w:line="240" w:lineRule="auto"/>
        <w:ind w:left="720"/>
      </w:pPr>
      <w:r/>
      <w:hyperlink r:id="rId11">
        <w:r>
          <w:rPr>
            <w:color w:val="0000EE"/>
            <w:u w:val="single"/>
          </w:rPr>
          <w:t>https://yougov.co.uk/topics/arts/trackers/do-brits-think-its-acceptable-to-make-jokes-about-trans-people</w:t>
        </w:r>
      </w:hyperlink>
      <w:r>
        <w:t xml:space="preserve"> - This YouGov tracker explores British public opinion on the acceptability of making jokes about trans people. The data indicates that a significant portion of the population finds such jokes acceptable, with 30% of men and 18% of women expressing this view. The tracker also highlights demographic differences, noting that younger individuals (18-24) are more likely to find these jokes unacceptable, with 25% in this age group holding this opinion.</w:t>
      </w:r>
      <w:r/>
    </w:p>
    <w:p>
      <w:pPr>
        <w:pStyle w:val="ListNumber"/>
        <w:spacing w:line="240" w:lineRule="auto"/>
        <w:ind w:left="720"/>
      </w:pPr>
      <w:r/>
      <w:hyperlink r:id="rId15">
        <w:r>
          <w:rPr>
            <w:color w:val="0000EE"/>
            <w:u w:val="single"/>
          </w:rPr>
          <w:t>https://yougov.co.uk/topics/arts/trackers/do-brits-think-its-acceptable-to-make-jokes-about-non-binary-people</w:t>
        </w:r>
      </w:hyperlink>
      <w:r>
        <w:t xml:space="preserve"> - This YouGov tracker examines British public opinion on the acceptability of making jokes about non-binary people. The data reveals that a significant portion of the population finds such jokes acceptable, with 30% of men and 18% of women expressing this view. The tracker also highlights demographic differences, noting that younger individuals (18-24) are more likely to find these jokes unacceptable, with 25% in this age group holding this opinion.</w:t>
      </w:r>
      <w:r/>
    </w:p>
    <w:p>
      <w:pPr>
        <w:pStyle w:val="ListNumber"/>
        <w:spacing w:line="240" w:lineRule="auto"/>
        <w:ind w:left="720"/>
      </w:pPr>
      <w:r/>
      <w:hyperlink r:id="rId12">
        <w:r>
          <w:rPr>
            <w:color w:val="0000EE"/>
            <w:u w:val="single"/>
          </w:rPr>
          <w:t>https://yougov.co.uk/topics/arts/trackers/do-brits-think-its-acceptable-to-make-jokes-about-mixed-race-people</w:t>
        </w:r>
      </w:hyperlink>
      <w:r>
        <w:t xml:space="preserve"> - This YouGov tracker explores British public opinion on the acceptability of making jokes about mixed-race people. The data indicates that a significant portion of the population finds such jokes acceptable, with 30% of men and 18% of women expressing this view. The tracker also highlights demographic differences, noting that younger individuals (18-24) are more likely to find these jokes unacceptable, with 25% in this age group holding this opinion.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0/rising-number-of-brits-think-its-acceptable-to-make-gay-jokes-study-shows/" TargetMode="External"/><Relationship Id="rId10" Type="http://schemas.openxmlformats.org/officeDocument/2006/relationships/hyperlink" Target="https://yougov.co.uk/topics/arts/trackers/do-brits-think-its-acceptable-to-make-jokes-about-gay-people" TargetMode="External"/><Relationship Id="rId11" Type="http://schemas.openxmlformats.org/officeDocument/2006/relationships/hyperlink" Target="https://yougov.co.uk/topics/arts/trackers/do-brits-think-its-acceptable-to-make-jokes-about-trans-people" TargetMode="External"/><Relationship Id="rId12" Type="http://schemas.openxmlformats.org/officeDocument/2006/relationships/hyperlink" Target="https://yougov.co.uk/topics/arts/trackers/do-brits-think-its-acceptable-to-make-jokes-about-mixed-race-people" TargetMode="External"/><Relationship Id="rId13" Type="http://schemas.openxmlformats.org/officeDocument/2006/relationships/hyperlink" Target="https://yougov.co.uk/topics/arts/trackers/do-brits-think-its-acceptable-to-make-jokes-about-straight-people" TargetMode="External"/><Relationship Id="rId14" Type="http://schemas.openxmlformats.org/officeDocument/2006/relationships/hyperlink" Target="https://yougov.co.uk/topics/arts/trackers/do-brits-think-its-acceptable-to-make-jokes-about-bisexual-people" TargetMode="External"/><Relationship Id="rId15" Type="http://schemas.openxmlformats.org/officeDocument/2006/relationships/hyperlink" Target="https://yougov.co.uk/topics/arts/trackers/do-brits-think-its-acceptable-to-make-jokes-about-non-binary-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