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Honour Paola Revenioti: Funeral Details and How to Support LGBTIQ+ Services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Mark the date: a political funeral for Paola Revenioti will take place on Saturday 11 July at 12:00 noon at the First Cemetery of Athens; instead of flowers, the family asks mourners to support two frontline LGBTIQ+ services helping vulnerable people in Greece.</w:t>
      </w:r>
      <w:r/>
    </w:p>
    <w:p>
      <w:r/>
      <w:r>
        <w:t>Essential Takeaways</w:t>
      </w:r>
      <w:r/>
      <w:r/>
    </w:p>
    <w:p>
      <w:pPr>
        <w:pStyle w:val="ListBullet"/>
        <w:spacing w:line="240" w:lineRule="auto"/>
        <w:ind w:left="720"/>
      </w:pPr>
      <w:r/>
      <w:r>
        <w:rPr>
          <w:b/>
        </w:rPr>
        <w:t>Funeral details:</w:t>
      </w:r>
      <w:r>
        <w:t xml:space="preserve"> Paola Revenioti’s political funeral is set for Saturday 11 July at 12:00 at the A’ Nekrotafeio Athinon (First Cemetery of Athens), Mets.</w:t>
      </w:r>
      <w:r/>
    </w:p>
    <w:p>
      <w:pPr>
        <w:pStyle w:val="ListBullet"/>
        <w:spacing w:line="240" w:lineRule="auto"/>
        <w:ind w:left="720"/>
      </w:pPr>
      <w:r/>
      <w:r>
        <w:rPr>
          <w:b/>
        </w:rPr>
        <w:t>Donation request:</w:t>
      </w:r>
      <w:r>
        <w:t xml:space="preserve"> The family asks for donations in lieu of wreaths to two LGBTIQ+ support services working locally.</w:t>
      </w:r>
      <w:r/>
    </w:p>
    <w:p>
      <w:pPr>
        <w:pStyle w:val="ListBullet"/>
        <w:spacing w:line="240" w:lineRule="auto"/>
        <w:ind w:left="720"/>
      </w:pPr>
      <w:r/>
      <w:r>
        <w:rPr>
          <w:b/>
        </w:rPr>
        <w:t>Who to support:</w:t>
      </w:r>
      <w:r>
        <w:t xml:space="preserve"> 11528 “Dipla Sou” (LGBTIQ+ psychological support helpline) via Athens Pride, and Red Umbrella Athens (empowerment centre for sex workers) via Positive Voice.</w:t>
      </w:r>
      <w:r/>
    </w:p>
    <w:p>
      <w:pPr>
        <w:pStyle w:val="ListBullet"/>
        <w:spacing w:line="240" w:lineRule="auto"/>
        <w:ind w:left="720"/>
      </w:pPr>
      <w:r/>
      <w:r>
        <w:rPr>
          <w:b/>
        </w:rPr>
        <w:t>Practical info:</w:t>
      </w:r>
      <w:r>
        <w:t xml:space="preserve"> IBANs are provided for direct transfers to each organisation’s legal host to ensure funds reach the services.</w:t>
      </w:r>
      <w:r/>
    </w:p>
    <w:p>
      <w:pPr>
        <w:pStyle w:val="ListBullet"/>
        <w:spacing w:line="240" w:lineRule="auto"/>
        <w:ind w:left="720"/>
      </w:pPr>
      <w:r/>
      <w:r>
        <w:rPr>
          <w:b/>
        </w:rPr>
        <w:t>Emotional note:</w:t>
      </w:r>
      <w:r>
        <w:t xml:space="preserve"> Supporting these groups honours Paola’s activism and helps sustain visible, practical help for vulnerable community members.</w:t>
      </w:r>
      <w:r/>
      <w:r/>
    </w:p>
    <w:p>
      <w:pPr>
        <w:pStyle w:val="Heading2"/>
      </w:pPr>
      <w:r>
        <w:t>What’s happening and why it matters</w:t>
      </w:r>
      <w:r/>
    </w:p>
    <w:p>
      <w:r/>
      <w:r>
        <w:t>There’s a political funeral planned for Paola Revenioti, the well-known trans activist, on Saturday 11 July at midday at the First Cemetery of Athens. It’s a moment for the community and allies to gather, pay respects and reflect on her public work. Visually, you can imagine a city funeral that’s as much civic as it is personal , people, banners, quiet conversations in the shade.</w:t>
      </w:r>
      <w:r/>
    </w:p>
    <w:p>
      <w:r/>
      <w:r>
        <w:t>The family has asked one specific thing: no wreaths. Instead they want donations to two local LGBTIQ+ services. That request turns mourning into direct support, and it’s a practical way to extend Paola’s legacy into immediate help for others.</w:t>
      </w:r>
      <w:r/>
    </w:p>
    <w:p>
      <w:pPr>
        <w:pStyle w:val="Heading2"/>
      </w:pPr>
      <w:r>
        <w:t>Who will receive donations , the services explained</w:t>
      </w:r>
      <w:r/>
    </w:p>
    <w:p>
      <w:r/>
      <w:r>
        <w:t>The first organisation is 11528 “Dipla Sou”, a psychological support helpline for LGBTIQ+ people operating under the legal umbrella of Athens Pride. It’s a calm, confidential lifeline for people in crisis or needing somebody to talk to, and the helpline’s presence is quietly life-saving for many.</w:t>
      </w:r>
      <w:r/>
    </w:p>
    <w:p>
      <w:r/>
      <w:r>
        <w:t>The second is Red Umbrella Athens, an empowerment centre for people who work in sex work, run under the Positive Voice (Association of People Living with HIV) legal structure. It focuses on advocacy, harm reduction and practical assistance for a highly stigmatised group.</w:t>
      </w:r>
      <w:r/>
    </w:p>
    <w:p>
      <w:r/>
      <w:r>
        <w:t>Both partners are grassroots-facing and practical; donating to them channels funds where frontline services and emotional support meet everyday reality.</w:t>
      </w:r>
      <w:r/>
    </w:p>
    <w:p>
      <w:pPr>
        <w:pStyle w:val="Heading2"/>
      </w:pPr>
      <w:r>
        <w:t>How to donate , simple, secure steps</w:t>
      </w:r>
      <w:r/>
    </w:p>
    <w:p>
      <w:r/>
      <w:r>
        <w:t>If you want to act on the family’s request, the announcement lists IBANs for direct bank transfers to each legal host. That’s the quickest way to ensure money goes straight to the named services , no intermediaries. Check the IBAN carefully and add a note in the transfer that it’s in memory of Paola Revenioti or “in lieu of flowers” so the organisations can record the purpose.</w:t>
      </w:r>
      <w:r/>
    </w:p>
    <w:p>
      <w:r/>
      <w:r>
        <w:t>Alternatively, visit the services’ websites or their verified social pages for other options, receipts or guidance on one-off versus regular giving. Small monthly donations add up, and many groups prefer predictable support to plan staffing and outreach.</w:t>
      </w:r>
      <w:r/>
    </w:p>
    <w:p>
      <w:pPr>
        <w:pStyle w:val="Heading2"/>
      </w:pPr>
      <w:r>
        <w:t>Why this kind of request resonates</w:t>
      </w:r>
      <w:r/>
    </w:p>
    <w:p>
      <w:r/>
      <w:r>
        <w:t>Asking for donations instead of flowers is a choice you see increasingly when public figures are activists: it keeps attention on the cause rather than the ceremony. It also reflects a political identity , this is a funeral that recognises activism as part of the life being honoured.</w:t>
      </w:r>
      <w:r/>
    </w:p>
    <w:p>
      <w:r/>
      <w:r>
        <w:t>For those who knew Paola personally, it’s a way to channel grief into action. For those who didn’t, it’s a straightforward way to connect with work they cared about: psychological safety, harm reduction and empowerment.</w:t>
      </w:r>
      <w:r/>
    </w:p>
    <w:p>
      <w:pPr>
        <w:pStyle w:val="Heading2"/>
      </w:pPr>
      <w:r>
        <w:t>Practical notes for attending and supporting</w:t>
      </w:r>
      <w:r/>
    </w:p>
    <w:p>
      <w:r/>
      <w:r>
        <w:t>If you plan to attend the funeral at the First Cemetery of Athens, aim to arrive early for seating and to avoid congestion. Respect the family’s wishes about signs or speeches unless organisers indicate otherwise. If you can’t make it, a bank transfer in her name is an entirely appropriate gesture.</w:t>
      </w:r>
      <w:r/>
    </w:p>
    <w:p>
      <w:r/>
      <w:r>
        <w:t>Finally, consider following the two organisations online to see how funds are used; it turns a single act of generosity into an ongoing relationship with the causes Paola supported.</w:t>
      </w:r>
      <w:r/>
    </w:p>
    <w:p>
      <w:r/>
      <w:r>
        <w:t>It’s a small change that can make every tribute more useful.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9">
        <w:r>
          <w:rPr>
            <w:color w:val="0000EE"/>
            <w:u w:val="single"/>
          </w:rPr>
          <w:t>[7]</w:t>
        </w:r>
      </w:hyperlink>
      <w:r>
        <w:t xml:space="preserve">- Paragraph 3: </w:t>
      </w:r>
      <w:hyperlink r:id="rId11">
        <w:r>
          <w:rPr>
            <w:color w:val="0000EE"/>
            <w:u w:val="single"/>
          </w:rPr>
          <w:t>[3]</w:t>
        </w:r>
      </w:hyperlink>
      <w:r>
        <w:t xml:space="preserve">, </w:t>
      </w:r>
      <w:hyperlink r:id="rId12">
        <w:r>
          <w:rPr>
            <w:color w:val="0000EE"/>
            <w:u w:val="single"/>
          </w:rPr>
          <w:t>[5]</w:t>
        </w:r>
      </w:hyperlink>
      <w:r>
        <w:t xml:space="preserve">- Paragraph 4: </w:t>
      </w:r>
      <w:hyperlink r:id="rId9">
        <w:r>
          <w:rPr>
            <w:color w:val="0000EE"/>
            <w:u w:val="single"/>
          </w:rPr>
          <w:t>[2]</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https://www.tanea.gr/2026/07/10/greece/paola-revenioti-to-savvato-i-kideia-stis-1200-sto-a-nekrotafeio-athinon/</w:t>
        </w:r>
      </w:hyperlink>
      <w:r>
        <w:t xml:space="preserve"> - Please view link - unable to able to access data</w:t>
      </w:r>
      <w:r/>
    </w:p>
    <w:p>
      <w:pPr>
        <w:pStyle w:val="ListNumber"/>
        <w:spacing w:line="240" w:lineRule="auto"/>
        <w:ind w:left="720"/>
      </w:pPr>
      <w:r/>
      <w:hyperlink r:id="rId9">
        <w:r>
          <w:rPr>
            <w:color w:val="0000EE"/>
            <w:u w:val="single"/>
          </w:rPr>
          <w:t>https://www.tanea.gr/2026/07/10/greece/paola-revenioti-to-savvato-i-kideia-stis-1200-sto-a-nekrotafeio-athinon/</w:t>
        </w:r>
      </w:hyperlink>
      <w:r>
        <w:t xml:space="preserve"> - The article announces the political funeral of prominent trans activist Paola Reveniotis, scheduled for Saturday, July 11, at 12:00 noon, at the First Cemetery of Athens in Mets. In lieu of wreaths, her family suggests supporting two active services within the LGBTQI+ community: the '11528 – Dipla Sou' psychological support line, operating under the legal umbrella of Athens Pride, and the Red Umbrella Athens empowerment centre for sex workers, functioning under the legal umbrella of the HIV-positive association 'Positive Voice'.</w:t>
      </w:r>
      <w:r/>
    </w:p>
    <w:p>
      <w:pPr>
        <w:pStyle w:val="ListNumber"/>
        <w:spacing w:line="240" w:lineRule="auto"/>
        <w:ind w:left="720"/>
      </w:pPr>
      <w:r/>
      <w:hyperlink r:id="rId11">
        <w:r>
          <w:rPr>
            <w:color w:val="0000EE"/>
            <w:u w:val="single"/>
          </w:rPr>
          <w:t>https://11528.gr/</w:t>
        </w:r>
      </w:hyperlink>
      <w:r>
        <w:t xml:space="preserve"> - The '11528 – Dipla Sou' is a Greek psychological support line dedicated to LGBTQI+ individuals, their families, educators, and anyone questioning their sexual orientation or gender identity. Operating Monday to Friday from 10:00 to 18:00, the service offers confidential and anonymous support. Communication is also available via Skype (diplasou.11528) and email (diplasou@11528.gr). The team welcomes LGBTQI+ immigrants and refugees, with psychologists fluent in English, French, Spanish, and Greek.</w:t>
      </w:r>
      <w:r/>
    </w:p>
    <w:p>
      <w:pPr>
        <w:pStyle w:val="ListNumber"/>
        <w:spacing w:line="240" w:lineRule="auto"/>
        <w:ind w:left="720"/>
      </w:pPr>
      <w:r/>
      <w:hyperlink r:id="rId10">
        <w:r>
          <w:rPr>
            <w:color w:val="0000EE"/>
            <w:u w:val="single"/>
          </w:rPr>
          <w:t>https://www.facebook.com/diplasou11528/</w:t>
        </w:r>
      </w:hyperlink>
      <w:r>
        <w:t xml:space="preserve"> - The official Facebook page of the '11528 – Dipla Sou' psychological support line provides updates, resources, and community engagement opportunities for LGBTQI+ individuals seeking support. The page serves as a platform for sharing information, connecting with the community, and accessing support services.</w:t>
      </w:r>
      <w:r/>
    </w:p>
    <w:p>
      <w:pPr>
        <w:pStyle w:val="ListNumber"/>
        <w:spacing w:line="240" w:lineRule="auto"/>
        <w:ind w:left="720"/>
      </w:pPr>
      <w:r/>
      <w:hyperlink r:id="rId12">
        <w:r>
          <w:rPr>
            <w:color w:val="0000EE"/>
            <w:u w:val="single"/>
          </w:rPr>
          <w:t>https://www.facebook.com/PositiveVoiceGreece/</w:t>
        </w:r>
      </w:hyperlink>
      <w:r>
        <w:t xml:space="preserve"> - The official Facebook page of Positive Voice, the HIV-positive association in Greece, offers information, support, and resources for individuals living with HIV. The page serves as a platform for community engagement, sharing updates, and accessing support services.</w:t>
      </w:r>
      <w:r/>
    </w:p>
    <w:p>
      <w:pPr>
        <w:pStyle w:val="ListNumber"/>
        <w:spacing w:line="240" w:lineRule="auto"/>
        <w:ind w:left="720"/>
      </w:pPr>
      <w:r/>
      <w:hyperlink r:id="rId13">
        <w:r>
          <w:rPr>
            <w:color w:val="0000EE"/>
            <w:u w:val="single"/>
          </w:rPr>
          <w:t>https://www.facebook.com/RedUmbrellaAthens/</w:t>
        </w:r>
      </w:hyperlink>
      <w:r>
        <w:t xml:space="preserve"> - The official Facebook page of Red Umbrella Athens provides information, support, and resources for sex workers in Athens. The page serves as a platform for community engagement, sharing updates, and accessing empowerment services.</w:t>
      </w:r>
      <w:r/>
    </w:p>
    <w:p>
      <w:pPr>
        <w:pStyle w:val="ListNumber"/>
        <w:spacing w:line="240" w:lineRule="auto"/>
        <w:ind w:left="720"/>
      </w:pPr>
      <w:r/>
      <w:hyperlink r:id="rId9">
        <w:r>
          <w:rPr>
            <w:color w:val="0000EE"/>
            <w:u w:val="single"/>
          </w:rPr>
          <w:t>https://www.tanea.gr/2026/07/10/greece/paola-revenioti-to-savvato-i-kideia-stis-1200-sto-a-nekrotafeio-athinon/</w:t>
        </w:r>
      </w:hyperlink>
      <w:r>
        <w:t xml:space="preserve"> - The article announces the political funeral of prominent trans activist Paola Reveniotis, scheduled for Saturday, July 11, at 12:00 noon, at the First Cemetery of Athens in Mets. In lieu of wreaths, her family suggests supporting two active services within the LGBTQI+ community: the '11528 – Dipla Sou' psychological support line, operating under the legal umbrella of Athens Pride, and the Red Umbrella Athens empowerment centre for sex workers, functioning under the legal umbrella of the HIV-positive association 'Positive Voice'.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anea.gr/2026/07/10/greece/paola-revenioti-to-savvato-i-kideia-stis-1200-sto-a-nekrotafeio-athinon/" TargetMode="External"/><Relationship Id="rId10" Type="http://schemas.openxmlformats.org/officeDocument/2006/relationships/hyperlink" Target="https://www.facebook.com/diplasou11528/" TargetMode="External"/><Relationship Id="rId11" Type="http://schemas.openxmlformats.org/officeDocument/2006/relationships/hyperlink" Target="https://11528.gr/" TargetMode="External"/><Relationship Id="rId12" Type="http://schemas.openxmlformats.org/officeDocument/2006/relationships/hyperlink" Target="https://www.facebook.com/PositiveVoiceGreece/" TargetMode="External"/><Relationship Id="rId13" Type="http://schemas.openxmlformats.org/officeDocument/2006/relationships/hyperlink" Target="https://www.facebook.com/RedUmbrellaAthe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