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Victoria Pride Parade 2026 Guide: Where to Go, What to Expect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march, or cheer, Victoria Pride Parade and Festival returns this weekend, bringing vibrant floats, community stalls, and family-friendly events across the downtown core; here’s what to know, where to be and why this local festival matters for 2SLGBTQIA+ people and allies.</w:t>
      </w:r>
      <w:r/>
    </w:p>
    <w:p>
      <w:r/>
      <w:r>
        <w:t>Essential Takeaways</w:t>
      </w:r>
      <w:r/>
      <w:r/>
    </w:p>
    <w:p>
      <w:pPr>
        <w:pStyle w:val="ListBullet"/>
        <w:spacing w:line="240" w:lineRule="auto"/>
        <w:ind w:left="720"/>
      </w:pPr>
      <w:r/>
      <w:r>
        <w:rPr>
          <w:b/>
        </w:rPr>
        <w:t>When and where:</w:t>
      </w:r>
      <w:r>
        <w:t xml:space="preserve"> Parade and festival events centre in downtown Victoria with multiple venues and the main march route, check the official parade schedule for exact times.</w:t>
      </w:r>
      <w:r/>
    </w:p>
    <w:p>
      <w:pPr>
        <w:pStyle w:val="ListBullet"/>
        <w:spacing w:line="240" w:lineRule="auto"/>
        <w:ind w:left="720"/>
      </w:pPr>
      <w:r/>
      <w:r>
        <w:rPr>
          <w:b/>
        </w:rPr>
        <w:t>Community vibe:</w:t>
      </w:r>
      <w:r>
        <w:t xml:space="preserve"> Expect colourful floats, lively music, accessible programming and safe spaces for families, youth and elders.</w:t>
      </w:r>
      <w:r/>
    </w:p>
    <w:p>
      <w:pPr>
        <w:pStyle w:val="ListBullet"/>
        <w:spacing w:line="240" w:lineRule="auto"/>
        <w:ind w:left="720"/>
      </w:pPr>
      <w:r/>
      <w:r>
        <w:rPr>
          <w:b/>
        </w:rPr>
        <w:t>Events all week:</w:t>
      </w:r>
      <w:r>
        <w:t xml:space="preserve"> Pride in Victoria includes pre-parade attractions like drag shows, walks and university activities, so plan more than just one day.</w:t>
      </w:r>
      <w:r/>
    </w:p>
    <w:p>
      <w:pPr>
        <w:pStyle w:val="ListBullet"/>
        <w:spacing w:line="240" w:lineRule="auto"/>
        <w:ind w:left="720"/>
      </w:pPr>
      <w:r/>
      <w:r>
        <w:rPr>
          <w:b/>
        </w:rPr>
        <w:t>Safety and access:</w:t>
      </w:r>
      <w:r>
        <w:t xml:space="preserve"> The city and organisers provide accessible viewing areas and supports; scouts and volunteers will help with navigation and first-aid.</w:t>
      </w:r>
      <w:r/>
    </w:p>
    <w:p>
      <w:pPr>
        <w:pStyle w:val="ListBullet"/>
        <w:spacing w:line="240" w:lineRule="auto"/>
        <w:ind w:left="720"/>
      </w:pPr>
      <w:r/>
      <w:r>
        <w:rPr>
          <w:b/>
        </w:rPr>
        <w:t>Why it matters:</w:t>
      </w:r>
      <w:r>
        <w:t xml:space="preserve"> Pride mixes celebration with protest, this weekend highlights both joy and the ongoing need to defend rights and services for 2SLGBTQIA+ people.</w:t>
      </w:r>
      <w:r/>
      <w:r/>
    </w:p>
    <w:p>
      <w:pPr>
        <w:pStyle w:val="Heading2"/>
      </w:pPr>
      <w:r>
        <w:t>Parade day essentials: timing, route and where to stand</w:t>
      </w:r>
      <w:r/>
    </w:p>
    <w:p>
      <w:r/>
      <w:r>
        <w:t>If you’re coming to Victoria for Pride, map the route and arrive early for the best spot, sit near the start if you want to catch performers as they set off, or near the finish to see the full pageant of floats. The parade route runs through the downtown core, with festival hubs and viewing points marked on the official schedule. Organisers publish start times and recommended arrival windows, so bookmark the parade page and plan transit or parking accordingly. Bring a small bag, sunscreen, water and a portable charger; crowd energy is high, but so is the need to stay comfortable.</w:t>
      </w:r>
      <w:r/>
    </w:p>
    <w:p>
      <w:pPr>
        <w:pStyle w:val="Heading2"/>
      </w:pPr>
      <w:r>
        <w:t>A week of events: more than just one march</w:t>
      </w:r>
      <w:r/>
    </w:p>
    <w:p>
      <w:r/>
      <w:r>
        <w:t>Victoria’s Pride isn’t limited to the parade, there’s a full calendar of events before and after, from Memorial Drag Ball nights to the Big Gay Dog Walk. Universities, community centres and local groups host workshops, family-friendly activities and educational talks that deepen the weekend beyond bright costumes and music. If you’ve never been, try pairing a daytime festival visit with an evening performance to feel both the celebratory and the reflective sides of Pride. Tickets for headline shows can sell out, so book early if something special catches your eye.</w:t>
      </w:r>
      <w:r/>
    </w:p>
    <w:p>
      <w:pPr>
        <w:pStyle w:val="Heading2"/>
      </w:pPr>
      <w:r>
        <w:t>Accessibility and safety: how the city supports attendees</w:t>
      </w:r>
      <w:r/>
    </w:p>
    <w:p>
      <w:r/>
      <w:r>
        <w:t>The municipality and Pride organisers lay out supports to make events inclusive, accessible viewing zones, designated quiet areas and volunteer teams to help with directions and immediate needs. If mobility or sensory concerns matter to you or someone you’re bringing, check the city’s event page and Pride Society guidance for maps and recommended access points. Volunteers often wear identifiable shirts, so don’t hesitate to ask for assistance; local labour and community groups also marshal resources to keep the weekend safe and welcoming.</w:t>
      </w:r>
      <w:r/>
    </w:p>
    <w:p>
      <w:pPr>
        <w:pStyle w:val="Heading2"/>
      </w:pPr>
      <w:r>
        <w:t>History and meaning: celebration rooted in protest</w:t>
      </w:r>
      <w:r/>
    </w:p>
    <w:p>
      <w:r/>
      <w:r>
        <w:t>Pride in Victoria carries a weighty heritage, locally and provincially that history includes early gay rights organising, court rulings protecting trans people from workplace discrimination, and legislative steps toward equality. That backstory is visible in the speeches, banners and community booths you’ll see along the route; this festival remains both joyous and political. Remembering why Pride began gives the day sharper meaning, and for allies it’s a chance to listen, learn and stand up when rights are threatened.</w:t>
      </w:r>
      <w:r/>
    </w:p>
    <w:p>
      <w:pPr>
        <w:pStyle w:val="Heading2"/>
      </w:pPr>
      <w:r>
        <w:t>Practical tips: what to pack, where to eat and family planning</w:t>
      </w:r>
      <w:r/>
    </w:p>
    <w:p>
      <w:r/>
      <w:r>
        <w:t>Pack for the unpredictable coastal weather, layers and a light rain jacket will keep you comfortable between sunshine and sea breeze. Food trucks and vendor stalls cluster around the festival zones, offering quick bites and vegetarian options; if you need a quiet break, scout a nearby cafe or park bench before the crowds swell. Families often find child-friendly programming at designated festival areas, while pet-lovers can enjoy themed walks, just double-check rules for animals on the main parade route.</w:t>
      </w:r>
      <w:r/>
    </w:p>
    <w:p>
      <w:r/>
      <w:r>
        <w:t>It's a small change that can make every Pride moment more welcoming and safer for everyone.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1">
        <w:r>
          <w:rPr>
            <w:color w:val="0000EE"/>
            <w:u w:val="single"/>
          </w:rPr>
          <w:t>[3]</w:t>
        </w:r>
      </w:hyperlink>
      <w:r>
        <w:t xml:space="preserve">- Paragraph 4: </w:t>
      </w:r>
      <w:hyperlink r:id="rId9">
        <w:r>
          <w:rPr>
            <w:color w:val="0000EE"/>
            <w:u w:val="single"/>
          </w:rPr>
          <w:t>[1]</w:t>
        </w:r>
      </w:hyperlink>
      <w:r>
        <w:t xml:space="preserve">, </w:t>
      </w:r>
      <w:hyperlink r:id="rId15">
        <w:r>
          <w:rPr>
            <w:color w:val="0000EE"/>
            <w:u w:val="single"/>
          </w:rPr>
          <w:t>[7]</w:t>
        </w:r>
      </w:hyperlink>
      <w:r>
        <w:t xml:space="preserve">- Paragraph 5: </w:t>
      </w:r>
      <w:hyperlink r:id="rId13">
        <w:r>
          <w:rPr>
            <w:color w:val="0000EE"/>
            <w:u w:val="single"/>
          </w:rPr>
          <w:t>[5]</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https://vicnews.com/2026/07/09/mla-report-a-celebration-victoria-can-take-pride-in/</w:t>
        </w:r>
      </w:hyperlink>
      <w:r>
        <w:t xml:space="preserve"> - Please view link - unable to able to access data</w:t>
      </w:r>
      <w:r/>
    </w:p>
    <w:p>
      <w:pPr>
        <w:pStyle w:val="ListNumber"/>
        <w:spacing w:line="240" w:lineRule="auto"/>
        <w:ind w:left="720"/>
      </w:pPr>
      <w:r/>
      <w:hyperlink r:id="rId10">
        <w:r>
          <w:rPr>
            <w:color w:val="0000EE"/>
            <w:u w:val="single"/>
          </w:rPr>
          <w:t>https://victoriapridesociety.org/pride-2026/parade/</w:t>
        </w:r>
      </w:hyperlink>
      <w:r>
        <w:t xml:space="preserve"> - The Victoria Pride Society's official page for the 2026 Pride Parade provides detailed information about the event, including its start time, route, and expected attendance. The parade is scheduled for Sunday, July 12, 2026, at 11 AM, featuring over 140 entries and attracting more than 80,000 spectators. The page also offers a downloadable map of the parade route and highlights from previous years' events.</w:t>
      </w:r>
      <w:r/>
    </w:p>
    <w:p>
      <w:pPr>
        <w:pStyle w:val="ListNumber"/>
        <w:spacing w:line="240" w:lineRule="auto"/>
        <w:ind w:left="720"/>
      </w:pPr>
      <w:r/>
      <w:hyperlink r:id="rId11">
        <w:r>
          <w:rPr>
            <w:color w:val="0000EE"/>
            <w:u w:val="single"/>
          </w:rPr>
          <w:t>https://www.victoria.ca/community-culture/events/cityvibe-events/victoria-pride-parade-and-festival</w:t>
        </w:r>
      </w:hyperlink>
      <w:r>
        <w:t xml:space="preserve"> - The City of Victoria's event listing for the 2026 Pride Parade and Festival outlines the schedule of activities, including the Memorial Drag Ball Game on July 1, Pride in the Word on July 4, the Big Gay Dog Walk on July 8, and the main parade and festival on July 12. The page provides dates, times, and brief descriptions of each event, emphasizing the city's commitment to celebrating the 2SLGBTQIA+ community.</w:t>
      </w:r>
      <w:r/>
    </w:p>
    <w:p>
      <w:pPr>
        <w:pStyle w:val="ListNumber"/>
        <w:spacing w:line="240" w:lineRule="auto"/>
        <w:ind w:left="720"/>
      </w:pPr>
      <w:r/>
      <w:hyperlink r:id="rId12">
        <w:r>
          <w:rPr>
            <w:color w:val="0000EE"/>
            <w:u w:val="single"/>
          </w:rPr>
          <w:t>https://www.uvic.ca/event/pride.php</w:t>
        </w:r>
      </w:hyperlink>
      <w:r>
        <w:t xml:space="preserve"> - The University of Victoria's Pride 2026 page details the university's involvement in the Pride Parade, including information on marching with UVic and CUPE 917 on July 12. The page also highlights campus groups such as the UVic Pride Collective, the Chair in Transgender Studies, and the Gender Empowerment Centre, all dedicated to supporting the 2SLGBTQIA+ community and promoting inclusivity on campus.</w:t>
      </w:r>
      <w:r/>
    </w:p>
    <w:p>
      <w:pPr>
        <w:pStyle w:val="ListNumber"/>
        <w:spacing w:line="240" w:lineRule="auto"/>
        <w:ind w:left="720"/>
      </w:pPr>
      <w:r/>
      <w:hyperlink r:id="rId13">
        <w:r>
          <w:rPr>
            <w:color w:val="0000EE"/>
            <w:u w:val="single"/>
          </w:rPr>
          <w:t>https://www.tourismvictoria.com/events/pride-parade-2026</w:t>
        </w:r>
      </w:hyperlink>
      <w:r>
        <w:t xml:space="preserve"> - Tourism Victoria's event page for the 2026 Pride Parade provides essential details about the parade, including its start time, route, and expected attendance. The page also features a photo credit to Victoria Pride Society, KZ Photography, showcasing the vibrant atmosphere of the event. This resource is valuable for both locals and visitors interested in attending the parade.</w:t>
      </w:r>
      <w:r/>
    </w:p>
    <w:p>
      <w:pPr>
        <w:pStyle w:val="ListNumber"/>
        <w:spacing w:line="240" w:lineRule="auto"/>
        <w:ind w:left="720"/>
      </w:pPr>
      <w:r/>
      <w:hyperlink r:id="rId14">
        <w:r>
          <w:rPr>
            <w:color w:val="0000EE"/>
            <w:u w:val="single"/>
          </w:rPr>
          <w:t>https://victorialabour.ca/events/victoria-pride-parade-2026/</w:t>
        </w:r>
      </w:hyperlink>
      <w:r>
        <w:t xml:space="preserve"> - The Victoria Labour Council's event page for the 2026 Pride Parade invites union members to participate in the parade, providing details about the marshalling group and spot location. The page encourages attendees to bring flags and show their support for Pride Solidarity. After the parade, the council invites participants to visit their booth in the community area at MacDonald Park.</w:t>
      </w:r>
      <w:r/>
    </w:p>
    <w:p>
      <w:pPr>
        <w:pStyle w:val="ListNumber"/>
        <w:spacing w:line="240" w:lineRule="auto"/>
        <w:ind w:left="720"/>
      </w:pPr>
      <w:r/>
      <w:hyperlink r:id="rId15">
        <w:r>
          <w:rPr>
            <w:color w:val="0000EE"/>
            <w:u w:val="single"/>
          </w:rPr>
          <w:t>https://www2.gov.bc.ca/gov/content/governments/about-the-bc-government/gender-equity/2slgbtqiaplus</w:t>
        </w:r>
      </w:hyperlink>
      <w:r>
        <w:t xml:space="preserve"> - The Government of British Columbia's official page on 2SLGBTQIA+ resources and information outlines the province's commitment to advancing the rights and freedoms of people of all sexual orientations and gender identities. The page emphasizes the right of individuals to be who they are and choose who they love, highlighting the inclusive and respectful services provided in education, health care, and the justice system.</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vicnews.com/2026/07/09/mla-report-a-celebration-victoria-can-take-pride-in/" TargetMode="External"/><Relationship Id="rId10" Type="http://schemas.openxmlformats.org/officeDocument/2006/relationships/hyperlink" Target="https://victoriapridesociety.org/pride-2026/parade/" TargetMode="External"/><Relationship Id="rId11" Type="http://schemas.openxmlformats.org/officeDocument/2006/relationships/hyperlink" Target="https://www.victoria.ca/community-culture/events/cityvibe-events/victoria-pride-parade-and-festival" TargetMode="External"/><Relationship Id="rId12" Type="http://schemas.openxmlformats.org/officeDocument/2006/relationships/hyperlink" Target="https://www.uvic.ca/event/pride.php" TargetMode="External"/><Relationship Id="rId13" Type="http://schemas.openxmlformats.org/officeDocument/2006/relationships/hyperlink" Target="https://www.tourismvictoria.com/events/pride-parade-2026" TargetMode="External"/><Relationship Id="rId14" Type="http://schemas.openxmlformats.org/officeDocument/2006/relationships/hyperlink" Target="https://victorialabour.ca/events/victoria-pride-parade-2026/" TargetMode="External"/><Relationship Id="rId15" Type="http://schemas.openxmlformats.org/officeDocument/2006/relationships/hyperlink" Target="https://www2.gov.bc.ca/gov/content/governments/about-the-bc-government/gender-equity/2slgbtqiapl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