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Unofficial Pride Events in San Diego: Top Picks for Every Mood and 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Heads up: whether you crave a chill brunch, a sweat session, a wild nightclub, or a seaside sail, San Diego’s unofficial Pride calendar has you covered this week , local bars, museums and community groups are running dozens of pop-ups and parties beyond the main Pride programme, so here are our favourite picks and how to make the most of them.</w:t>
      </w:r>
      <w:r/>
    </w:p>
    <w:p>
      <w:r/>
      <w:r>
        <w:t>Essential Takeaways</w:t>
      </w:r>
      <w:r/>
      <w:r/>
    </w:p>
    <w:p>
      <w:pPr>
        <w:pStyle w:val="ListBullet"/>
        <w:spacing w:line="240" w:lineRule="auto"/>
        <w:ind w:left="720"/>
      </w:pPr>
      <w:r/>
      <w:r>
        <w:rPr>
          <w:b/>
        </w:rPr>
        <w:t>Wide variety:</w:t>
      </w:r>
      <w:r>
        <w:t xml:space="preserve"> options range from family-friendly screenings and museum events to age‑restricted club nights and yacht parties.</w:t>
      </w:r>
      <w:r/>
    </w:p>
    <w:p>
      <w:pPr>
        <w:pStyle w:val="ListBullet"/>
        <w:spacing w:line="240" w:lineRule="auto"/>
        <w:ind w:left="720"/>
      </w:pPr>
      <w:r/>
      <w:r>
        <w:rPr>
          <w:b/>
        </w:rPr>
        <w:t>Budget notes:</w:t>
      </w:r>
      <w:r>
        <w:t xml:space="preserve"> many events have affordable tickets or wristbands for multiple nights; some offer free entry or donation-based spots.</w:t>
      </w:r>
      <w:r/>
    </w:p>
    <w:p>
      <w:pPr>
        <w:pStyle w:val="ListBullet"/>
        <w:spacing w:line="240" w:lineRule="auto"/>
        <w:ind w:left="720"/>
      </w:pPr>
      <w:r/>
      <w:r>
        <w:rPr>
          <w:b/>
        </w:rPr>
        <w:t>Sensory cues:</w:t>
      </w:r>
      <w:r>
        <w:t xml:space="preserve"> expect loud DJs, poolside sunshine, big drag performances and the casual bustle of brunch crowds.</w:t>
      </w:r>
      <w:r/>
    </w:p>
    <w:p>
      <w:pPr>
        <w:pStyle w:val="ListBullet"/>
        <w:spacing w:line="240" w:lineRule="auto"/>
        <w:ind w:left="720"/>
      </w:pPr>
      <w:r/>
      <w:r>
        <w:rPr>
          <w:b/>
        </w:rPr>
        <w:t>Practical tip:</w:t>
      </w:r>
      <w:r>
        <w:t xml:space="preserve"> buy passes for multi-event venues like clubs or pool parties to skip lines and save.</w:t>
      </w:r>
      <w:r/>
    </w:p>
    <w:p>
      <w:pPr>
        <w:pStyle w:val="ListBullet"/>
        <w:spacing w:line="240" w:lineRule="auto"/>
        <w:ind w:left="720"/>
      </w:pPr>
      <w:r/>
      <w:r>
        <w:rPr>
          <w:b/>
        </w:rPr>
        <w:t>Community vibe:</w:t>
      </w:r>
      <w:r>
        <w:t xml:space="preserve"> several fundraisers and queer‑led showcases support local organisations and artists.</w:t>
      </w:r>
      <w:r/>
      <w:r/>
    </w:p>
    <w:p>
      <w:pPr>
        <w:pStyle w:val="Heading2"/>
      </w:pPr>
      <w:r>
        <w:t>Start simple: art, yoga and quieter moments</w:t>
      </w:r>
      <w:r/>
    </w:p>
    <w:p>
      <w:r/>
      <w:r>
        <w:t>If you want Pride without the pounding bass, there are plenty of low-key options that still feel celebratory and social. The PROUD+ art exhibition brings national queer artists together for a relaxed July 11 opening reception , galleries are an easy way to bump into friends and linger over work without a schedule. The Studio Door’s show is an especially good pick if you like discovering fresh voices while sipping something light. The Center’s Flow with Pride yoga fundraiser is another calm, welcoming scene on July 11; it’s accessible to most levels, supports local services, and leaves you centred for a busy weekend. Reserve a mat or just donate, and you’ll feel like you’ve actually contributed to the community, not just partied.</w:t>
      </w:r>
      <w:r/>
    </w:p>
    <w:p>
      <w:pPr>
        <w:pStyle w:val="Heading2"/>
      </w:pPr>
      <w:r>
        <w:t>Brunch, cabaret and comedy: daytime fun with flair</w:t>
      </w:r>
      <w:r/>
    </w:p>
    <w:p>
      <w:r/>
      <w:r>
        <w:t>Brunches and daytime shows are Pride essentials if you prefer eating, laughing and people‑watching over late nights. From Gossip Grill’s Cabaret Drag Brunch to the Rated R Pride comedy brunch at Mic Drop Comedy, you get theatrical performances and sharper laughs between bites. The comedy brunch is rowdy and candid, while the cabaret serves costume camp and show tunes , pick your flavour. Practical tip: arrive early to secure the best tables, and remember many brunch shows have minimum spend requirements, so factor that into your budget.</w:t>
      </w:r>
      <w:r/>
    </w:p>
    <w:p>
      <w:pPr>
        <w:pStyle w:val="Heading2"/>
      </w:pPr>
      <w:r>
        <w:t>Pool parties and rooftop views: summer Pride at its splashiest</w:t>
      </w:r>
      <w:r/>
    </w:p>
    <w:p>
      <w:r/>
      <w:r>
        <w:t>San Diego summers were made for poolside Pride. LE Parties and other promoters are running multiple pool events across the weekend, including women‑focused parties like Lez in Waterland and Drag‑a‑Licious pool shows. These events tend to be loud, colourful and physical , expect go‑go dancers, DJs and packed decks. If you want a view of the Parade without being in the crush, Negociant Winery’s Pride on the Patio offers brunch, bubbles and a raised vantage point along the route. Pro tip: sunscreen and comfortable footwear are non-negotiable, and many rooftop or pool passes include re‑entry privileges so you can duck out for shade or a meal.</w:t>
      </w:r>
      <w:r/>
    </w:p>
    <w:p>
      <w:pPr>
        <w:pStyle w:val="Heading2"/>
      </w:pPr>
      <w:r>
        <w:t>Nightlife and queer club culture: where Hillcrest comes alive</w:t>
      </w:r>
      <w:r/>
    </w:p>
    <w:p>
      <w:r/>
      <w:r>
        <w:t>For those who thrive after dark, Hillcrest and surrounding venues stage a mix of nostalgic queer club nights, techno showcases and themed parties. Rich’s has a full Pride weekend programme and VIP passes to skip lines; Flick’s offers week wristbands that ease entry to multiple nights. Smaller rooms and queer collectives bring experimental nights, like Reverb: Pride’s BIPOC‑centred techno set, and Puta Lucha’s drag wrestling adds outrageous theatre to the club circuit. If you’re club-hopping, pace yourself: plan which headline nights you absolutely want, buy presale tickets for guaranteed entry, and nominate a sober friend if you’ll be dancing till dawn.</w:t>
      </w:r>
      <w:r/>
    </w:p>
    <w:p>
      <w:pPr>
        <w:pStyle w:val="Heading2"/>
      </w:pPr>
      <w:r>
        <w:t>Community, culture and cause-driven events</w:t>
      </w:r>
      <w:r/>
    </w:p>
    <w:p>
      <w:r/>
      <w:r>
        <w:t>Not all Pride programming is party-first , several events put community building and visibility at the centre. San Diego Black Pride runs a weekend of its own with balls, yacht parties and day‑long showcases that foreground Black queer joy and talent. ArtReach’s community sign‑making invites all ages to craft parade placards, while film screenings like Love, Summer (and the documentary Love Birds) bring queer history and natural science into conversation. These events are meaningful places to meet activists, donate time, or learn more about how local groups support LGBTQ+ folks year‑round.</w:t>
      </w:r>
      <w:r/>
    </w:p>
    <w:p>
      <w:pPr>
        <w:pStyle w:val="Heading2"/>
      </w:pPr>
      <w:r>
        <w:t>How to choose: a simple decision guide</w:t>
      </w:r>
      <w:r/>
    </w:p>
    <w:p>
      <w:r/>
      <w:r>
        <w:t>Start by asking what you want to feel: energised, cosy, uplifted or connected. Pick one big night and one low‑key day event to avoid burnout. Buy wristbands or VIP passes for venues with multiple nights to save money and skip queues. Check age limits and re‑entry rules in advance, and plan transport , many spots are easy to walk between, but popular nights can mean long taxi waits.</w:t>
      </w:r>
      <w:r/>
    </w:p>
    <w:p>
      <w:r/>
      <w:r>
        <w:t>It's a small change in planning that makes Pride more fun and less frantic , choose your vibe, grab a wristband, and enjoy.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[7]</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11">
        <w:r>
          <w:rPr>
            <w:color w:val="0000EE"/>
            <w:u w:val="single"/>
          </w:rPr>
          <w:t>[4]</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https://timesofsandiego.com/life/2026/07/09/beyond-parade-guide-unofficial-pride-events/</w:t>
        </w:r>
      </w:hyperlink>
      <w:r>
        <w:t xml:space="preserve"> - Please view link - unable to able to access data</w:t>
      </w:r>
      <w:r/>
    </w:p>
    <w:p>
      <w:pPr>
        <w:pStyle w:val="ListNumber"/>
        <w:spacing w:line="240" w:lineRule="auto"/>
        <w:ind w:left="720"/>
      </w:pPr>
      <w:r/>
      <w:hyperlink r:id="rId10">
        <w:r>
          <w:rPr>
            <w:color w:val="0000EE"/>
            <w:u w:val="single"/>
          </w:rPr>
          <w:t>https://sdopera.org/shows/fellow-travelers</w:t>
        </w:r>
      </w:hyperlink>
      <w:r>
        <w:t xml:space="preserve"> - The San Diego Opera presents 'Fellow Travelers,' an opera based on Thomas Mallon's novel, depicting a secret affair during the Red Scare. Performances are scheduled from July 10 to 12 at the Balboa Theatre, with showings at 7:30 p.m. on Friday and Saturday, and 2 p.m. on Sunday. Tickets start at $70. Note: The performance includes partial nudity.</w:t>
      </w:r>
      <w:r/>
    </w:p>
    <w:p>
      <w:pPr>
        <w:pStyle w:val="ListNumber"/>
        <w:spacing w:line="240" w:lineRule="auto"/>
        <w:ind w:left="720"/>
      </w:pPr>
      <w:r/>
      <w:hyperlink r:id="rId15">
        <w:r>
          <w:rPr>
            <w:color w:val="0000EE"/>
            <w:u w:val="single"/>
          </w:rPr>
          <w:t>https://www.instagram.com/sandiegoblackpride</w:t>
        </w:r>
      </w:hyperlink>
      <w:r>
        <w:t xml:space="preserve"> - San Diego Black Pride kicks off with the Legacy Ball Vol. 2 on Friday, July 10, from 8 p.m. to midnight at the Chapel at Liberty Station (2881 Roosevelt Road). This 18-and-up event is hosted by Amber St. James. The festivities continue with the Floatin’ &amp; Flawless Yacht Party on Saturday, July 11, from 6-9 p.m., with boarding at H&amp;M Landing (2803 Emerson St.) starting at 5:30 p.m. The official afterparty will be held at Rich’s San Diego (1051 University Ave.) in Hillcrest starting at 9 p.m. The weekend concludes with Sunday Service on July 12, also 18-and-up, at The Soap Factory (2995 Commercial St.) from 1-9 p.m., featuring the drag showcase 619 &amp; Fab. Single-day and weekend pass tickets are available.</w:t>
      </w:r>
      <w:r/>
    </w:p>
    <w:p>
      <w:pPr>
        <w:pStyle w:val="ListNumber"/>
        <w:spacing w:line="240" w:lineRule="auto"/>
        <w:ind w:left="720"/>
      </w:pPr>
      <w:r/>
      <w:hyperlink r:id="rId11">
        <w:r>
          <w:rPr>
            <w:color w:val="0000EE"/>
            <w:u w:val="single"/>
          </w:rPr>
          <w:t>https://richssandiego.com/</w:t>
        </w:r>
      </w:hyperlink>
      <w:r>
        <w:t xml:space="preserve"> - Rich’s San Diego is hosting a series of Pride events from July 15 to July 19, 2026. The theme for this year is 'Candyland,' transforming the club into a colourful candy fantasy. Events include: Wednesday, July 15 – Mischief Pride with Kandy Muse (9 p.m. – 2 a.m.); Thursday, July 16 – Papi Pride with Detox (9 p.m. – 3 a.m.); Friday, July 17 – Dirty-POP Pride (8 p.m. – 3 a.m.); Saturday, July 18 – Pride Parade Party (10 a.m. – 6 p.m.) and Pride MASSIVE (8 p.m. – 4 a.m.); Sunday, July 19 – Souleil + Fuel Pride (12 p.m. – 8 p.m.) and Sunset Tea Pride Closing Party (8 p.m. – 4 a.m.). VIP weekend passes are available, providing guaranteed entrance to all seven events. Individual tickets can be purchased for specific events, with cover charges at the door for others. For VIP bottle service, contact Jazmyn at 619-578-9349. Passes can be picked up starting Friday, July 10, during club hours.</w:t>
      </w:r>
      <w:r/>
    </w:p>
    <w:p>
      <w:pPr>
        <w:pStyle w:val="ListNumber"/>
        <w:spacing w:line="240" w:lineRule="auto"/>
        <w:ind w:left="720"/>
      </w:pPr>
      <w:r/>
      <w:hyperlink r:id="rId14">
        <w:r>
          <w:rPr>
            <w:color w:val="0000EE"/>
            <w:u w:val="single"/>
          </w:rPr>
          <w:t>https://www.eventbrite.com/e/lez-in-waterland-2026-sd-pride-pool-party-for-queer-women-friends-tickets-1982000843878?aff=ebdssbdestsearch</w:t>
        </w:r>
      </w:hyperlink>
      <w:r>
        <w:t xml:space="preserve"> - 'Lez In Waterland' is San Diego Pride Weekend’s largest rooftop pool party for queer women and friends, scheduled for Sunday, July 19, 2026, from 12 p.m. to 7 p.m. at Andaz San Diego (600 F St.). The event features an all-star DJ lineup, hot go-go dancers, live performances, and drink specials. Tickets are available for purchase.</w:t>
      </w:r>
      <w:r/>
    </w:p>
    <w:p>
      <w:pPr>
        <w:pStyle w:val="ListNumber"/>
        <w:spacing w:line="240" w:lineRule="auto"/>
        <w:ind w:left="720"/>
      </w:pPr>
      <w:r/>
      <w:hyperlink r:id="rId12">
        <w:r>
          <w:rPr>
            <w:color w:val="0000EE"/>
            <w:u w:val="single"/>
          </w:rPr>
          <w:t>https://www.eventeny.com/events/sdpriderally2026-24449/</w:t>
        </w:r>
      </w:hyperlink>
      <w:r>
        <w:t xml:space="preserve"> - The Spirit of Stonewall Rally is scheduled for Friday, July 17, 2026, from 6 p.m. to 7:30 p.m. at 535 Robinson Ave, San Diego, CA. This rally honours leaders working to preserve gains and address challenges facing the LGBTQIA+ community. The keynote speaker is Hailie Sahar, with additional speakers including J’nyka Faulkner, Bella Ross, and Ana Hernández.</w:t>
      </w:r>
      <w:r/>
    </w:p>
    <w:p>
      <w:pPr>
        <w:pStyle w:val="ListNumber"/>
        <w:spacing w:line="240" w:lineRule="auto"/>
        <w:ind w:left="720"/>
      </w:pPr>
      <w:r/>
      <w:hyperlink r:id="rId13">
        <w:r>
          <w:rPr>
            <w:color w:val="0000EE"/>
            <w:u w:val="single"/>
          </w:rPr>
          <w:t>https://www.eventeny.com/events/sdpridelightup2026-24450/</w:t>
        </w:r>
      </w:hyperlink>
      <w:r>
        <w:t xml:space="preserve"> - Light Up the Cathedral 2026 is an interfaith Pride celebration scheduled for Wednesday, July 15, 2026, at 7 p.m. at St. Paul’s Episcopal Cathedral (2728 6th Ave, San Diego, CA). The event features keynote speaker Brother Yusef Miller and concludes with the cathedral being lit in rainbow colours.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life/2026/07/09/beyond-parade-guide-unofficial-pride-events/" TargetMode="External"/><Relationship Id="rId10" Type="http://schemas.openxmlformats.org/officeDocument/2006/relationships/hyperlink" Target="https://sdopera.org/shows/fellow-travelers" TargetMode="External"/><Relationship Id="rId11" Type="http://schemas.openxmlformats.org/officeDocument/2006/relationships/hyperlink" Target="https://richssandiego.com/" TargetMode="External"/><Relationship Id="rId12" Type="http://schemas.openxmlformats.org/officeDocument/2006/relationships/hyperlink" Target="https://www.eventeny.com/events/sdpriderally2026-24449/" TargetMode="External"/><Relationship Id="rId13" Type="http://schemas.openxmlformats.org/officeDocument/2006/relationships/hyperlink" Target="https://www.eventeny.com/events/sdpridelightup2026-24450/" TargetMode="External"/><Relationship Id="rId14" Type="http://schemas.openxmlformats.org/officeDocument/2006/relationships/hyperlink" Target="https://www.eventbrite.com/e/lez-in-waterland-2026-sd-pride-pool-party-for-queer-women-friends-tickets-1982000843878?aff=ebdssbdestsearch" TargetMode="External"/><Relationship Id="rId15" Type="http://schemas.openxmlformats.org/officeDocument/2006/relationships/hyperlink" Target="https://www.instagram.com/sandiegoblack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