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Tribute to Paola Revenioti: Why Her Life Matters for LGBTQ+ Rights in Greece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 fearless activist: international press and Greek friends are marking the death of Paola Revenioti, a poet, filmmaker and sex worker who became an emblem of trans and LGBTQ+ struggles in Greece , and whose relative silence in mainstream media reveals as much as her life.</w:t>
      </w:r>
      <w:r/>
    </w:p>
    <w:p>
      <w:r/>
      <w:r>
        <w:t>Essential Takeaways</w:t>
      </w:r>
      <w:r/>
      <w:r/>
    </w:p>
    <w:p>
      <w:pPr>
        <w:pStyle w:val="ListBullet"/>
        <w:spacing w:line="240" w:lineRule="auto"/>
        <w:ind w:left="720"/>
      </w:pPr>
      <w:r/>
      <w:r>
        <w:rPr>
          <w:b/>
        </w:rPr>
        <w:t>Bold life:</w:t>
      </w:r>
      <w:r>
        <w:t xml:space="preserve"> Paola Revenioti combined art and activism, publishing poetry, making documentaries and founding the 1980s magazine Kraksimo to amplify marginal voices. </w:t>
      </w:r>
      <w:r/>
    </w:p>
    <w:p>
      <w:pPr>
        <w:pStyle w:val="ListBullet"/>
        <w:spacing w:line="240" w:lineRule="auto"/>
        <w:ind w:left="720"/>
      </w:pPr>
      <w:r/>
      <w:r>
        <w:rPr>
          <w:b/>
        </w:rPr>
        <w:t>Fierce advocate:</w:t>
      </w:r>
      <w:r>
        <w:t xml:space="preserve"> She fought for LGBTQ+ rights, marriage equality and adoption, while always foregrounding class struggle and solidarity. </w:t>
      </w:r>
      <w:r/>
    </w:p>
    <w:p>
      <w:pPr>
        <w:pStyle w:val="ListBullet"/>
        <w:spacing w:line="240" w:lineRule="auto"/>
        <w:ind w:left="720"/>
      </w:pPr>
      <w:r/>
      <w:r>
        <w:rPr>
          <w:b/>
        </w:rPr>
        <w:t>Sustained repression:</w:t>
      </w:r>
      <w:r>
        <w:t xml:space="preserve"> Revenioti faced arrests, police brutality and exclusion from institutions from her teens; friends say she “had the courage to speak”. </w:t>
      </w:r>
      <w:r/>
    </w:p>
    <w:p>
      <w:pPr>
        <w:pStyle w:val="ListBullet"/>
        <w:spacing w:line="240" w:lineRule="auto"/>
        <w:ind w:left="720"/>
      </w:pPr>
      <w:r/>
      <w:r>
        <w:rPr>
          <w:b/>
        </w:rPr>
        <w:t>Cultural blind spot:</w:t>
      </w:r>
      <w:r>
        <w:t xml:space="preserve"> Foreign outlets noted limited Greek mainstream coverage, blaming conservative influence and the Orthodox Church’s sway. </w:t>
      </w:r>
      <w:r/>
    </w:p>
    <w:p>
      <w:pPr>
        <w:pStyle w:val="ListBullet"/>
        <w:spacing w:line="240" w:lineRule="auto"/>
        <w:ind w:left="720"/>
      </w:pPr>
      <w:r/>
      <w:r>
        <w:rPr>
          <w:b/>
        </w:rPr>
        <w:t>Crossing borders:</w:t>
      </w:r>
      <w:r>
        <w:t xml:space="preserve"> Her work and alliances , from early Pride marches to candid documentaries , made her a recognised figure beyond activist circles.</w:t>
      </w:r>
      <w:r/>
      <w:r/>
    </w:p>
    <w:p>
      <w:pPr>
        <w:pStyle w:val="Heading2"/>
      </w:pPr>
      <w:r>
        <w:t>A life that startled and soothed</w:t>
      </w:r>
      <w:r/>
    </w:p>
    <w:p>
      <w:r/>
      <w:r>
        <w:t>Paola Revenioti’s death has prompted an outpouring of memories that blend outrage with tenderness, and you can almost hear her laugh between the lines. According to coverage in several Greek outlets, she left behind poetry, photography, films and a life lived loudly in public squares and quiet rooms. Her artistic output felt tactile and immediate , a mix of grit, tenderness and political urgency that made her work hard to ignore.</w:t>
      </w:r>
      <w:r/>
    </w:p>
    <w:p>
      <w:r/>
      <w:r>
        <w:t>The story of her marginalisation began early. Reports recount how Revenioti was expelled from a naval academy as a young teenager, an episode that crystallised the institutional hostility she battled all her life. That kind of personal history helps explain why she chose activism over anonymity and why her voice resonated with those the mainstream preferred to forget.</w:t>
      </w:r>
      <w:r/>
    </w:p>
    <w:p>
      <w:pPr>
        <w:pStyle w:val="Heading2"/>
      </w:pPr>
      <w:r>
        <w:t>Why international papers picked up the story</w:t>
      </w:r>
      <w:r/>
    </w:p>
    <w:p>
      <w:r/>
      <w:r>
        <w:t>Foreign outlets like Liberation flagged how Greek media coverage of Revenioti’s passing was muted, and they suggested a reason: conservative social structures and the Orthodox Church’s cultural reach. That international attention did two things , it honoured a figure who challenged social taboos and it shone a light back on Greece, prompting readers to ask why some lives make a splash and others are quietly erased.</w:t>
      </w:r>
      <w:r/>
    </w:p>
    <w:p>
      <w:r/>
      <w:r>
        <w:t>For readers, the takeaway is simple: media silences are political acts. When an uncompromising trans activist’s death gets limited national coverage, the omission becomes part of the story , a measure of what a society values or fears.</w:t>
      </w:r>
      <w:r/>
    </w:p>
    <w:p>
      <w:pPr>
        <w:pStyle w:val="Heading2"/>
      </w:pPr>
      <w:r>
        <w:t>Activism rooted in everyday solidarity</w:t>
      </w:r>
      <w:r/>
    </w:p>
    <w:p>
      <w:r/>
      <w:r>
        <w:t>Revenioti never separated LGBTQ+ rights from broader struggles. Friends and colleagues repeatedly note that she defended refugees, people who use drugs and people living with HIV, alongside trans and sex worker rights. That holistic activism comes through in her projects , like the magazine Kraksimo and the documentary Kaliarda , which documented hidden languages, networks and survival tactics of marginal communities.</w:t>
      </w:r>
      <w:r/>
    </w:p>
    <w:p>
      <w:r/>
      <w:r>
        <w:t>If you’re thinking about supporting groups in this vein, look for charities and grassroots projects that cross-cut issues: legal aid for migrants, harm-reduction services, and organisations run by and for trans people tend to reflect the same spirit Paola championed.</w:t>
      </w:r>
      <w:r/>
    </w:p>
    <w:p>
      <w:pPr>
        <w:pStyle w:val="Heading2"/>
      </w:pPr>
      <w:r>
        <w:t>Art as armour and amplifier</w:t>
      </w:r>
      <w:r/>
    </w:p>
    <w:p>
      <w:r/>
      <w:r>
        <w:t>Revenioti used every creative tool she had. Her 2015 documentary explored cant languages that evolved among sex workers and were later adopted by gay and trans communities under repression, a reminder that art can record survival strategies that history otherwise erases. Poetry, photography and zines let her translate private pain into shared knowledge.</w:t>
      </w:r>
      <w:r/>
    </w:p>
    <w:p>
      <w:r/>
      <w:r>
        <w:t>That approach has practical lessons: creative projects often reach audiences traditional campaigning doesn’t. If you want to support activism with impact, funding small cultural projects and community media can be as powerful as donating to legal campaigns.</w:t>
      </w:r>
      <w:r/>
    </w:p>
    <w:p>
      <w:pPr>
        <w:pStyle w:val="Heading2"/>
      </w:pPr>
      <w:r>
        <w:t>What her friends and allies say now</w:t>
      </w:r>
      <w:r/>
    </w:p>
    <w:p>
      <w:r/>
      <w:r>
        <w:t>Voices from Athens , journalists, activists and political allies , remembered Revenioti as both a public fighter and a cherished friend. Prominent figures noted her role as a chronicler of social hypocrisy and an unmistakable personality in Athens’s streets. Her candidacy with a left-wing party signalled a willingness to take protest into formal politics, even when the odds were stacked against her.</w:t>
      </w:r>
      <w:r/>
    </w:p>
    <w:p>
      <w:r/>
      <w:r>
        <w:t>Those personal tributes make the politics feel human: this was someone who laughed, argued and stood by people when it mattered. That closeness explains why her death feels like a communal loss beyond the headlines.</w:t>
      </w:r>
      <w:r/>
    </w:p>
    <w:p>
      <w:r/>
      <w:r>
        <w:t>It's a small change we can make to keep her work alive: read, share and support the projects that document marginal lives.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1">
        <w:r>
          <w:rPr>
            <w:color w:val="0000EE"/>
            <w:u w:val="single"/>
          </w:rPr>
          <w:t>[4]</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0">
        <w:r>
          <w:rPr>
            <w:color w:val="0000EE"/>
            <w:u w:val="single"/>
          </w:rPr>
          <w:t>[7]</w:t>
        </w:r>
      </w:hyperlink>
      <w:r>
        <w:t xml:space="preserve">- Paragraph 5: </w:t>
      </w:r>
      <w:hyperlink r:id="rId13">
        <w:r>
          <w:rPr>
            <w:color w:val="0000EE"/>
            <w:u w:val="single"/>
          </w:rPr>
          <w:t>[5]</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https://www.documentonews.gr/article/liberation-afieroma-stin-paola-revenioti-symvolo-ton-agonon-tis-loatki-koinotitas-stin-ellada/</w:t>
        </w:r>
      </w:hyperlink>
      <w:r>
        <w:t xml:space="preserve"> - Please view link - unable to able to access data</w:t>
      </w:r>
      <w:r/>
    </w:p>
    <w:p>
      <w:pPr>
        <w:pStyle w:val="ListNumber"/>
        <w:spacing w:line="240" w:lineRule="auto"/>
        <w:ind w:left="720"/>
      </w:pPr>
      <w:r/>
      <w:hyperlink r:id="rId10">
        <w:r>
          <w:rPr>
            <w:color w:val="0000EE"/>
            <w:u w:val="single"/>
          </w:rPr>
          <w:t>https://www.tanea.gr/2026/07/09/greece/pethane-i-paola-reveniwti-emvlimatiki-morfi-tou-loatki-kinimatos-to-kraksimo-kai-i-trans-oratotita/amp/</w:t>
        </w:r>
      </w:hyperlink>
      <w:r>
        <w:t xml:space="preserve"> - The article reports the death of Paola Revenioti, a prominent figure in the Greek LGBTQ+ movement, at the age of 68 after a prolonged battle with cancer. It highlights her significant contributions, including founding the magazine 'Kraximo' in 1981, which served as a platform for political expression, art, and advocacy, challenging societal stereotypes and critiquing social hypocrisy. The piece also notes her active role in organising early Pride events in Athens during the 1980s, often facing state repression and social exclusion. Additionally, it mentions her work in documentary filmmaking, capturing stories of individuals previously marginalised by official history, and her involvement in the political sphere as a candidate with the political party ΜέΡΑ25. (</w:t>
      </w:r>
      <w:hyperlink r:id="rId14">
        <w:r>
          <w:rPr>
            <w:color w:val="0000EE"/>
            <w:u w:val="single"/>
          </w:rPr>
          <w:t>tanea.gr</w:t>
        </w:r>
      </w:hyperlink>
      <w:r>
        <w:t>)</w:t>
      </w:r>
      <w:r/>
    </w:p>
    <w:p>
      <w:pPr>
        <w:pStyle w:val="ListNumber"/>
        <w:spacing w:line="240" w:lineRule="auto"/>
        <w:ind w:left="720"/>
      </w:pPr>
      <w:r/>
      <w:hyperlink r:id="rId12">
        <w:r>
          <w:rPr>
            <w:color w:val="0000EE"/>
            <w:u w:val="single"/>
          </w:rPr>
          <w:t>https://www.tovima.gr/2026/07/09/society/pethane-i-paola-reveniwti-se-ilikia-68-eton</w:t>
        </w:r>
      </w:hyperlink>
      <w:r>
        <w:t xml:space="preserve"> - This article announces the death of Paola Revenioti, a Greek transgender woman, filmmaker, publisher, artist, activist, and pioneering figure in the Greek LGBTQ+ movement, at the age of 68. It details her early life, including her expulsion from the Naval Academy at a young age, and her significant contributions to the rights of LGBTQ+ individuals in Greece. The piece also notes her status as a 'legend' of the Athenian transgender culture. (</w:t>
      </w:r>
      <w:hyperlink r:id="rId15">
        <w:r>
          <w:rPr>
            <w:color w:val="0000EE"/>
            <w:u w:val="single"/>
          </w:rPr>
          <w:t>tovima.gr</w:t>
        </w:r>
      </w:hyperlink>
      <w:r>
        <w:t>)</w:t>
      </w:r>
      <w:r/>
    </w:p>
    <w:p>
      <w:pPr>
        <w:pStyle w:val="ListNumber"/>
        <w:spacing w:line="240" w:lineRule="auto"/>
        <w:ind w:left="720"/>
      </w:pPr>
      <w:r/>
      <w:hyperlink r:id="rId11">
        <w:r>
          <w:rPr>
            <w:color w:val="0000EE"/>
            <w:u w:val="single"/>
          </w:rPr>
          <w:t>https://www.opendemocracy.net/en/5050/paola-revenioti-lgbtiq-icon-greek-elections/</w:t>
        </w:r>
      </w:hyperlink>
      <w:r>
        <w:t xml:space="preserve"> - This article discusses Paola Revenioti's role as an LGBTQ+ icon in Greece, highlighting her activism in the late 1970s and 1980s. It details her participation in demonstrations, such as the 1981 protest in Athens where she held a placard stating '(We want) the state out of our beds'. The piece also describes the oppressive environment of the time, including frequent police raids and harsh laws targeting homosexuals. (</w:t>
      </w:r>
      <w:hyperlink r:id="rId16">
        <w:r>
          <w:rPr>
            <w:color w:val="0000EE"/>
            <w:u w:val="single"/>
          </w:rPr>
          <w:t>opendemocracy.net</w:t>
        </w:r>
      </w:hyperlink>
      <w:r>
        <w:t>)</w:t>
      </w:r>
      <w:r/>
    </w:p>
    <w:p>
      <w:pPr>
        <w:pStyle w:val="ListNumber"/>
        <w:spacing w:line="240" w:lineRule="auto"/>
        <w:ind w:left="720"/>
      </w:pPr>
      <w:r/>
      <w:hyperlink r:id="rId13">
        <w:r>
          <w:rPr>
            <w:color w:val="0000EE"/>
            <w:u w:val="single"/>
          </w:rPr>
          <w:t>https://www.opendemocracy.net/en/paola-revenioti-lgbtiq-icon-greek-elections/</w:t>
        </w:r>
      </w:hyperlink>
      <w:r>
        <w:t xml:space="preserve"> - This article discusses Paola Revenioti's role as an LGBTQ+ icon in Greece, highlighting her activism in the late 1970s and 1980s. It details her participation in demonstrations, such as the 1981 protest in Athens where she held a placard stating '(We want) the state out of our beds'. The piece also describes the oppressive environment of the time, including frequent police raids and harsh laws targeting homosexuals. (</w:t>
      </w:r>
      <w:hyperlink r:id="rId16">
        <w:r>
          <w:rPr>
            <w:color w:val="0000EE"/>
            <w:u w:val="single"/>
          </w:rPr>
          <w:t>opendemocracy.net</w:t>
        </w:r>
      </w:hyperlink>
      <w:r>
        <w:t>)</w:t>
      </w:r>
      <w:r/>
    </w:p>
    <w:p>
      <w:pPr>
        <w:pStyle w:val="ListNumber"/>
        <w:spacing w:line="240" w:lineRule="auto"/>
        <w:ind w:left="720"/>
      </w:pPr>
      <w:r/>
      <w:hyperlink r:id="rId12">
        <w:r>
          <w:rPr>
            <w:color w:val="0000EE"/>
            <w:u w:val="single"/>
          </w:rPr>
          <w:t>https://www.tovima.gr/2026/07/09/society/pethane-i-paola-reveniwti-se-ilikia-68-eton</w:t>
        </w:r>
      </w:hyperlink>
      <w:r>
        <w:t xml:space="preserve"> - This article announces the death of Paola Revenioti, a Greek transgender woman, filmmaker, publisher, artist, activist, and pioneering figure in the Greek LGBTQ+ movement, at the age of 68. It details her early life, including her expulsion from the Naval Academy at a young age, and her significant contributions to the rights of LGBTQ+ individuals in Greece. The piece also notes her status as a 'legend' of the Athenian transgender culture. (</w:t>
      </w:r>
      <w:hyperlink r:id="rId15">
        <w:r>
          <w:rPr>
            <w:color w:val="0000EE"/>
            <w:u w:val="single"/>
          </w:rPr>
          <w:t>tovima.gr</w:t>
        </w:r>
      </w:hyperlink>
      <w:r>
        <w:t>)</w:t>
      </w:r>
      <w:r/>
    </w:p>
    <w:p>
      <w:pPr>
        <w:pStyle w:val="ListNumber"/>
        <w:spacing w:line="240" w:lineRule="auto"/>
        <w:ind w:left="720"/>
      </w:pPr>
      <w:r/>
      <w:hyperlink r:id="rId10">
        <w:r>
          <w:rPr>
            <w:color w:val="0000EE"/>
            <w:u w:val="single"/>
          </w:rPr>
          <w:t>https://www.tanea.gr/2026/07/09/greece/pethane-i-paola-reveniwti-emvlimatiki-morfi-tou-loatki-kinimatos-to-kraksimo-kai-i-trans-oratotita/amp/</w:t>
        </w:r>
      </w:hyperlink>
      <w:r>
        <w:t xml:space="preserve"> - The article reports the death of Paola Revenioti, a prominent figure in the Greek LGBTQ+ movement, at the age of 68 after a prolonged battle with cancer. It highlights her significant contributions, including founding the magazine 'Kraximo' in 1981, which served as a platform for political expression, art, and advocacy, challenging societal stereotypes and critiquing social hypocrisy. The piece also notes her active role in organising early Pride events in Athens during the 1980s, often facing state repression and social exclusion. Additionally, it mentions her work in documentary filmmaking, capturing stories of individuals previously marginalised by official history, and her involvement in the political sphere as a candidate with the political party ΜέΡΑ25. (</w:t>
      </w:r>
      <w:hyperlink r:id="rId14">
        <w:r>
          <w:rPr>
            <w:color w:val="0000EE"/>
            <w:u w:val="single"/>
          </w:rPr>
          <w:t>tanea.gr</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ocumentonews.gr/article/liberation-afieroma-stin-paola-revenioti-symvolo-ton-agonon-tis-loatki-koinotitas-stin-ellada/" TargetMode="External"/><Relationship Id="rId10" Type="http://schemas.openxmlformats.org/officeDocument/2006/relationships/hyperlink" Target="https://www.tanea.gr/2026/07/09/greece/pethane-i-paola-reveniwti-emvlimatiki-morfi-tou-loatki-kinimatos-to-kraksimo-kai-i-trans-oratotita/amp/" TargetMode="External"/><Relationship Id="rId11" Type="http://schemas.openxmlformats.org/officeDocument/2006/relationships/hyperlink" Target="https://www.opendemocracy.net/en/5050/paola-revenioti-lgbtiq-icon-greek-elections/" TargetMode="External"/><Relationship Id="rId12" Type="http://schemas.openxmlformats.org/officeDocument/2006/relationships/hyperlink" Target="https://www.tovima.gr/2026/07/09/society/pethane-i-paola-reveniwti-se-ilikia-68-eton" TargetMode="External"/><Relationship Id="rId13" Type="http://schemas.openxmlformats.org/officeDocument/2006/relationships/hyperlink" Target="https://www.opendemocracy.net/en/paola-revenioti-lgbtiq-icon-greek-elections/" TargetMode="External"/><Relationship Id="rId14" Type="http://schemas.openxmlformats.org/officeDocument/2006/relationships/hyperlink" Target="https://www.tanea.gr/2026/07/09/greece/pethane-i-paola-revenioti-emvlimatiki-morfi-tou-loatki-kinimatos-to-kraksimo-kai-i-trans-oratotita/amp/?utm_source=openai" TargetMode="External"/><Relationship Id="rId15" Type="http://schemas.openxmlformats.org/officeDocument/2006/relationships/hyperlink" Target="https://www.tovima.gr/2026/07/09/society/pethane-i-paola-revenioti-se-ilikia-68-eton?utm_source=openai" TargetMode="External"/><Relationship Id="rId16" Type="http://schemas.openxmlformats.org/officeDocument/2006/relationships/hyperlink" Target="https://www.opendemocracy.net/en/5050/paola-revenioti-lgbtiq-icon-greek-electio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