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Trans+ Pride Weekend in London: Goal Diggers FC’s Inclusive Football Fest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supporters are turning out for football with a difference as Goal Diggers FC hosts a Trans+ Pride weekend in East London, combining a club night, a place on the Pride march and a community football tournament , all designed to celebrate trans joy and push for inclusion in grassroots sport.</w:t>
      </w:r>
      <w:r/>
    </w:p>
    <w:p>
      <w:r/>
      <w:r>
        <w:t>Essential Takeaways</w:t>
      </w:r>
      <w:r/>
      <w:r/>
    </w:p>
    <w:p>
      <w:pPr>
        <w:pStyle w:val="ListBullet"/>
        <w:spacing w:line="240" w:lineRule="auto"/>
        <w:ind w:left="720"/>
      </w:pPr>
      <w:r/>
      <w:r>
        <w:rPr>
          <w:b/>
        </w:rPr>
        <w:t>When and where:</w:t>
      </w:r>
      <w:r>
        <w:t xml:space="preserve"> The weekend runs 24–26 July across Hackney Bridge, the London Trans+ Pride march and Islington’s tournament pitch. </w:t>
      </w:r>
      <w:r/>
    </w:p>
    <w:p>
      <w:pPr>
        <w:pStyle w:val="ListBullet"/>
        <w:spacing w:line="240" w:lineRule="auto"/>
        <w:ind w:left="720"/>
      </w:pPr>
      <w:r/>
      <w:r>
        <w:rPr>
          <w:b/>
        </w:rPr>
        <w:t>Events:</w:t>
      </w:r>
      <w:r>
        <w:t xml:space="preserve"> A club night (Murder on Zidane’s Floor), a football bloc in the march, and a community tournament for women and non-binary players. </w:t>
      </w:r>
      <w:r/>
    </w:p>
    <w:p>
      <w:pPr>
        <w:pStyle w:val="ListBullet"/>
        <w:spacing w:line="240" w:lineRule="auto"/>
        <w:ind w:left="720"/>
      </w:pPr>
      <w:r/>
      <w:r>
        <w:rPr>
          <w:b/>
        </w:rPr>
        <w:t>Who can play:</w:t>
      </w:r>
      <w:r>
        <w:t xml:space="preserve"> The Sunday tournament is open to women and non-binary players aged 18+ and is run with Queer FA. </w:t>
      </w:r>
      <w:r/>
    </w:p>
    <w:p>
      <w:pPr>
        <w:pStyle w:val="ListBullet"/>
        <w:spacing w:line="240" w:lineRule="auto"/>
        <w:ind w:left="720"/>
      </w:pPr>
      <w:r/>
      <w:r>
        <w:rPr>
          <w:b/>
        </w:rPr>
        <w:t>Safety first:</w:t>
      </w:r>
      <w:r>
        <w:t xml:space="preserve"> Organisers enforce a zero-tolerance policy on racism, sexism, ableism and all forms of anti-LGBTQ+ harassment. </w:t>
      </w:r>
      <w:r/>
    </w:p>
    <w:p>
      <w:pPr>
        <w:pStyle w:val="ListBullet"/>
        <w:spacing w:line="240" w:lineRule="auto"/>
        <w:ind w:left="720"/>
      </w:pPr>
      <w:r/>
      <w:r>
        <w:rPr>
          <w:b/>
        </w:rPr>
        <w:t>Vibe:</w:t>
      </w:r>
      <w:r>
        <w:t xml:space="preserve"> Expect celebratory, community-led energy , loud music, friendly kicks and visible solidarity.</w:t>
      </w:r>
      <w:r/>
      <w:r/>
    </w:p>
    <w:p>
      <w:pPr>
        <w:pStyle w:val="Heading2"/>
      </w:pPr>
      <w:r>
        <w:t>A weekend that starts with a party and ends on the pitch</w:t>
      </w:r>
      <w:r/>
    </w:p>
    <w:p>
      <w:r/>
      <w:r>
        <w:t>Kick off your weekend with a proper east London club night and finish with six hours of community football , it’s a pleasing loop. Murder on Zidane’s Floor starts the programme late on Friday at Hackney Bridge, tickets from a bargain £5, giving the festivities a social, celebratory launch. Organisers want people to arrive energised: music, lights and the kind of warm, sweaty buzz that tells you this is as much about community as it is about sport. If you’re coming for the march or the tournament, it’s a good way to meet other participants beforehand.</w:t>
      </w:r>
      <w:r/>
    </w:p>
    <w:p>
      <w:pPr>
        <w:pStyle w:val="Heading2"/>
      </w:pPr>
      <w:r>
        <w:t>Marching together: why a football bloc matters</w:t>
      </w:r>
      <w:r/>
    </w:p>
    <w:p>
      <w:r/>
      <w:r>
        <w:t>On Saturday, Goal Diggers FC will join the London Trans+ Pride march as part of the football bloc, making a visible stand for trans inclusion in sport. London Trans+ Pride has been growing year on year and last year drew huge crowds, so the timing is deliberate , it’s about momentum. Marching with kit and banners flags up the need for accessible grassroots clubs, while also sending a simple message: queer people belong in every sporting space. If you want to support without playing, turning up for the march is an easy, powerful choice.</w:t>
      </w:r>
      <w:r/>
    </w:p>
    <w:p>
      <w:pPr>
        <w:pStyle w:val="Heading2"/>
      </w:pPr>
      <w:r>
        <w:t>Sunday’s tournament: accessible, competitive and community-led</w:t>
      </w:r>
      <w:r/>
    </w:p>
    <w:p>
      <w:r/>
      <w:r>
        <w:t>The community tournament in Islington runs midday to 6pm and is organised with Queer FA, so it’s set up to be both welcoming and well-run. Entry is for women and non-binary players aged 18+, which keeps the focus on providing safe playing opportunities for groups often edged out of mainstream football. Expect mixed levels of ability, a friendly competitive edge, and organisers who care about quality refereeing and accessible pitch arrangements. If you’re wondering what to bring: boots, a water bottle and a sense of sportsmanship.</w:t>
      </w:r>
      <w:r/>
    </w:p>
    <w:p>
      <w:pPr>
        <w:pStyle w:val="Heading2"/>
      </w:pPr>
      <w:r>
        <w:t>Zero tolerance and practical safety on the day</w:t>
      </w:r>
      <w:r/>
    </w:p>
    <w:p>
      <w:r/>
      <w:r>
        <w:t>Goal Diggers FC has made clear all events will be governed by a zero-tolerance policy on discrimination , racism, sexism, classism, ableism, homophobia, biphobia and transphobia won’t be accepted. That’s important in practice, not just in prospect; it means stewards, reporting routes and clear behaviour guidelines will be in place. For anyone attending, it’s worth checking the club’s website for code-of-conduct details and any accessibility info so you can plan travel and support needs.</w:t>
      </w:r>
      <w:r/>
    </w:p>
    <w:p>
      <w:pPr>
        <w:pStyle w:val="Heading2"/>
      </w:pPr>
      <w:r>
        <w:t>Why this matters for grassroots sport</w:t>
      </w:r>
      <w:r/>
    </w:p>
    <w:p>
      <w:r/>
      <w:r>
        <w:t>Goal Diggers FC have grown from an East London start-up into one of the UK’s best-known LGBTQ+ grassroots clubs, using football to build community and campaign for inclusion. Events like this weekend are part celebration and part campaigning: they normalise trans presence in sport and build practical pathways for participation. For local clubs, it’s a reminder that inclusion boosts numbers, enthusiasm and retention , and that good welcome work begins long before kick-off.</w:t>
      </w:r>
      <w:r/>
    </w:p>
    <w:p>
      <w:r/>
      <w:r>
        <w:t>It's a small change that can make every match feel more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1">
        <w:r>
          <w:rPr>
            <w:color w:val="0000EE"/>
            <w:u w:val="single"/>
          </w:rPr>
          <w:t>[7]</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9">
        <w:r>
          <w:rPr>
            <w:color w:val="0000EE"/>
            <w:u w:val="single"/>
          </w:rPr>
          <w:t>[1]</w:t>
        </w:r>
      </w:hyperlink>
      <w:r>
        <w:t xml:space="preserve">, </w:t>
      </w:r>
      <w:hyperlink r:id="rId13">
        <w:r>
          <w:rPr>
            <w:color w:val="0000EE"/>
            <w:u w:val="single"/>
          </w:rPr>
          <w:t>[3]</w:t>
        </w:r>
      </w:hyperlink>
      <w:r>
        <w:t xml:space="preserve">- Paragraph 5: </w:t>
      </w:r>
      <w:hyperlink r:id="rId9">
        <w:r>
          <w:rPr>
            <w:color w:val="0000EE"/>
            <w:u w:val="single"/>
          </w:rPr>
          <w:t>[1]</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https://www.attitude.co.uk/news/goal-diggers-fc-to-host-trans-pride-celebrations-london-528386/</w:t>
        </w:r>
      </w:hyperlink>
      <w:r>
        <w:t xml:space="preserve"> - Please view link - unable to able to access data</w:t>
      </w:r>
      <w:r/>
    </w:p>
    <w:p>
      <w:pPr>
        <w:pStyle w:val="ListNumber"/>
        <w:spacing w:line="240" w:lineRule="auto"/>
        <w:ind w:left="720"/>
      </w:pPr>
      <w:r/>
      <w:hyperlink r:id="rId10">
        <w:r>
          <w:rPr>
            <w:color w:val="0000EE"/>
            <w:u w:val="single"/>
          </w:rPr>
          <w:t>https://www.goaldiggersfootballclub.com/join-us</w:t>
        </w:r>
      </w:hyperlink>
      <w:r>
        <w:t xml:space="preserve"> - Goal Diggers FC offers a six-month membership programme, running from January to June and July to December. Membership includes access to weekly training sessions at Haggerston Park, opportunities to sign up for leagues, social events, a kit shirt, and more. The club aims to reduce barriers to playing football by offering tiered membership pricing, including no/low-income bursary spots. They prioritise inclusivity, welcoming women, non-binary, and gender non-conforming players of all ages and abilities. Membership is open to those who commit to playing football as their main club, given the club's oversubscribed waitlist.</w:t>
      </w:r>
      <w:r/>
    </w:p>
    <w:p>
      <w:pPr>
        <w:pStyle w:val="ListNumber"/>
        <w:spacing w:line="240" w:lineRule="auto"/>
        <w:ind w:left="720"/>
      </w:pPr>
      <w:r/>
      <w:hyperlink r:id="rId13">
        <w:r>
          <w:rPr>
            <w:color w:val="0000EE"/>
            <w:u w:val="single"/>
          </w:rPr>
          <w:t>https://www.goaldiggersfootballclub.com/about</w:t>
        </w:r>
      </w:hyperlink>
      <w:r>
        <w:t xml:space="preserve"> - Founded in September 2015 by Fleur Cousens, Goal Diggers FC is a non-profit club based in London, dedicated to making football accessible to all women and non-binary individuals, regardless of previous experience or ability. The club operates on a non-ability-based selection system, fostering an encouraging environment free from inter-player rivalry. Membership prices are kept low, and teams are based on availability rather than ability, with matches open to all members on a first-come, first-served basis. This approach aims to create a welcoming space for those without alternative opportunities to play football.</w:t>
      </w:r>
      <w:r/>
    </w:p>
    <w:p>
      <w:pPr>
        <w:pStyle w:val="ListNumber"/>
        <w:spacing w:line="240" w:lineRule="auto"/>
        <w:ind w:left="720"/>
      </w:pPr>
      <w:r/>
      <w:hyperlink r:id="rId14">
        <w:r>
          <w:rPr>
            <w:color w:val="0000EE"/>
            <w:u w:val="single"/>
          </w:rPr>
          <w:t>https://www.standard.co.uk/news/london/trans-pride-2023-trafalgar-square-lgbtq-rights-human-b1093107.html</w:t>
        </w:r>
      </w:hyperlink>
      <w:r>
        <w:t xml:space="preserve"> - In July 2023, thousands marched through central London for Trans+ Pride, demanding equal rights for transgender individuals. The event, described as the 'biggest ever' Trans Pride, saw activists and supporters taking over Piccadilly and Trafalgar Square, carrying signs for the worldwide Trans Pride celebration. The festival route was extended to accommodate more participants, expressing solidarity with trans people affected by transphobic murders and restrictive laws worldwide. The march featured prominent figures, including Heartstopper actor Yasmine Finney, who led chants and held a trans Pride flag at Nelson’s Column.</w:t>
      </w:r>
      <w:r/>
    </w:p>
    <w:p>
      <w:pPr>
        <w:pStyle w:val="ListNumber"/>
        <w:spacing w:line="240" w:lineRule="auto"/>
        <w:ind w:left="720"/>
      </w:pPr>
      <w:r/>
      <w:hyperlink r:id="rId12">
        <w:r>
          <w:rPr>
            <w:color w:val="0000EE"/>
            <w:u w:val="single"/>
          </w:rPr>
          <w:t>https://www.thepinknews.com/2023/07/08/london-trans-pride-2023-march/</w:t>
        </w:r>
      </w:hyperlink>
      <w:r>
        <w:t xml:space="preserve"> - In July 2023, thousands of trans people and allies gathered in central London for the annual Trans+ Pride event, marching for trans rights. Despite the rain, attendees displayed trans flags and wore trans flag colours, with notable appearances including Heartstopper star Yasmin Finney. The march began at Trafalgar Square, proceeding through central London to Hyde Park Corner. The event featured speeches from activists and representatives from various organisations, highlighting the growing support and visibility for the trans community in the UK.</w:t>
      </w:r>
      <w:r/>
    </w:p>
    <w:p>
      <w:pPr>
        <w:pStyle w:val="ListNumber"/>
        <w:spacing w:line="240" w:lineRule="auto"/>
        <w:ind w:left="720"/>
      </w:pPr>
      <w:r/>
      <w:hyperlink r:id="rId15">
        <w:r>
          <w:rPr>
            <w:color w:val="0000EE"/>
            <w:u w:val="single"/>
          </w:rPr>
          <w:t>https://www.whufc.com/en/news/west-ham-united-celebrate-pride-london-2023</w:t>
        </w:r>
      </w:hyperlink>
      <w:r>
        <w:t xml:space="preserve"> - In July 2023, West Ham United participated in the Pride in London Parade, showcasing a specially commissioned bus. Supporters and staff, along with the club’s official LGBT Supporters Group Pride of Irons, joined the parade, which started at Hyde Park Corner and concluded at Whitehall Square. Over a million people attended the annual parade, celebrating the LGBTQI+ community. West Ham United's involvement underscored the club's commitment to equality, diversity, and inclusion, marking their second open-top bus parade of the summer.</w:t>
      </w:r>
      <w:r/>
    </w:p>
    <w:p>
      <w:pPr>
        <w:pStyle w:val="ListNumber"/>
        <w:spacing w:line="240" w:lineRule="auto"/>
        <w:ind w:left="720"/>
      </w:pPr>
      <w:r/>
      <w:hyperlink r:id="rId11">
        <w:r>
          <w:rPr>
            <w:color w:val="0000EE"/>
            <w:u w:val="single"/>
          </w:rPr>
          <w:t>https://www.goaldiggersfootballclub.com/</w:t>
        </w:r>
      </w:hyperlink>
      <w:r>
        <w:t xml:space="preserve"> - Goal Diggers FC is a non-profit football club based in London, established in 2015. The club is dedicated to making football accessible to all women and non-binary individuals, regardless of previous experience or ability. They offer weekly training sessions, league participation, social events, and more. The club operates on a non-ability-based selection system, fostering an inclusive environment. Membership prices are kept low, and teams are based on availability rather than ability, with matches open to all members on a first-come, first-served basis.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news/goal-diggers-fc-to-host-trans-pride-celebrations-london-528386/" TargetMode="External"/><Relationship Id="rId10" Type="http://schemas.openxmlformats.org/officeDocument/2006/relationships/hyperlink" Target="https://www.goaldiggersfootballclub.com/join-us" TargetMode="External"/><Relationship Id="rId11" Type="http://schemas.openxmlformats.org/officeDocument/2006/relationships/hyperlink" Target="https://www.goaldiggersfootballclub.com/" TargetMode="External"/><Relationship Id="rId12" Type="http://schemas.openxmlformats.org/officeDocument/2006/relationships/hyperlink" Target="https://www.thepinknews.com/2023/07/08/london-trans-pride-2023-march/" TargetMode="External"/><Relationship Id="rId13" Type="http://schemas.openxmlformats.org/officeDocument/2006/relationships/hyperlink" Target="https://www.goaldiggersfootballclub.com/about" TargetMode="External"/><Relationship Id="rId14" Type="http://schemas.openxmlformats.org/officeDocument/2006/relationships/hyperlink" Target="https://www.standard.co.uk/news/london/trans-pride-2023-trafalgar-square-lgbtq-rights-human-b1093107.html" TargetMode="External"/><Relationship Id="rId15" Type="http://schemas.openxmlformats.org/officeDocument/2006/relationships/hyperlink" Target="https://www.whufc.com/en/news/west-ham-united-celebrate-pride-london-20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