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Things to Do in Toronto This Weekend: Outdoor Art, Salsa and More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summer in full swing: Toronto’s packed weekend lineup has something for every taste, from Canada’s biggest outdoor art fair and a celebration of Black entrepreneurship to Latin dancing in the streets and a Queer women’s picnic, here’s what to know, where to go, and why it’s worth getting out.</w:t>
      </w:r>
      <w:r/>
    </w:p>
    <w:p>
      <w:r/>
      <w:r>
        <w:t>Essential Takeaways</w:t>
      </w:r>
      <w:r/>
      <w:r/>
    </w:p>
    <w:p>
      <w:pPr>
        <w:pStyle w:val="ListBullet"/>
        <w:spacing w:line="240" w:lineRule="auto"/>
        <w:ind w:left="720"/>
      </w:pPr>
      <w:r/>
      <w:r>
        <w:rPr>
          <w:b/>
        </w:rPr>
        <w:t>Free and lively:</w:t>
      </w:r>
      <w:r>
        <w:t xml:space="preserve"> The Toronto Outdoor Art Fair at Nathan Phillips Square is free, rain or shine, with over 400 artists on display and family activities. </w:t>
      </w:r>
      <w:r/>
    </w:p>
    <w:p>
      <w:pPr>
        <w:pStyle w:val="ListBullet"/>
        <w:spacing w:line="240" w:lineRule="auto"/>
        <w:ind w:left="720"/>
      </w:pPr>
      <w:r/>
      <w:r>
        <w:rPr>
          <w:b/>
        </w:rPr>
        <w:t>Community-focused markets:</w:t>
      </w:r>
      <w:r>
        <w:t xml:space="preserve"> Melanin Market in the Square highlights Black and BIPOC entrepreneurs with vendors, art and even a free Pilates class. </w:t>
      </w:r>
      <w:r/>
    </w:p>
    <w:p>
      <w:pPr>
        <w:pStyle w:val="ListBullet"/>
        <w:spacing w:line="240" w:lineRule="auto"/>
        <w:ind w:left="720"/>
      </w:pPr>
      <w:r/>
      <w:r>
        <w:rPr>
          <w:b/>
        </w:rPr>
        <w:t>Dance and food-centered street festival:</w:t>
      </w:r>
      <w:r>
        <w:t xml:space="preserve"> Salsa on St. Clair brings live music, vendors and lessons across two days for a midtown fiesta vibe. </w:t>
      </w:r>
      <w:r/>
    </w:p>
    <w:p>
      <w:pPr>
        <w:pStyle w:val="ListBullet"/>
        <w:spacing w:line="240" w:lineRule="auto"/>
        <w:ind w:left="720"/>
      </w:pPr>
      <w:r/>
      <w:r>
        <w:rPr>
          <w:b/>
        </w:rPr>
        <w:t>Culture across the city:</w:t>
      </w:r>
      <w:r>
        <w:t xml:space="preserve"> The TD Festival of South Asia and Toronto Fringe Festival offer music, performance and theatre spanning diverse traditions and voices. </w:t>
      </w:r>
      <w:r/>
    </w:p>
    <w:p>
      <w:pPr>
        <w:pStyle w:val="ListBullet"/>
        <w:spacing w:line="240" w:lineRule="auto"/>
        <w:ind w:left="720"/>
      </w:pPr>
      <w:r/>
      <w:r>
        <w:rPr>
          <w:b/>
        </w:rPr>
        <w:t>Niche, social events:</w:t>
      </w:r>
      <w:r>
        <w:t xml:space="preserve"> From road tennis in Scarborough supporting Black health initiatives to a sapphic singles picnic in High Park, there are intimate, purpose-driven happenings too.</w:t>
      </w:r>
      <w:r/>
      <w:r/>
    </w:p>
    <w:p>
      <w:pPr>
        <w:pStyle w:val="Heading2"/>
      </w:pPr>
      <w:r>
        <w:t>Toronto Outdoor Art Fair: Canada’s biggest art party , head in early</w:t>
      </w:r>
      <w:r/>
    </w:p>
    <w:p>
      <w:r/>
      <w:r>
        <w:t>Nathan Phillips Square fills with colour and texture this weekend as the Toronto Outdoor Art Fair returns for its 65th year, and yes, it’s huge and free. Expect more than 400 makers showing paintings, ceramics, jewellery and experimental mixed-media works, so there’s always something to surprise you with a new favourite artist. Organisers plan talks, guided tours and family-friendly installations, which means it’s not just browsing but a full day out , bring sensible shoes and a tote for prints or small pieces. According to the fair’s information, the event runs rain or shine, so pack a light raincoat just in case. If you’re buying, consider spotting works you love early; the crowd builds later and those standout pieces can go quickly. For anyone wanting more context, the fair’s website has maps and artist lists to help plan your route.</w:t>
      </w:r>
      <w:r/>
    </w:p>
    <w:p>
      <w:pPr>
        <w:pStyle w:val="Heading2"/>
      </w:pPr>
      <w:r>
        <w:t>Melanin Market in the Square: shopping that feels like community</w:t>
      </w:r>
      <w:r/>
    </w:p>
    <w:p>
      <w:r/>
      <w:r>
        <w:t>Sankofa Square’s monthly Melanin Market returns with a focus on Black-owned and BIPOC businesses, giving the downtown core a lively dose of entrepreneurship and creativity. The market, founded in 2021, mixes retail stalls with cultural programming and this edition even includes a free Pilates class mid-afternoon. It’s the sort of event where shopping is also social , vendors are often makers and founders who love to tell the story behind their products, so you’ll learn as you buy. The series forms part of the Hot Square Summer programming, which aims to activate public space with regular cultural pop-ups. If you want to support small businesses and discover unique gifts, go with cash and card, arrive with time to browse, and be ready to stay for music or a workshop.</w:t>
      </w:r>
      <w:r/>
    </w:p>
    <w:p>
      <w:pPr>
        <w:pStyle w:val="Heading2"/>
      </w:pPr>
      <w:r>
        <w:t>Salsa on St. Clair: two days of food, beats and dancing</w:t>
      </w:r>
      <w:r/>
    </w:p>
    <w:p>
      <w:r/>
      <w:r>
        <w:t>If you like heat, rhythm and a sense of neighbourhood carnival, Salsa on St. Clair is back for its 22nd edition and it’s a proper block-long party. The midtown festival runs across Saturday and Sunday with live performances, artisanal stalls and plenty of food options to fuel the dancing. You don’t have to be a pro , street socials often have beginner-friendly lessons and the vibe is inclusive and buzzing. Visit the event website for the full schedule and stage locations so you can catch specific performers or classes. Plan for sun protection, comfortable shoes and a willingness to step onto the pavement and try a step or two , even watching is infectious.</w:t>
      </w:r>
      <w:r/>
    </w:p>
    <w:p>
      <w:pPr>
        <w:pStyle w:val="Heading2"/>
      </w:pPr>
      <w:r>
        <w:t>Fringe, TD Festival of South Asia and niche events: culture in every corner</w:t>
      </w:r>
      <w:r/>
    </w:p>
    <w:p>
      <w:r/>
      <w:r>
        <w:t>This weekend also sees the last shows of the Toronto Fringe Festival, which offers affordable theatre across multiple venues , think experimental pieces, stand-up, Shakespeare riffs and work by Caribbean artists. Tickets are deliberately cheap, making it easy to try something bold. Meanwhile, the TD Festival of South Asia invites families and food lovers to enjoy music, dance and regional cuisine over two days; it’s a chance to see traditional performances and contemporary takes in one spot. Both events underline Toronto’s appetite for diverse cultural programming. For quieter or more specialised outings, check out events like The Bajan Serve in Scarborough, which centres road tennis and Caribbean wellness while supporting the Black Health Alliance, or smaller meet-ups such as a Sapphic Singles Picnic in High Park for queer women seeking a relaxed social space.</w:t>
      </w:r>
      <w:r/>
    </w:p>
    <w:p>
      <w:pPr>
        <w:pStyle w:val="Heading2"/>
      </w:pPr>
      <w:r>
        <w:t>Practical tips for a smoother weekend: timing, tickets and transport</w:t>
      </w:r>
      <w:r/>
    </w:p>
    <w:p>
      <w:r/>
      <w:r>
        <w:t>Weekend events mean crowds, so think about timing: arrive early at big draws like TOAF to enjoy cooler temperatures and quieter aisles, and book Fringe or ticketed brunch-and-paint sessions in advance to avoid disappointment. Public transit will save time and parking headaches; most major events sit near TTC routes or are easy walking distances from downtown hubs. Carry a refillable water bottle, sunscreen, a small bag for purchases and a portable charger , your phone will capture plenty of moments. If you’re attending to support causes, check whether events charge small fees or request donations , those few dollars help community organisers cover costs and keep these programmes running.</w:t>
      </w:r>
      <w:r/>
    </w:p>
    <w:p>
      <w:r/>
      <w:r>
        <w:t>It's the kind of weekend where small plans turn into memorable discoveries, so pick a neighbourhood, follow the music and see where the city takes you.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[2]</w:t>
        </w:r>
      </w:hyperlink>
      <w:r>
        <w:t xml:space="preserve">- Paragraph 2: </w:t>
      </w:r>
      <w:hyperlink r:id="rId11">
        <w:r>
          <w:rPr>
            <w:color w:val="0000EE"/>
            <w:u w:val="single"/>
          </w:rPr>
          <w:t>[2]</w:t>
        </w:r>
      </w:hyperlink>
      <w:r>
        <w:t xml:space="preserve">, </w:t>
      </w:r>
      <w:hyperlink r:id="rId10">
        <w:r>
          <w:rPr>
            <w:color w:val="0000EE"/>
            <w:u w:val="single"/>
          </w:rPr>
          <w:t>[3]</w:t>
        </w:r>
      </w:hyperlink>
      <w:r>
        <w:t xml:space="preserve">- Paragraph 3: </w:t>
      </w:r>
      <w:hyperlink r:id="rId12">
        <w:r>
          <w:rPr>
            <w:color w:val="0000EE"/>
            <w:u w:val="single"/>
          </w:rPr>
          <w:t>[5]</w:t>
        </w:r>
      </w:hyperlink>
      <w:r>
        <w:t xml:space="preserve">, </w:t>
      </w:r>
      <w:hyperlink r:id="rId10">
        <w:r>
          <w:rPr>
            <w:color w:val="0000EE"/>
            <w:u w:val="single"/>
          </w:rPr>
          <w:t>[3]</w:t>
        </w:r>
      </w:hyperlink>
      <w:r>
        <w:t xml:space="preserve">- Paragraph 4: </w:t>
      </w:r>
      <w:hyperlink r:id="rId13">
        <w:r>
          <w:rPr>
            <w:color w:val="0000EE"/>
            <w:u w:val="single"/>
          </w:rPr>
          <w:t>[4]</w:t>
        </w:r>
      </w:hyperlink>
      <w:r>
        <w:t xml:space="preserve">, </w:t>
      </w:r>
      <w:hyperlink r:id="rId14">
        <w:r>
          <w:rPr>
            <w:color w:val="0000EE"/>
            <w:u w:val="single"/>
          </w:rPr>
          <w:t>[6]</w:t>
        </w:r>
      </w:hyperlink>
      <w:r>
        <w:t xml:space="preserve">- Paragraph 5: </w:t>
      </w:r>
      <w:hyperlink r:id="rId10">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https://nowtoronto.com/culture/events-toronto-this-weekend-july-10-12/</w:t>
        </w:r>
      </w:hyperlink>
      <w:r>
        <w:t xml:space="preserve"> - Please view link - unable to able to access data</w:t>
      </w:r>
      <w:r/>
    </w:p>
    <w:p>
      <w:pPr>
        <w:pStyle w:val="ListNumber"/>
        <w:spacing w:line="240" w:lineRule="auto"/>
        <w:ind w:left="720"/>
      </w:pPr>
      <w:r/>
      <w:hyperlink r:id="rId11">
        <w:r>
          <w:rPr>
            <w:color w:val="0000EE"/>
            <w:u w:val="single"/>
          </w:rPr>
          <w:t>https://www.melaninmarket.ca</w:t>
        </w:r>
      </w:hyperlink>
      <w:r>
        <w:t xml:space="preserve"> - Melanin Market is a monthly event in Toronto that supports Black-owned businesses and BIPOC talent. Founded in 2021, it aims to uplift Black and racialized entrepreneurs by creating opportunities for small businesses and artists while fostering community connection through cultural events. The market takes place at Sankofa Square and includes activities like free Pilates lessons. The next event is scheduled for August 14, 2026.</w:t>
      </w:r>
      <w:r/>
    </w:p>
    <w:p>
      <w:pPr>
        <w:pStyle w:val="ListNumber"/>
        <w:spacing w:line="240" w:lineRule="auto"/>
        <w:ind w:left="720"/>
      </w:pPr>
      <w:r/>
      <w:hyperlink r:id="rId10">
        <w:r>
          <w:rPr>
            <w:color w:val="0000EE"/>
            <w:u w:val="single"/>
          </w:rPr>
          <w:t>https://toaf.ca/</w:t>
        </w:r>
      </w:hyperlink>
      <w:r>
        <w:t xml:space="preserve"> - The Toronto Outdoor Art Fair (TOAF) is Canada's largest and longest-running outdoor art fair, celebrating its 65th anniversary in 2026. Held at Nathan Phillips Square from July 10 to 12, the fair showcases over 400 artists from across the country, featuring original paintings, photography, ceramics, textiles, jewellery, sculpture, and mixed-media works. The event includes live artist talks, guided tours, performances, family programming, and interactive installations. Admission is free, and the fair proceeds rain or shine.</w:t>
      </w:r>
      <w:r/>
    </w:p>
    <w:p>
      <w:pPr>
        <w:pStyle w:val="ListNumber"/>
        <w:spacing w:line="240" w:lineRule="auto"/>
        <w:ind w:left="720"/>
      </w:pPr>
      <w:r/>
      <w:hyperlink r:id="rId13">
        <w:r>
          <w:rPr>
            <w:color w:val="0000EE"/>
            <w:u w:val="single"/>
          </w:rPr>
          <w:t>https://www.torontofringe.ca/</w:t>
        </w:r>
      </w:hyperlink>
      <w:r>
        <w:t xml:space="preserve"> - The Toronto Fringe Festival is Ontario's largest performance festival, celebrating its 38th year in 2026. Running from June 30 to July 12, the festival features a diverse lineup of performances, including eight shows inspired by Shakespeare, five shows from the Caribbean, three magic shows, two shows about Medical Assistance in Dying, and a comedy show performed entirely in Mandarin. Tickets range from $6 to $19 and are available on the festival website.</w:t>
      </w:r>
      <w:r/>
    </w:p>
    <w:p>
      <w:pPr>
        <w:pStyle w:val="ListNumber"/>
        <w:spacing w:line="240" w:lineRule="auto"/>
        <w:ind w:left="720"/>
      </w:pPr>
      <w:r/>
      <w:hyperlink r:id="rId12">
        <w:r>
          <w:rPr>
            <w:color w:val="0000EE"/>
            <w:u w:val="single"/>
          </w:rPr>
          <w:t>https://www.salsaonstclair.com/</w:t>
        </w:r>
      </w:hyperlink>
      <w:r>
        <w:t xml:space="preserve"> - Salsa on St. Clair is an annual event in Toronto that brings Latin dancing to the streets. The 22nd edition is scheduled for July 11 and 12, 2026, at St. Clair Ave. W. &amp; Winona Dr. The free event features food vendors, artisanal stalls, live music, and performances from artists like Abanico Dance Company, Adis Rodriguez, Marta Elena, and Soul2Sole. The full lineup of performances, vendors, and activations is available on the Salsa on St. Clair website.</w:t>
      </w:r>
      <w:r/>
    </w:p>
    <w:p>
      <w:pPr>
        <w:pStyle w:val="ListNumber"/>
        <w:spacing w:line="240" w:lineRule="auto"/>
        <w:ind w:left="720"/>
      </w:pPr>
      <w:r/>
      <w:hyperlink r:id="rId14">
        <w:r>
          <w:rPr>
            <w:color w:val="0000EE"/>
            <w:u w:val="single"/>
          </w:rPr>
          <w:t>https://www.tdsouthasia.com/</w:t>
        </w:r>
      </w:hyperlink>
      <w:r>
        <w:t xml:space="preserve"> - The TD Festival of South Asia is a two-day celebration of South Asian culture in Toronto, taking place on July 11 and 12, 2026, at 1426 Gerrard St. E. The free, family-friendly event brings together rich traditions, music, dance, and food from across the region. Attendees can enjoy musical and dance performances, delicious cuisine, and learn more about South Asian culture.</w:t>
      </w:r>
      <w:r/>
    </w:p>
    <w:p>
      <w:pPr>
        <w:pStyle w:val="ListNumber"/>
        <w:spacing w:line="240" w:lineRule="auto"/>
        <w:ind w:left="720"/>
      </w:pPr>
      <w:r/>
      <w:hyperlink r:id="rId15">
        <w:r>
          <w:rPr>
            <w:color w:val="0000EE"/>
            <w:u w:val="single"/>
          </w:rPr>
          <w:t>https://www.blackhealthalliance.ca/</w:t>
        </w:r>
      </w:hyperlink>
      <w:r>
        <w:t xml:space="preserve"> - The Black Health Alliance is a community-led registered charity in Canada that works to improve the health and well-being of Black communities. They are hosting 'The Bajan Serve' event on July 11, 2026, at Plock Tennis Club in Scarborough. The event focuses on the Barbados sport of road tennis and Caribbean wellness practices, featuring a panel about road tennis, a live match, giveaways, Caribbean food, and more. All proceeds go towards the Black Health Alliance.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wtoronto.com/culture/events-toronto-this-weekend-july-10-12/" TargetMode="External"/><Relationship Id="rId10" Type="http://schemas.openxmlformats.org/officeDocument/2006/relationships/hyperlink" Target="https://toaf.ca/" TargetMode="External"/><Relationship Id="rId11" Type="http://schemas.openxmlformats.org/officeDocument/2006/relationships/hyperlink" Target="https://www.melaninmarket.ca" TargetMode="External"/><Relationship Id="rId12" Type="http://schemas.openxmlformats.org/officeDocument/2006/relationships/hyperlink" Target="https://www.salsaonstclair.com/" TargetMode="External"/><Relationship Id="rId13" Type="http://schemas.openxmlformats.org/officeDocument/2006/relationships/hyperlink" Target="https://www.torontofringe.ca/" TargetMode="External"/><Relationship Id="rId14" Type="http://schemas.openxmlformats.org/officeDocument/2006/relationships/hyperlink" Target="https://www.tdsouthasia.com/" TargetMode="External"/><Relationship Id="rId15" Type="http://schemas.openxmlformats.org/officeDocument/2006/relationships/hyperlink" Target="https://www.blackhealthalliance.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