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Spirit of Stonewall Rally Guide: What to Expect at San Diego Pride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Heads up: San Diego Pride’s Spirit of Stonewall Rally has shifted locations but kept its heart , expect powerful speeches, community awards and a joyful block party kickoff on Friday, July 17, with accessibility details and family-friendly offerings that matter.</w:t>
      </w:r>
      <w:r/>
    </w:p>
    <w:p>
      <w:r/>
      <w:r>
        <w:t>Essential takeaways</w:t>
      </w:r>
      <w:r/>
      <w:r/>
    </w:p>
    <w:p>
      <w:pPr>
        <w:pStyle w:val="ListBullet"/>
        <w:spacing w:line="240" w:lineRule="auto"/>
        <w:ind w:left="720"/>
      </w:pPr>
      <w:r/>
      <w:r>
        <w:rPr>
          <w:b/>
        </w:rPr>
        <w:t>New spot:</w:t>
      </w:r>
      <w:r>
        <w:t xml:space="preserve"> The rally moves across Hillcrest to 535 Robinson Ave near the Brass Rail , close by, familiar feel. </w:t>
      </w:r>
      <w:r/>
    </w:p>
    <w:p>
      <w:pPr>
        <w:pStyle w:val="ListBullet"/>
        <w:spacing w:line="240" w:lineRule="auto"/>
        <w:ind w:left="720"/>
      </w:pPr>
      <w:r/>
      <w:r>
        <w:rPr>
          <w:b/>
        </w:rPr>
        <w:t>Activist focus:</w:t>
      </w:r>
      <w:r>
        <w:t xml:space="preserve"> Keynote and awards spotlight advocacy, including responses to recent attacks on gender-affirming care. </w:t>
      </w:r>
      <w:r/>
    </w:p>
    <w:p>
      <w:pPr>
        <w:pStyle w:val="ListBullet"/>
        <w:spacing w:line="240" w:lineRule="auto"/>
        <w:ind w:left="720"/>
      </w:pPr>
      <w:r/>
      <w:r>
        <w:rPr>
          <w:b/>
        </w:rPr>
        <w:t>Key speakers:</w:t>
      </w:r>
      <w:r>
        <w:t xml:space="preserve"> Hailie Sahar of Pose headlines, with local voices on immigrant rights, press freedom and land acknowledgement. </w:t>
      </w:r>
      <w:r/>
    </w:p>
    <w:p>
      <w:pPr>
        <w:pStyle w:val="ListBullet"/>
        <w:spacing w:line="240" w:lineRule="auto"/>
        <w:ind w:left="720"/>
      </w:pPr>
      <w:r/>
      <w:r>
        <w:rPr>
          <w:b/>
        </w:rPr>
        <w:t>Party follows:</w:t>
      </w:r>
      <w:r>
        <w:t xml:space="preserve"> An all-ages block party and the ARKO Park 21+ afterparty continue the celebration. </w:t>
      </w:r>
      <w:r/>
    </w:p>
    <w:p>
      <w:pPr>
        <w:pStyle w:val="ListBullet"/>
        <w:spacing w:line="240" w:lineRule="auto"/>
        <w:ind w:left="720"/>
      </w:pPr>
      <w:r/>
      <w:r>
        <w:rPr>
          <w:b/>
        </w:rPr>
        <w:t>Accessibility:</w:t>
      </w:r>
      <w:r>
        <w:t xml:space="preserve"> San Diego Pride publishes accessibility info and resources for attendees.</w:t>
      </w:r>
      <w:r/>
      <w:r/>
    </w:p>
    <w:p>
      <w:pPr>
        <w:pStyle w:val="Heading2"/>
      </w:pPr>
      <w:r>
        <w:t>What changed and why the location matters</w:t>
      </w:r>
      <w:r/>
    </w:p>
    <w:p>
      <w:r/>
      <w:r>
        <w:t>San Diego Pride’s weekend kickoff isn’t gone, it’s just shifted a few blocks. With the Pride Plaza and Normal Street Promenade under construction, organisers moved the rally to 535 Robinson Ave., near the Brass Rail. It’s still Hillcrest-rooted, so you’ll recognise the streets, the energy and the skyline , but note the different flagpole situation: the giant Normal Street flag raising won’t close the event this year. For anyone who loves ritual, that’s a small disappointment; for anyone who prioritises the programme, nothing essential is lost.</w:t>
      </w:r>
      <w:r/>
    </w:p>
    <w:p>
      <w:pPr>
        <w:pStyle w:val="Heading2"/>
      </w:pPr>
      <w:r>
        <w:t>An activist rally with a celebratory finish</w:t>
      </w:r>
      <w:r/>
    </w:p>
    <w:p>
      <w:r/>
      <w:r>
        <w:t>This gathering leans into activism more than a parade warm-up normally might. Organisers kept the structure: keynote address, Stonewall awards for activists and organisations, and a host of short but crucial remarks. The lineup reflects heavier themes this year, because the community’s been responding to coordinated attacks targeting trans and nonbinary people. Expect urgency in tone, but the rally ends on a celebratory note as the block party begins , an intentional mix of grief, resistance and joy.</w:t>
      </w:r>
      <w:r/>
    </w:p>
    <w:p>
      <w:pPr>
        <w:pStyle w:val="Heading2"/>
      </w:pPr>
      <w:r>
        <w:t>Speakers to watch , star power and local voices</w:t>
      </w:r>
      <w:r/>
    </w:p>
    <w:p>
      <w:r/>
      <w:r>
        <w:t>Hailie Sahar, known from FX’s Pose, delivers the keynote and brings both celebrity gravitas and lived-experience advocacy on issues like transgender rights and HIV/AIDS. Local voices include a land acknowledgement, a journalist on press freedom and an activist on immigrant rights. That balance of national name and community leaders keeps the event grounded: it’s as much about street-level organising as it is about visibility on screen.</w:t>
      </w:r>
      <w:r/>
    </w:p>
    <w:p>
      <w:pPr>
        <w:pStyle w:val="Heading2"/>
      </w:pPr>
      <w:r>
        <w:t>Why the awards matter this year</w:t>
      </w:r>
      <w:r/>
    </w:p>
    <w:p>
      <w:r/>
      <w:r>
        <w:t>The Stonewall honours aren’t trophies , they’re acknowledgements of local work in a tense moment. Many recipients helped organise, document or legally challenge developments like the Rady Children’s Hospital gender-affirming care clinic closure, or they provide direct services and safe spaces. If you want to understand who’s doing the heavy lifting in San Diego’s LGBTQ+ scene, the awards are a live directory: photographers, archivists, clinicians, therapists and faith groups all feature.</w:t>
      </w:r>
      <w:r/>
    </w:p>
    <w:p>
      <w:pPr>
        <w:pStyle w:val="Heading2"/>
      </w:pPr>
      <w:r>
        <w:t>Practical tips for attendees</w:t>
      </w:r>
      <w:r/>
    </w:p>
    <w:p>
      <w:r/>
      <w:r>
        <w:t>Arrive early to find spots and get settled; the rally starts at 6pm and the block party follows immediately. If you need accessibility accommodations or sensory supports, check the Pride accessibility page before you go , organisers publish details to help everyone participate. Families will find the all-ages rally welcoming, while the ARKO Park afterparty remains 21+ and free to enter. Bring water, wear comfy shoes and be ready for a mix of speeches and music.</w:t>
      </w:r>
      <w:r/>
    </w:p>
    <w:p>
      <w:r/>
      <w:r>
        <w:t>It's a small change of address with the same big purpose: show up, listen, celebrate and support the people doing the work.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9">
        <w:r>
          <w:rPr>
            <w:color w:val="0000EE"/>
            <w:u w:val="single"/>
          </w:rPr>
          <w:t>[1]</w:t>
        </w:r>
      </w:hyperlink>
      <w:r>
        <w:t xml:space="preserve">- Paragraph 4: </w:t>
      </w:r>
      <w:hyperlink r:id="rId13">
        <w:r>
          <w:rPr>
            <w:color w:val="0000EE"/>
            <w:u w:val="single"/>
          </w:rPr>
          <w:t>[3]</w:t>
        </w:r>
      </w:hyperlink>
      <w:r>
        <w:t xml:space="preserve">, </w:t>
      </w:r>
      <w:hyperlink r:id="rId9">
        <w:r>
          <w:rPr>
            <w:color w:val="0000EE"/>
            <w:u w:val="single"/>
          </w:rPr>
          <w:t>[1]</w:t>
        </w:r>
      </w:hyperlink>
      <w:r>
        <w:t xml:space="preserve">- Paragraph 5: </w:t>
      </w:r>
      <w:hyperlink r:id="rId14">
        <w:r>
          <w:rPr>
            <w:color w:val="0000EE"/>
            <w:u w:val="single"/>
          </w:rPr>
          <w:t>[7]</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https://timesofsandiego.com/san-diego-events/2026/07/09/spirit-stonewall-rally-pose-keynote/</w:t>
        </w:r>
      </w:hyperlink>
      <w:r>
        <w:t xml:space="preserve"> - Please view link - unable to able to access data</w:t>
      </w:r>
      <w:r/>
    </w:p>
    <w:p>
      <w:pPr>
        <w:pStyle w:val="ListNumber"/>
        <w:spacing w:line="240" w:lineRule="auto"/>
        <w:ind w:left="720"/>
      </w:pPr>
      <w:r/>
      <w:hyperlink r:id="rId10">
        <w:r>
          <w:rPr>
            <w:color w:val="0000EE"/>
            <w:u w:val="single"/>
          </w:rPr>
          <w:t>https://sdpride.org/rally-2026/</w:t>
        </w:r>
      </w:hyperlink>
      <w:r>
        <w:t xml:space="preserve"> - The Spirit of Stonewall Rally is a cornerstone event of San Diego Pride, honouring leaders who preserve LGBTQ+ rights and addressing pressing community issues. Scheduled for 6 p.m. on Friday, July 17, 2026, at 535 Robinson Ave, the rally features keynote speaker Hailie Sahar, known for her role in 'Pose', and includes addresses by J’nyka Faulkner, Bella Ross, and Ana Hernández. The event is free and open to the public, with an accessible seating area available.</w:t>
      </w:r>
      <w:r/>
    </w:p>
    <w:p>
      <w:pPr>
        <w:pStyle w:val="ListNumber"/>
        <w:spacing w:line="240" w:lineRule="auto"/>
        <w:ind w:left="720"/>
      </w:pPr>
      <w:r/>
      <w:hyperlink r:id="rId13">
        <w:r>
          <w:rPr>
            <w:color w:val="0000EE"/>
            <w:u w:val="single"/>
          </w:rPr>
          <w:t>https://sdpride.org/2026-spirit-of-stonewall-awards/</w:t>
        </w:r>
      </w:hyperlink>
      <w:r>
        <w:t xml:space="preserve"> - San Diego Pride's 2026 Spirit of Stonewall Awards recognise outstanding contributions to the LGBTQ+ community. Honorees include Jackie Han (Champion of Pride), ACLU of San Diego &amp; Imperial Counties, Impact Fund, National Center for LGBT Rights, Tom Homann LGBTQ+ Law Association, Transgender Rights Project, and Western Center on Law and Poverty (Community Grand Marshal), among others. The awards ceremony is part of the Spirit of Stonewall Rally on July 17, 2026.</w:t>
      </w:r>
      <w:r/>
    </w:p>
    <w:p>
      <w:pPr>
        <w:pStyle w:val="ListNumber"/>
        <w:spacing w:line="240" w:lineRule="auto"/>
        <w:ind w:left="720"/>
      </w:pPr>
      <w:r/>
      <w:hyperlink r:id="rId15">
        <w:r>
          <w:rPr>
            <w:color w:val="0000EE"/>
            <w:u w:val="single"/>
          </w:rPr>
          <w:t>https://sdpride.org/pride/</w:t>
        </w:r>
      </w:hyperlink>
      <w:r>
        <w:t xml:space="preserve"> - San Diego Pride 2026 spans from July 11 to July 19, featuring events like the Dyke March, Light up the Cathedral, Spirit of Stonewall Rally, Parade, Pride 5K Run &amp; Walk, and the Festival. The Spirit of Stonewall Rally, scheduled for July 17, 2026, at 6 p.m., is a key event honouring LGBTQ+ leaders and addressing community issues.</w:t>
      </w:r>
      <w:r/>
    </w:p>
    <w:p>
      <w:pPr>
        <w:pStyle w:val="ListNumber"/>
        <w:spacing w:line="240" w:lineRule="auto"/>
        <w:ind w:left="720"/>
      </w:pPr>
      <w:r/>
      <w:hyperlink r:id="rId12">
        <w:r>
          <w:rPr>
            <w:color w:val="0000EE"/>
            <w:u w:val="single"/>
          </w:rPr>
          <w:t>https://www.fabuloushillcrest.com/events-pride/sdpridespiritofstonewallrally</w:t>
        </w:r>
      </w:hyperlink>
      <w:r>
        <w:t xml:space="preserve"> - The Spirit of Stonewall Rally, part of San Diego Pride, is scheduled for Friday, July 17, 2026, from 6:00 PM to 7:30 PM at The Brass Rail, 535 Robinson Ave, San Diego, CA 92103. The event honours leaders preserving LGBTQ+ rights and addresses pressing community issues. Keynote speaker Hailie Sahar, known for her role in 'Pose', will be featured, along with speakers J’nyka Faulkner, Bella Ross, and Ana Hernández.</w:t>
      </w:r>
      <w:r/>
    </w:p>
    <w:p>
      <w:pPr>
        <w:pStyle w:val="ListNumber"/>
        <w:spacing w:line="240" w:lineRule="auto"/>
        <w:ind w:left="720"/>
      </w:pPr>
      <w:r/>
      <w:hyperlink r:id="rId11">
        <w:r>
          <w:rPr>
            <w:color w:val="0000EE"/>
            <w:u w:val="single"/>
          </w:rPr>
          <w:t>https://www.sandiego.org/events-festivals/spirit-of-stonewall-rally/c39611d94ef111f1a7f2</w:t>
        </w:r>
      </w:hyperlink>
      <w:r>
        <w:t xml:space="preserve"> - The Spirit of Stonewall Rally, part of San Diego Pride, is scheduled for July 17, 2026, from 6:00 PM to 7:00 PM at Pride Plaza, 1500 University Ave, San Diego, CA 92103. The event commemorates the historic Stonewall Riots and features powerful speakers, live music, and a colourful parade, drawing an anticipated attendance of over 30,000 attendees.</w:t>
      </w:r>
      <w:r/>
    </w:p>
    <w:p>
      <w:pPr>
        <w:pStyle w:val="ListNumber"/>
        <w:spacing w:line="240" w:lineRule="auto"/>
        <w:ind w:left="720"/>
      </w:pPr>
      <w:r/>
      <w:hyperlink r:id="rId14">
        <w:r>
          <w:rPr>
            <w:color w:val="0000EE"/>
            <w:u w:val="single"/>
          </w:rPr>
          <w:t>https://sdpride.org/accessibility/stonewall-rally/</w:t>
        </w:r>
      </w:hyperlink>
      <w:r>
        <w:t xml:space="preserve"> - The Spirit of Stonewall Rally, scheduled for Friday, July 18, 2025, from 6-7 PM at University Ave. &amp; Herbert St., near the Hillcrest Pride Flag (1500 University Ave, San Diego, CA 92103), is free and open to the public. An accessible seating area is available in the front, with limited additional seating on a first-come, first-served basis. The event includes an awards ceremony, speeches, and performances.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san-diego-events/2026/07/09/spirit-stonewall-rally-pose-keynote/" TargetMode="External"/><Relationship Id="rId10" Type="http://schemas.openxmlformats.org/officeDocument/2006/relationships/hyperlink" Target="https://sdpride.org/rally-2026/" TargetMode="External"/><Relationship Id="rId11" Type="http://schemas.openxmlformats.org/officeDocument/2006/relationships/hyperlink" Target="https://www.sandiego.org/events-festivals/spirit-of-stonewall-rally/c39611d94ef111f1a7f2" TargetMode="External"/><Relationship Id="rId12" Type="http://schemas.openxmlformats.org/officeDocument/2006/relationships/hyperlink" Target="https://www.fabuloushillcrest.com/events-pride/sdpridespiritofstonewallrally" TargetMode="External"/><Relationship Id="rId13" Type="http://schemas.openxmlformats.org/officeDocument/2006/relationships/hyperlink" Target="https://sdpride.org/2026-spirit-of-stonewall-awards/" TargetMode="External"/><Relationship Id="rId14" Type="http://schemas.openxmlformats.org/officeDocument/2006/relationships/hyperlink" Target="https://sdpride.org/accessibility/stonewall-rally/" TargetMode="External"/><Relationship Id="rId15" Type="http://schemas.openxmlformats.org/officeDocument/2006/relationships/hyperlink" Target="https://sdpride.org/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