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Sapphic Shore Hanlan’s Point Guide: What to Expect at the BIPOC Sapphic Beach 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heading to the islands for connection , Sapphic Shore returns to Hanlan’s Point as a free, community-led BIPOC sapphic beach day that’s all about belonging, accessibility and simple summer fun for women, Trans, non-binary and Two-Spirit people who identify as sapphic.</w:t>
      </w:r>
      <w:r/>
    </w:p>
    <w:p>
      <w:r/>
      <w:r>
        <w:t>Essential takeaways</w:t>
      </w:r>
      <w:r/>
      <w:r/>
    </w:p>
    <w:p>
      <w:pPr>
        <w:pStyle w:val="ListBullet"/>
        <w:spacing w:line="240" w:lineRule="auto"/>
        <w:ind w:left="720"/>
      </w:pPr>
      <w:r/>
      <w:r>
        <w:rPr>
          <w:b/>
        </w:rPr>
        <w:t>Who it’s for:</w:t>
      </w:r>
      <w:r>
        <w:t xml:space="preserve"> Aims specifically at people who identify as both BIPOC and sapphic, including women, Trans, non-binary and Two‑Spirit folks. </w:t>
      </w:r>
      <w:r/>
    </w:p>
    <w:p>
      <w:pPr>
        <w:pStyle w:val="ListBullet"/>
        <w:spacing w:line="240" w:lineRule="auto"/>
        <w:ind w:left="720"/>
      </w:pPr>
      <w:r/>
      <w:r>
        <w:rPr>
          <w:b/>
        </w:rPr>
        <w:t>When and where:</w:t>
      </w:r>
      <w:r>
        <w:t xml:space="preserve"> Runs from late morning until sunset at Hanlan’s Point beach, Trail 4 near the flagpole. </w:t>
      </w:r>
      <w:r/>
    </w:p>
    <w:p>
      <w:pPr>
        <w:pStyle w:val="ListBullet"/>
        <w:spacing w:line="240" w:lineRule="auto"/>
        <w:ind w:left="720"/>
      </w:pPr>
      <w:r/>
      <w:r>
        <w:rPr>
          <w:b/>
        </w:rPr>
        <w:t>What to expect:</w:t>
      </w:r>
      <w:r>
        <w:t xml:space="preserve"> Low-key hanging out , swimming, chatting, relaxing , with complimentary tickets available for those who need help getting there. </w:t>
      </w:r>
      <w:r/>
    </w:p>
    <w:p>
      <w:pPr>
        <w:pStyle w:val="ListBullet"/>
        <w:spacing w:line="240" w:lineRule="auto"/>
        <w:ind w:left="720"/>
      </w:pPr>
      <w:r/>
      <w:r>
        <w:rPr>
          <w:b/>
        </w:rPr>
        <w:t>Why it matters:</w:t>
      </w:r>
      <w:r>
        <w:t xml:space="preserve"> Created because many Toronto queer spaces still skew white and male; this is a by-and-for safe space. </w:t>
      </w:r>
      <w:r/>
    </w:p>
    <w:p>
      <w:pPr>
        <w:pStyle w:val="ListBullet"/>
        <w:spacing w:line="240" w:lineRule="auto"/>
        <w:ind w:left="720"/>
      </w:pPr>
      <w:r/>
      <w:r>
        <w:rPr>
          <w:b/>
        </w:rPr>
        <w:t>Simple vibe:</w:t>
      </w:r>
      <w:r>
        <w:t xml:space="preserve"> No big performances , think picnic rugs, sunscreen, new friends and a quiet reclamation of a historic queer spot.</w:t>
      </w:r>
      <w:r/>
      <w:r/>
    </w:p>
    <w:p>
      <w:pPr>
        <w:pStyle w:val="Heading2"/>
      </w:pPr>
      <w:r>
        <w:t>A calm, deliberate alternative to nightlife: the opening hook</w:t>
      </w:r>
      <w:r/>
    </w:p>
    <w:p>
      <w:r/>
      <w:r>
        <w:t>Sapphic Shore is deliberately uncomplicated: arrive, swim if you like, meet people and feel seen. Organisers Zoë David‑Delves and Gabriella Coto Fernandez launched BIPOC Sapphics Hanlan’s in 2025 after noticing that many of Toronto’s queer hangouts felt white‑centric and male‑dominated. They wanted a beach day that feels warm, not performative , soft towels, sunblock, real conversation.</w:t>
      </w:r>
      <w:r/>
    </w:p>
    <w:p>
      <w:pPr>
        <w:pStyle w:val="Heading2"/>
      </w:pPr>
      <w:r>
        <w:t>Why Hanlan’s Point? The history you can feel underfoot</w:t>
      </w:r>
      <w:r/>
    </w:p>
    <w:p>
      <w:r/>
      <w:r>
        <w:t>Hanlan’s Point has long been woven into Toronto’s 2SLGBTQIA+ story; the city’s first “Gay Day Picnic” in 1971 started conversations that rippled into national organising. That legacy matters to modern organisers who want to reclaim the space for those who've been sidelined. When you stand on that sand, you’re standing where generations of queer people organised, rested and resisted.</w:t>
      </w:r>
      <w:r/>
    </w:p>
    <w:p>
      <w:pPr>
        <w:pStyle w:val="Heading2"/>
      </w:pPr>
      <w:r>
        <w:t>Who runs it and what they say about exclusivity</w:t>
      </w:r>
      <w:r/>
    </w:p>
    <w:p>
      <w:r/>
      <w:r>
        <w:t>David‑Delves and Coto Fernandez set up the group to make sure sapphics of colour have a place where they’re not the only ones in the room. They’re clear: “by and for” events aren’t segregation , they’re about comfort, community and access. Expect a welcoming policy: anyone who identifies as both BIPOC and sapphic is invited, and organisers explicitly include Trans and gender‑diverse identities under that umbrella.</w:t>
      </w:r>
      <w:r/>
    </w:p>
    <w:p>
      <w:pPr>
        <w:pStyle w:val="Heading2"/>
      </w:pPr>
      <w:r>
        <w:t>How the day works , practical tips and access notes</w:t>
      </w:r>
      <w:r/>
    </w:p>
    <w:p>
      <w:r/>
      <w:r>
        <w:t>The event is part of the larger Coast &amp; Colour takeover at Hanlan’s, but Sapphic Shore keeps programming light. If you’re going, bring sun protection, a portable chair or blanket, water and some snacks. Tickets are free; if transit or ferry costs are a barrier, ask organisers about complimentary passes. For groups, plan a meeting spot near the Trail 4 flagpole so you don’t spend the day hunting each other down.</w:t>
      </w:r>
      <w:r/>
    </w:p>
    <w:p>
      <w:pPr>
        <w:pStyle w:val="Heading2"/>
      </w:pPr>
      <w:r>
        <w:t>Why it matters for Toronto’s queer scene today</w:t>
      </w:r>
      <w:r/>
    </w:p>
    <w:p>
      <w:r/>
      <w:r>
        <w:t>There’s a broader shift in queer community life toward creating spaces that centre marginalised voices. Sapphic Shore is small but symbolic: it offers a model for how events can be both celebratory and thoughtfully inclusive. For attendees it’s a chance to see themselves reflected in the crowd , and for the city, it’s another chapter in Hanlan’s ongoing story as a place of refuge and resistance.</w:t>
      </w:r>
      <w:r/>
    </w:p>
    <w:p>
      <w:r/>
      <w:r>
        <w:t>It's a small change that can make every beach day feel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1">
        <w:r>
          <w:rPr>
            <w:color w:val="0000EE"/>
            <w:u w:val="single"/>
          </w:rPr>
          <w:t>[4]</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https://nowtoronto.com/featured/toronto-hanlans-point-bipoc-sapphic-shore-beach-day/</w:t>
        </w:r>
      </w:hyperlink>
      <w:r>
        <w:t xml:space="preserve"> - Please view link - unable to able to access data</w:t>
      </w:r>
      <w:r/>
    </w:p>
    <w:p>
      <w:pPr>
        <w:pStyle w:val="ListNumber"/>
        <w:spacing w:line="240" w:lineRule="auto"/>
        <w:ind w:left="720"/>
      </w:pPr>
      <w:r/>
      <w:hyperlink r:id="rId10">
        <w:r>
          <w:rPr>
            <w:color w:val="0000EE"/>
            <w:u w:val="single"/>
          </w:rPr>
          <w:t>https://www.yohomo.ca/event/coast-colour-sapphic-shore-2</w:t>
        </w:r>
      </w:hyperlink>
      <w:r>
        <w:t xml:space="preserve"> - Coast &amp; Colour &amp; Sapphic Shore is a free event held on July 4, 2026, at Hanlan's Point Beach in Toronto. Organised by various QTBIPOC community groups, it offers a space for attendees to gather, unwind, and celebrate by the water. The event includes free ferry rides, community-led activities, and music throughout the day, aiming to create a welcoming and respectful environment for everyone sharing the space. The focus is on building community and enjoying the beach together.</w:t>
      </w:r>
      <w:r/>
    </w:p>
    <w:p>
      <w:pPr>
        <w:pStyle w:val="ListNumber"/>
        <w:spacing w:line="240" w:lineRule="auto"/>
        <w:ind w:left="720"/>
      </w:pPr>
      <w:r/>
      <w:hyperlink r:id="rId13">
        <w:r>
          <w:rPr>
            <w:color w:val="0000EE"/>
            <w:u w:val="single"/>
          </w:rPr>
          <w:t>https://www.yohomo.ca/event/lez-beach</w:t>
        </w:r>
      </w:hyperlink>
      <w:r>
        <w:t xml:space="preserve"> - Lez Beach is a free event scheduled for August 31, 2026, at Hanlan's Point Beach in Toronto. The gathering aims to reclaim space for lesbians, dykes, sapphics, and queer womxn at Canada's oldest queer space. Attendees are encouraged to bring friends and enjoy a relaxed atmosphere. The event is organised by local community members and emphasises inclusivity and safety, with a zero-tolerance policy for harassment and discrimination.</w:t>
      </w:r>
      <w:r/>
    </w:p>
    <w:p>
      <w:pPr>
        <w:pStyle w:val="ListNumber"/>
        <w:spacing w:line="240" w:lineRule="auto"/>
        <w:ind w:left="720"/>
      </w:pPr>
      <w:r/>
      <w:hyperlink r:id="rId11">
        <w:r>
          <w:rPr>
            <w:color w:val="0000EE"/>
            <w:u w:val="single"/>
          </w:rPr>
          <w:t>https://www.hanlans.ca/</w:t>
        </w:r>
      </w:hyperlink>
      <w:r>
        <w:t xml:space="preserve"> - Hanlan's Point Beach is a public, clothing-optional beach located on Toronto Island. Recognised as Canada's oldest surviving queer space, it has been a gathering place for the LGBTQ+ community for nearly a century. The beach offers a relaxed environment with soft, clean sand and is popular for sunset watching. Lifeguards are on duty during peak season, and the area is known for its LGBTQ-friendly atmosphere.</w:t>
      </w:r>
      <w:r/>
    </w:p>
    <w:p>
      <w:pPr>
        <w:pStyle w:val="ListNumber"/>
        <w:spacing w:line="240" w:lineRule="auto"/>
        <w:ind w:left="720"/>
      </w:pPr>
      <w:r/>
      <w:hyperlink r:id="rId12">
        <w:r>
          <w:rPr>
            <w:color w:val="0000EE"/>
            <w:u w:val="single"/>
          </w:rPr>
          <w:t>https://www.flauntitmovement.ca/</w:t>
        </w:r>
      </w:hyperlink>
      <w:r>
        <w:t xml:space="preserve"> - Flaunt It Movement is an organisation serving 2SLGBTQ+ BIPOC women and gender-diverse individuals. Comprising queer racialised low-income women and non-binary youth artists, activists, scholars, and entrepreneurs aged 18-24, the group is committed to dismantling barriers faced by marginalised youth. They focus on empowering young people and creating pathways for their growth, demonstrating leadership through an extraordinary commitment to the community.</w:t>
      </w:r>
      <w:r/>
    </w:p>
    <w:p>
      <w:pPr>
        <w:pStyle w:val="ListNumber"/>
        <w:spacing w:line="240" w:lineRule="auto"/>
        <w:ind w:left="720"/>
      </w:pPr>
      <w:r/>
      <w:hyperlink r:id="rId14">
        <w:r>
          <w:rPr>
            <w:color w:val="0000EE"/>
            <w:u w:val="single"/>
          </w:rPr>
          <w:t>https://www.everydaybeautybar.ca/</w:t>
        </w:r>
      </w:hyperlink>
      <w:r>
        <w:t xml:space="preserve"> - Everyday Beauty Bar is a BIPOC-owned, women-owned, and LGBTQ-owned beauty bar located in Toronto. As a mother-daughter team, they offer a range of luxurious services tailored to enhance natural beauty and rejuvenate the mind, body, and soul. The beauty bar provides an inclusive environment for all, embodying a holistic approach to self-care that encompasses both appearance and well-being.</w:t>
      </w:r>
      <w:r/>
    </w:p>
    <w:p>
      <w:pPr>
        <w:pStyle w:val="ListNumber"/>
        <w:spacing w:line="240" w:lineRule="auto"/>
        <w:ind w:left="720"/>
      </w:pPr>
      <w:r/>
      <w:hyperlink r:id="rId15">
        <w:r>
          <w:rPr>
            <w:color w:val="0000EE"/>
            <w:u w:val="single"/>
          </w:rPr>
          <w:t>https://www.liveationshub.com/</w:t>
        </w:r>
      </w:hyperlink>
      <w:r>
        <w:t xml:space="preserve"> - Liveations Hub is an organisation aiming to foster inclusivity, empowerment, and visibility for marginalised communities within Toronto's vibrant arts scene. They provide a platform where LGBTQ+ and BIPOC artists can express themselves freely and connect with audiences who appreciate their unique perspectives. Liveations brings an immersive experience featuring musical performances, collaborative music sessions, and networking opportunities, supporting the growth and vitality of the creative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wtoronto.com/featured/toronto-hanlans-point-bipoc-sapphic-shore-beach-day/" TargetMode="External"/><Relationship Id="rId10" Type="http://schemas.openxmlformats.org/officeDocument/2006/relationships/hyperlink" Target="https://www.yohomo.ca/event/coast-colour-sapphic-shore-2" TargetMode="External"/><Relationship Id="rId11" Type="http://schemas.openxmlformats.org/officeDocument/2006/relationships/hyperlink" Target="https://www.hanlans.ca/" TargetMode="External"/><Relationship Id="rId12" Type="http://schemas.openxmlformats.org/officeDocument/2006/relationships/hyperlink" Target="https://www.flauntitmovement.ca/" TargetMode="External"/><Relationship Id="rId13" Type="http://schemas.openxmlformats.org/officeDocument/2006/relationships/hyperlink" Target="https://www.yohomo.ca/event/lez-beach" TargetMode="External"/><Relationship Id="rId14" Type="http://schemas.openxmlformats.org/officeDocument/2006/relationships/hyperlink" Target="https://www.everydaybeautybar.ca/" TargetMode="External"/><Relationship Id="rId15" Type="http://schemas.openxmlformats.org/officeDocument/2006/relationships/hyperlink" Target="https://www.liveationshub.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