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San Francisco LGBTQ+ Guide: Where History, Culture and Pride Meet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Discover why visitors and locals alike keep returning to San Francisco for queer history, culture and year-round celebrations , from the GLBT Historical Society’s treasures to Frameline premieres, community brunches and the city’s unmissable Pride weekend. Practical tips included for first-time visitors.</w:t>
      </w:r>
      <w:r/>
    </w:p>
    <w:p>
      <w:r/>
      <w:r>
        <w:t>Essential Takeaways</w:t>
      </w:r>
      <w:r/>
      <w:r/>
    </w:p>
    <w:p>
      <w:pPr>
        <w:pStyle w:val="ListBullet"/>
        <w:spacing w:line="240" w:lineRule="auto"/>
        <w:ind w:left="720"/>
      </w:pPr>
      <w:r/>
      <w:r>
        <w:rPr>
          <w:b/>
        </w:rPr>
        <w:t>Must-see museum:</w:t>
      </w:r>
      <w:r>
        <w:t xml:space="preserve"> The GLBT Historical Society Museum in the Castro houses photos, artefacts and a section of the original Rainbow Flag , great for history lovers and easy to spend an hour or two. </w:t>
      </w:r>
      <w:r/>
    </w:p>
    <w:p>
      <w:pPr>
        <w:pStyle w:val="ListBullet"/>
        <w:spacing w:line="240" w:lineRule="auto"/>
        <w:ind w:left="720"/>
      </w:pPr>
      <w:r/>
      <w:r>
        <w:rPr>
          <w:b/>
        </w:rPr>
        <w:t>Film culture:</w:t>
      </w:r>
      <w:r>
        <w:t xml:space="preserve"> Frameline runs the world’s longest‑running LGBTQ+ film festival each June, screening premieres in the restored Castro Theatre and hosting lively parties. </w:t>
      </w:r>
      <w:r/>
    </w:p>
    <w:p>
      <w:pPr>
        <w:pStyle w:val="ListBullet"/>
        <w:spacing w:line="240" w:lineRule="auto"/>
        <w:ind w:left="720"/>
      </w:pPr>
      <w:r/>
      <w:r>
        <w:rPr>
          <w:b/>
        </w:rPr>
        <w:t>Local faces matter:</w:t>
      </w:r>
      <w:r>
        <w:t xml:space="preserve"> Community figures like San Francisco’s Drag Laureate bring history to life through education, events and storytelling. </w:t>
      </w:r>
      <w:r/>
    </w:p>
    <w:p>
      <w:pPr>
        <w:pStyle w:val="ListBullet"/>
        <w:spacing w:line="240" w:lineRule="auto"/>
        <w:ind w:left="720"/>
      </w:pPr>
      <w:r/>
      <w:r>
        <w:rPr>
          <w:b/>
        </w:rPr>
        <w:t>Where to eat and sleep:</w:t>
      </w:r>
      <w:r>
        <w:t xml:space="preserve"> Stylish stays like The Jay put you centrally located, while restaurants such as Bosco and Alora offer standout meals after a day of museums and screenings. </w:t>
      </w:r>
      <w:r/>
    </w:p>
    <w:p>
      <w:pPr>
        <w:pStyle w:val="ListBullet"/>
        <w:spacing w:line="240" w:lineRule="auto"/>
        <w:ind w:left="720"/>
      </w:pPr>
      <w:r/>
      <w:r>
        <w:rPr>
          <w:b/>
        </w:rPr>
        <w:t>Pride experience:</w:t>
      </w:r>
      <w:r>
        <w:t xml:space="preserve"> Pride weekend centres on Market Street with parades, grassroots marches and neighbourhood celebrations , expect crowds, big energy, and lots to explore.</w:t>
      </w:r>
      <w:r/>
      <w:r/>
    </w:p>
    <w:p>
      <w:pPr>
        <w:pStyle w:val="Heading2"/>
      </w:pPr>
      <w:r>
        <w:t>Start with the city’s living history , the GLBT Historical Society Museum</w:t>
      </w:r>
      <w:r/>
    </w:p>
    <w:p>
      <w:r/>
      <w:r>
        <w:t>Begin in the Castro, where a quiet walk can turn into an emotional, sensory experience surrounded by photographs and personal objects. The museum’s permanent exhibition traces more than a century of queer life in San Francisco and includes a section of Gilbert Baker’s original Rainbow Flag, which feels unexpectedly powerful in person. According to the museum, it’s also growing: public funding and plans for a larger permanent home mean more exhibitions and programmes are on the way, so visits now capture a moment in an ongoing story. Tip: combine a museum morning with a stroll down Castro Street to see the local shops and community spaces that still operate as gathering points.</w:t>
      </w:r>
      <w:r/>
    </w:p>
    <w:p>
      <w:pPr>
        <w:pStyle w:val="Heading2"/>
      </w:pPr>
      <w:r>
        <w:t>Watch queer cinema where it matters , Frameline and the Castro Theatre</w:t>
      </w:r>
      <w:r/>
    </w:p>
    <w:p>
      <w:r/>
      <w:r>
        <w:t>If you time your trip for June, Frameline turns the city into a global queer cinema hub with premieres, retrospectives and lively post‑screening events at the iconic Castro Theatre. Frameline has been championing queer filmmakers for decades, so screenings often feel like a conversation between generations. Even outside festival season, keep an eye on Frameline’s calendar; many community screenings and events pop up year‑round. For a cinematic evening, book early for Castro Theatre showings , they sell out for big premieres and community favourites.</w:t>
      </w:r>
      <w:r/>
    </w:p>
    <w:p>
      <w:pPr>
        <w:pStyle w:val="Heading2"/>
      </w:pPr>
      <w:r>
        <w:t>Meet the people who make the city sing</w:t>
      </w:r>
      <w:r/>
    </w:p>
    <w:p>
      <w:r/>
      <w:r>
        <w:t>San Francisco’s culture is threaded through the people who show up for it: performers, activists, artists and community organisers. Meeting locals like the Drag Laureate offers a glimpse into how performance, education and activism overlap in everyday life. Brunches, story hours and library events are often public or low‑cost and give a warm, human view of the city beyond tourist highlights. A casual chat with a bartender, a docent, or a performer can uncover little‑known neighbourhood stories you won’t find in guidebooks.</w:t>
      </w:r>
      <w:r/>
    </w:p>
    <w:p>
      <w:pPr>
        <w:pStyle w:val="Heading2"/>
      </w:pPr>
      <w:r>
        <w:t>Where to stay and eat , places with character and convenience</w:t>
      </w:r>
      <w:r/>
    </w:p>
    <w:p>
      <w:r/>
      <w:r>
        <w:t>For central stays that balance design with access, hotels such as The Jay offer skyline views and easy access to museums, theatres and transit. The hotel’s restaurants and nearby dining options make it easy to plan low‑stress evenings after long days of exploring. When it comes to food, neighbourhood restaurants serve seasonal, comforting plates , think wood‑fired pastas at Bosco in SoMa or Mediterranean sharing plates with a view at Alora. Book ahead for weekend dinners, and save room for coffee and pastry stops in the Castro and Mission.</w:t>
      </w:r>
      <w:r/>
    </w:p>
    <w:p>
      <w:pPr>
        <w:pStyle w:val="Heading2"/>
      </w:pPr>
      <w:r>
        <w:t>Experience Pride the local way , parades, marches and neighbourhood events</w:t>
      </w:r>
      <w:r/>
    </w:p>
    <w:p>
      <w:r/>
      <w:r>
        <w:t>Pride in San Francisco is big and joyful, but it’s also civic and political. The main parade down Market Street is a spectacle of floats and performers, while the Trans March and Dyke March foreground activism and community visibility. Plan logistics: public transport is the best way to move around, and arrive early for seats or good viewing spots. Check community calendars for grassroots events , they often offer the most meaningful encounters and the clearest sense of continuity between past and present.</w:t>
      </w:r>
      <w:r/>
    </w:p>
    <w:p>
      <w:r/>
      <w:r>
        <w:t>Closing line It’s a city where queer history is everywhere you turn , so wander, listen, taste and let San Francisco surprise you.</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1">
        <w:r>
          <w:rPr>
            <w:color w:val="0000EE"/>
            <w:u w:val="single"/>
          </w:rPr>
          <w:t>[3]</w:t>
        </w:r>
      </w:hyperlink>
      <w:r>
        <w:t xml:space="preserve">, </w:t>
      </w:r>
      <w:hyperlink r:id="rId11">
        <w:r>
          <w:rPr>
            <w:color w:val="0000EE"/>
            <w:u w:val="single"/>
          </w:rPr>
          <w:t>[5]</w:t>
        </w:r>
      </w:hyperlink>
      <w:r>
        <w:t xml:space="preserve">- Paragraph 3: </w:t>
      </w:r>
      <w:hyperlink r:id="rId11">
        <w:r>
          <w:rPr>
            <w:color w:val="0000EE"/>
            <w:u w:val="single"/>
          </w:rPr>
          <w:t>[6]</w:t>
        </w:r>
      </w:hyperlink>
      <w:r>
        <w:t xml:space="preserve">, </w:t>
      </w:r>
      <w:hyperlink r:id="rId11">
        <w:r>
          <w:rPr>
            <w:color w:val="0000EE"/>
            <w:u w:val="single"/>
          </w:rPr>
          <w:t>[7]</w:t>
        </w:r>
      </w:hyperlink>
      <w:r>
        <w:t xml:space="preserve">- Paragraph 4: </w:t>
      </w:r>
      <w:hyperlink r:id="rId10">
        <w:r>
          <w:rPr>
            <w:color w:val="0000EE"/>
            <w:u w:val="single"/>
          </w:rPr>
          <w:t>[2]</w:t>
        </w:r>
      </w:hyperlink>
      <w:r>
        <w:t xml:space="preserve">, </w:t>
      </w:r>
      <w:hyperlink r:id="rId11">
        <w:r>
          <w:rPr>
            <w:color w:val="0000EE"/>
            <w:u w:val="single"/>
          </w:rPr>
          <w:t>[3]</w:t>
        </w:r>
      </w:hyperlink>
      <w:r>
        <w:t xml:space="preserve">- Paragraph 5: </w:t>
      </w:r>
      <w:hyperlink r:id="rId11">
        <w:r>
          <w:rPr>
            <w:color w:val="0000EE"/>
            <w:u w:val="single"/>
          </w:rPr>
          <w:t>[4]</w:t>
        </w:r>
      </w:hyperlink>
      <w:r>
        <w:t xml:space="preserve">, </w:t>
      </w:r>
      <w:hyperlink r:id="rId11">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https://gayety.com/the-ultimate-lgbtq-guide-san-francisco</w:t>
        </w:r>
      </w:hyperlink>
      <w:r>
        <w:t xml:space="preserve"> - Please view link - unable to able to access data</w:t>
      </w:r>
      <w:r/>
    </w:p>
    <w:p>
      <w:pPr>
        <w:pStyle w:val="ListNumber"/>
        <w:spacing w:line="240" w:lineRule="auto"/>
        <w:ind w:left="720"/>
      </w:pPr>
      <w:r/>
      <w:hyperlink r:id="rId10">
        <w:r>
          <w:rPr>
            <w:color w:val="0000EE"/>
            <w:u w:val="single"/>
          </w:rPr>
          <w:t>https://www.glbthistory.org/museum-about-visitor-info</w:t>
        </w:r>
      </w:hyperlink>
      <w:r>
        <w:t xml:space="preserve"> - The GLBT Historical Society Museum, located in San Francisco's Castro District, is the first stand-alone museum in the United States dedicated to LGBTQ+ history and culture. Open since January 2011, it showcases a vast collection of photographs, personal artifacts, and documents spanning over a century of queer life in San Francisco. The museum's permanent exhibition, 'Queer Past Becomes Present,' features a segment of the original Rainbow Flag, designed in 1978 by artist and activist Gilbert Baker. The museum is currently planning a larger permanent home in the Castro, with an $18 million commitment from the City of San Francisco and the State of California to expand exhibitions and programming. Admission is $10 for general visitors, with discounted rates for youth, seniors, students, teachers, active-duty military, and people with disabilities. Children under 12 enter free, and members enjoy free admission plus guest privileges. The museum is open Tuesday through Sunday, with specific hours for general admission and members. For more information, visit their official website.</w:t>
      </w:r>
      <w:r/>
    </w:p>
    <w:p>
      <w:pPr>
        <w:pStyle w:val="ListNumber"/>
        <w:spacing w:line="240" w:lineRule="auto"/>
        <w:ind w:left="720"/>
      </w:pPr>
      <w:r/>
      <w:hyperlink r:id="rId11">
        <w:r>
          <w:rPr>
            <w:color w:val="0000EE"/>
            <w:u w:val="single"/>
          </w:rPr>
          <w:t>https://www.frameline.org/festival</w:t>
        </w:r>
      </w:hyperlink>
      <w:r>
        <w:t xml:space="preserve"> - Frameline, the San Francisco International LGBTQ+ Film Festival, is the world's longest-running and largest LGBTQ+ film festival, founded in 1977. In 2026, it celebrated its 50th anniversary, continuing its legacy of championing queer filmmakers and stories from around the globe. The festival offers a platform for LGBTQ+ filmmakers to showcase their work, featuring premieres, screenings, and special events. Frameline is a BAFTA Qualifying Festival and an Iris Prize partner festival, presenting several juried awards, audience awards, and special honors to festival films. For more information, including submission details and festival dates, visit their official website.</w:t>
      </w:r>
      <w:r/>
    </w:p>
    <w:p>
      <w:pPr>
        <w:pStyle w:val="ListNumber"/>
        <w:spacing w:line="240" w:lineRule="auto"/>
        <w:ind w:left="720"/>
      </w:pPr>
      <w:r/>
      <w:hyperlink r:id="rId11">
        <w:r>
          <w:rPr>
            <w:color w:val="0000EE"/>
            <w:u w:val="single"/>
          </w:rPr>
          <w:t>https://www.frameline.org/festival</w:t>
        </w:r>
      </w:hyperlink>
      <w:r>
        <w:t xml:space="preserve"> - Frameline, the San Francisco International LGBTQ+ Film Festival, is the world's longest-running and largest LGBTQ+ film festival, founded in 1977. In 2026, it celebrated its 50th anniversary, continuing its legacy of championing queer filmmakers and stories from around the globe. The festival offers a platform for LGBTQ+ filmmakers to showcase their work, featuring premieres, screenings, and special events. Frameline is a BAFTA Qualifying Festival and an Iris Prize partner festival, presenting several juried awards, audience awards, and special honors to festival films. For more information, including submission details and festival dates, visit their official website.</w:t>
      </w:r>
      <w:r/>
    </w:p>
    <w:p>
      <w:pPr>
        <w:pStyle w:val="ListNumber"/>
        <w:spacing w:line="240" w:lineRule="auto"/>
        <w:ind w:left="720"/>
      </w:pPr>
      <w:r/>
      <w:hyperlink r:id="rId11">
        <w:r>
          <w:rPr>
            <w:color w:val="0000EE"/>
            <w:u w:val="single"/>
          </w:rPr>
          <w:t>https://www.frameline.org/festival</w:t>
        </w:r>
      </w:hyperlink>
      <w:r>
        <w:t xml:space="preserve"> - Frameline, the San Francisco International LGBTQ+ Film Festival, is the world's longest-running and largest LGBTQ+ film festival, founded in 1977. In 2026, it celebrated its 50th anniversary, continuing its legacy of championing queer filmmakers and stories from around the globe. The festival offers a platform for LGBTQ+ filmmakers to showcase their work, featuring premieres, screenings, and special events. Frameline is a BAFTA Qualifying Festival and an Iris Prize partner festival, presenting several juried awards, audience awards, and special honors to festival films. For more information, including submission details and festival dates, visit their official website.</w:t>
      </w:r>
      <w:r/>
    </w:p>
    <w:p>
      <w:pPr>
        <w:pStyle w:val="ListNumber"/>
        <w:spacing w:line="240" w:lineRule="auto"/>
        <w:ind w:left="720"/>
      </w:pPr>
      <w:r/>
      <w:hyperlink r:id="rId11">
        <w:r>
          <w:rPr>
            <w:color w:val="0000EE"/>
            <w:u w:val="single"/>
          </w:rPr>
          <w:t>https://www.frameline.org/festival</w:t>
        </w:r>
      </w:hyperlink>
      <w:r>
        <w:t xml:space="preserve"> - Frameline, the San Francisco International LGBTQ+ Film Festival, is the world's longest-running and largest LGBTQ+ film festival, founded in 1977. In 2026, it celebrated its 50th anniversary, continuing its legacy of championing queer filmmakers and stories from around the globe. The festival offers a platform for LGBTQ+ filmmakers to showcase their work, featuring premieres, screenings, and special events. Frameline is a BAFTA Qualifying Festival and an Iris Prize partner festival, presenting several juried awards, audience awards, and special honors to festival films. For more information, including submission details and festival dates, visit their official website.</w:t>
      </w:r>
      <w:r/>
    </w:p>
    <w:p>
      <w:pPr>
        <w:pStyle w:val="ListNumber"/>
        <w:spacing w:line="240" w:lineRule="auto"/>
        <w:ind w:left="720"/>
      </w:pPr>
      <w:r/>
      <w:hyperlink r:id="rId11">
        <w:r>
          <w:rPr>
            <w:color w:val="0000EE"/>
            <w:u w:val="single"/>
          </w:rPr>
          <w:t>https://www.frameline.org/festival</w:t>
        </w:r>
      </w:hyperlink>
      <w:r>
        <w:t xml:space="preserve"> - Frameline, the San Francisco International LGBTQ+ Film Festival, is the world's longest-running and largest LGBTQ+ film festival, founded in 1977. In 2026, it celebrated its 50th anniversary, continuing its legacy of championing queer filmmakers and stories from around the globe. The festival offers a platform for LGBTQ+ filmmakers to showcase their work, featuring premieres, screenings, and special events. Frameline is a BAFTA Qualifying Festival and an Iris Prize partner festival, presenting several juried awards, audience awards, and special honors to festival films. For more information, including submission details and festival dates, visit their official website.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ayety.com/the-ultimate-lgbtq-guide-san-francisco" TargetMode="External"/><Relationship Id="rId10" Type="http://schemas.openxmlformats.org/officeDocument/2006/relationships/hyperlink" Target="https://www.glbthistory.org/museum-about-visitor-info" TargetMode="External"/><Relationship Id="rId11" Type="http://schemas.openxmlformats.org/officeDocument/2006/relationships/hyperlink" Target="https://www.frameline.org/festiva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