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Diego Weekend Arts Events: Pride Shows, Protest Art and Sitar Sets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culture-hungry locals are flocking to San Diego this weekend for a lively mix of exhibitions, live podcasts, music and community festivals that matter; from a sprawling PROUD+ show in Hillcrest to a live KPBS podcast taping on protest art, here’s what to see, hear and feel.</w:t>
      </w:r>
      <w:r/>
    </w:p>
    <w:p>
      <w:r/>
      <w:r>
        <w:t>Essential Takeaways</w:t>
      </w:r>
      <w:r/>
      <w:r/>
    </w:p>
    <w:p>
      <w:pPr>
        <w:pStyle w:val="ListBullet"/>
        <w:spacing w:line="240" w:lineRule="auto"/>
        <w:ind w:left="720"/>
      </w:pPr>
      <w:r/>
      <w:r>
        <w:rPr>
          <w:b/>
        </w:rPr>
        <w:t>Big group show:</w:t>
      </w:r>
      <w:r>
        <w:t xml:space="preserve"> PROUD+ at The Studio Door features 56 LGBTQ+ artists, all works for sale and free to attend.</w:t>
      </w:r>
      <w:r/>
    </w:p>
    <w:p>
      <w:pPr>
        <w:pStyle w:val="ListBullet"/>
        <w:spacing w:line="240" w:lineRule="auto"/>
        <w:ind w:left="720"/>
      </w:pPr>
      <w:r/>
      <w:r>
        <w:rPr>
          <w:b/>
        </w:rPr>
        <w:t>Live taping buzz:</w:t>
      </w:r>
      <w:r>
        <w:t xml:space="preserve"> KPBS Podcasts Live offers studio access, light bites and conversations about sign painting as protest.</w:t>
      </w:r>
      <w:r/>
    </w:p>
    <w:p>
      <w:pPr>
        <w:pStyle w:val="ListBullet"/>
        <w:spacing w:line="240" w:lineRule="auto"/>
        <w:ind w:left="720"/>
      </w:pPr>
      <w:r/>
      <w:r>
        <w:rPr>
          <w:b/>
        </w:rPr>
        <w:t>Eclectic music:</w:t>
      </w:r>
      <w:r>
        <w:t xml:space="preserve"> Expect sitar, mbira and indie-folk blends at Folk Arts Rare Records , small venue, intimate sound.</w:t>
      </w:r>
      <w:r/>
    </w:p>
    <w:p>
      <w:pPr>
        <w:pStyle w:val="ListBullet"/>
        <w:spacing w:line="240" w:lineRule="auto"/>
        <w:ind w:left="720"/>
      </w:pPr>
      <w:r/>
      <w:r>
        <w:rPr>
          <w:b/>
        </w:rPr>
        <w:t>Community pulse:</w:t>
      </w:r>
      <w:r>
        <w:t xml:space="preserve"> San Diego Black Pride’s Sunday Service mixes music, wellness and comedy for a celebratory close to the weekend.</w:t>
      </w:r>
      <w:r/>
    </w:p>
    <w:p>
      <w:pPr>
        <w:pStyle w:val="ListBullet"/>
        <w:spacing w:line="240" w:lineRule="auto"/>
        <w:ind w:left="720"/>
      </w:pPr>
      <w:r/>
      <w:r>
        <w:rPr>
          <w:b/>
        </w:rPr>
        <w:t>Accessible theatre:</w:t>
      </w:r>
      <w:r>
        <w:t xml:space="preserve"> Loud Fridge Theatre’s Boy My Greatness stages bright, funny takes on identity with free tickets.</w:t>
      </w:r>
      <w:r/>
      <w:r/>
    </w:p>
    <w:p>
      <w:pPr>
        <w:pStyle w:val="Heading2"/>
      </w:pPr>
      <w:r>
        <w:t>Start here: PROUD+ at The Studio Door , a gallery that feels like a living room</w:t>
      </w:r>
      <w:r/>
    </w:p>
    <w:p>
      <w:r/>
      <w:r>
        <w:t>If you love discovery, this show hits the spot with a warm, crowded gallery feel and lots to linger over. The ninth annual PROUD+ brings together 56 LGBTQ+ artists from across the country, so you’ll see a wide range of styles, media and voices under one roof. The Studio Door in Hillcrest has become known for exhibitions that combine community and commerce , everything’s for sale, which makes browsing double as supporting local and visiting artists. Go early to avoid the evening crush, and bring cash or card if you’re tempted to take a piece home.</w:t>
      </w:r>
      <w:r/>
    </w:p>
    <w:p>
      <w:pPr>
        <w:pStyle w:val="Heading2"/>
      </w:pPr>
      <w:r>
        <w:t>Hear it live: KPBS Podcasts Live , signpainting, storytelling and studio access</w:t>
      </w:r>
      <w:r/>
    </w:p>
    <w:p>
      <w:r/>
      <w:r>
        <w:t>There’s something electric about a live taping: the small laughs, the after-show chats, the smell of coffee and set lights. KPBS is hosting three shows in one afternoon, including The Finest featuring a conversation with sign painter Koy Sun about lettering, art and activism. Tickets include parking and a post-show meet-and-greet, which means you can ask questions in person , a rare perk. If you’re interested in how creativity fuels civic change, this event is a concise, lively primer.</w:t>
      </w:r>
      <w:r/>
    </w:p>
    <w:p>
      <w:pPr>
        <w:pStyle w:val="Heading2"/>
      </w:pPr>
      <w:r>
        <w:t>Tiny venue, big sounds: sitar, mbira and duelling no-banjos at Folk Arts Rare Records</w:t>
      </w:r>
      <w:r/>
    </w:p>
    <w:p>
      <w:r/>
      <w:r>
        <w:t>For an intimate music fix, head to Folk Arts Rare Records where three world-music acts share a small stage. Calcutta Kid blends lo-fi indie with sitar textures, Zimbeat brings mbira rhythms and Cremation Studies offers a playful, multi-instrumental set. It’s the sort of show where you can stand close, feel the vibrations and chat with musicians afterward. Bring comfortable shoes and arrive early , these all-ages in-store gigs fill up fast and they’re free.</w:t>
      </w:r>
      <w:r/>
    </w:p>
    <w:p>
      <w:pPr>
        <w:pStyle w:val="Heading2"/>
      </w:pPr>
      <w:r>
        <w:t>Playful and pointed: Loud Fridge Theatre’s Boy My Greatness</w:t>
      </w:r>
      <w:r/>
    </w:p>
    <w:p>
      <w:r/>
      <w:r>
        <w:t>This production turns the theatrical mirror on itself: a troupe of actors in 1606 wrestle with masculinity, creativity and even pandemic-era anxieties, all while referencing Shakespeare with a wink. Zoe Senese-Grossberg’s script is described as funny and crisp, and local director Lee Engelman keeps the pace lively. Best of all, tickets are free (donations welcome), so it’s an easy, low-stakes night out that still feels thoughtfully staged. Sunday’s post-show discussion is a good chance to hear about directoral choices and themes.</w:t>
      </w:r>
      <w:r/>
    </w:p>
    <w:p>
      <w:pPr>
        <w:pStyle w:val="Heading2"/>
      </w:pPr>
      <w:r>
        <w:t>Community crescendo: San Diego Black Pride’s Sunday Service</w:t>
      </w:r>
      <w:r/>
    </w:p>
    <w:p>
      <w:r/>
      <w:r>
        <w:t>If you want to end the weekend in joyous, communal style, Sunday Service is designed for that exact vibe. Organised by San Diego Black Pride, the day mixes music, wellness and comedy with a sound journey, praise competitions and headline performers. It’s an intentionally celebratory, intergenerational event focused on Black LGBTQ+ life , expect colour, dance and warmth. Tickets vary, and the festival atmosphere makes it a good choice for groups wanting an upbeat, social experience.</w:t>
      </w:r>
      <w:r/>
    </w:p>
    <w:p>
      <w:pPr>
        <w:pStyle w:val="Heading2"/>
      </w:pPr>
      <w:r>
        <w:t>Quick picks and practical tips</w:t>
      </w:r>
      <w:r/>
      <w:r/>
    </w:p>
    <w:p>
      <w:pPr>
        <w:pStyle w:val="ListBullet"/>
        <w:spacing w:line="240" w:lineRule="auto"/>
        <w:ind w:left="720"/>
      </w:pPr>
      <w:r/>
      <w:r>
        <w:t>Wear layers: venues range from breezy outdoor amphitheatres to snug record shops.</w:t>
      </w:r>
      <w:r/>
    </w:p>
    <w:p>
      <w:pPr>
        <w:pStyle w:val="ListBullet"/>
        <w:spacing w:line="240" w:lineRule="auto"/>
        <w:ind w:left="720"/>
      </w:pPr>
      <w:r/>
      <w:r>
        <w:t>Buy big-ticket shows early: Maruja Limón at UC San Diego has paid seating while many other events are free.</w:t>
      </w:r>
      <w:r/>
    </w:p>
    <w:p>
      <w:pPr>
        <w:pStyle w:val="ListBullet"/>
        <w:spacing w:line="240" w:lineRule="auto"/>
        <w:ind w:left="720"/>
      </w:pPr>
      <w:r/>
      <w:r>
        <w:t>Plan transport: KPBS offers parking with tickets, but Hillcrest and Logan Heights can be busy , consider rideshares.</w:t>
      </w:r>
      <w:r/>
    </w:p>
    <w:p>
      <w:pPr>
        <w:pStyle w:val="ListBullet"/>
        <w:spacing w:line="240" w:lineRule="auto"/>
        <w:ind w:left="720"/>
      </w:pPr>
      <w:r/>
      <w:r>
        <w:t>Support artists directly: many gallery pieces at PROUD+ are for sale; bring a card or phone payment app.</w:t>
      </w:r>
      <w:r/>
      <w:r/>
    </w:p>
    <w:p>
      <w:r/>
      <w:r>
        <w:t>It's a small weekend menu with big flavours , pick one, or make a happy hop through a few.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12">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https://www.kpbs.org/news/arts-culture/2026/07/09/top-10-weekend-arts-events-in-san-diego-signpainting-as-resistance-black-pride-and-sitar</w:t>
        </w:r>
      </w:hyperlink>
      <w:r>
        <w:t xml:space="preserve"> - Please view link - unable to able to access data</w:t>
      </w:r>
      <w:r/>
    </w:p>
    <w:p>
      <w:pPr>
        <w:pStyle w:val="ListNumber"/>
        <w:spacing w:line="240" w:lineRule="auto"/>
        <w:ind w:left="720"/>
      </w:pPr>
      <w:r/>
      <w:hyperlink r:id="rId10">
        <w:r>
          <w:rPr>
            <w:color w:val="0000EE"/>
            <w:u w:val="single"/>
          </w:rPr>
          <w:t>https://www.kpbs.org/events/2026/07/12/kpbs-podcasts-live-art-of-protest</w:t>
        </w:r>
      </w:hyperlink>
      <w:r>
        <w:t xml:space="preserve"> - KPBS Podcasts Live: The Art of Protest is a special event featuring live recordings of three signature podcasts—The Finest, Port of Entry, and KPBS Midday Edition. The event explores the role of art in protest and democracy, with discussions involving local civil rights leaders, comedian Lourdes Ayon, and artist Koy Sun. Attendees can also enjoy a reception with the podcast teams. The event is scheduled for Sunday, July 12, 2026, from 2 p.m. to 5 p.m. at the KPBS Conrad Prebys Media Complex at Copley Center in San Diego. Tickets are priced at $20 and include parking and light refreshments. The first 50 registrants will receive a free KPBS podcast T-shirt. For more information and ticket purchase, visit the KPBS website.</w:t>
      </w:r>
      <w:r/>
    </w:p>
    <w:p>
      <w:pPr>
        <w:pStyle w:val="ListNumber"/>
        <w:spacing w:line="240" w:lineRule="auto"/>
        <w:ind w:left="720"/>
      </w:pPr>
      <w:r/>
      <w:hyperlink r:id="rId11">
        <w:r>
          <w:rPr>
            <w:color w:val="0000EE"/>
            <w:u w:val="single"/>
          </w:rPr>
          <w:t>https://www.sandiego.org/events-festivals/9th-annual-proud-at-the-studio-door/6e692602f36811f0b563</w:t>
        </w:r>
      </w:hyperlink>
      <w:r>
        <w:t xml:space="preserve"> - The Studio Door is hosting the 9th Annual PROUD+ exhibition, a national showcase of contemporary LGBTQ+ visual art. The exhibition features works by 56 artists from across the country, reflecting a high level of craft and professional distinction. The event is free and open to the public, with artwork purchases supporting the artists and the gallery. The exhibition runs from June 19 to July 31, 2026, with an artist reception on Saturday, July 11, 2026, from 6 p.m. to 9 p.m. at The Studio Door, located at 3867 Fourth Avenue, San Diego, CA 92103. For more details, visit the San Diego Tourism Authority's website.</w:t>
      </w:r>
      <w:r/>
    </w:p>
    <w:p>
      <w:pPr>
        <w:pStyle w:val="ListNumber"/>
        <w:spacing w:line="240" w:lineRule="auto"/>
        <w:ind w:left="720"/>
      </w:pPr>
      <w:r/>
      <w:hyperlink r:id="rId12">
        <w:r>
          <w:rPr>
            <w:color w:val="0000EE"/>
            <w:u w:val="single"/>
          </w:rPr>
          <w:t>https://thestudiodoor.com/proud-exhibitions</w:t>
        </w:r>
      </w:hyperlink>
      <w:r>
        <w:t xml:space="preserve"> - The Studio Door's PROUD+ exhibition is dedicated to fostering diversity and amplifying unique voices, particularly those that have traditionally been unheard. Through this annual exhibition, The Studio Door aims to create a dynamic and inclusive space that reflects the richness of the community. The exhibition features a broad spectrum of artists, showcasing works that challenge norms and break down barriers in the art world. For more information on the PROUD+ exhibition and other events, visit The Studio Door's official website.</w:t>
      </w:r>
      <w:r/>
    </w:p>
    <w:p>
      <w:pPr>
        <w:pStyle w:val="ListNumber"/>
        <w:spacing w:line="240" w:lineRule="auto"/>
        <w:ind w:left="720"/>
      </w:pPr>
      <w:r/>
      <w:hyperlink r:id="rId15">
        <w:r>
          <w:rPr>
            <w:color w:val="0000EE"/>
            <w:u w:val="single"/>
          </w:rPr>
          <w:t>https://thestudiodoor.com/</w:t>
        </w:r>
      </w:hyperlink>
      <w:r>
        <w:t xml:space="preserve"> - The Studio Door is a contemporary art gallery and creative hub located in San Diego's Hillcrest neighbourhood. Since 2014, it has built a reputation for recurring exhibitions that artists and audiences return to year after year. Flagship programs such as The Crow Show and PROUD+ have become annual traditions, bringing together diverse artists, collectors, and the community. The gallery offers a platform for artists to showcase their work and engage with the community. For more information on current and upcoming exhibitions, visit The Studio Door's official website.</w:t>
      </w:r>
      <w:r/>
    </w:p>
    <w:p>
      <w:pPr>
        <w:pStyle w:val="ListNumber"/>
        <w:spacing w:line="240" w:lineRule="auto"/>
        <w:ind w:left="720"/>
      </w:pPr>
      <w:r/>
      <w:hyperlink r:id="rId13">
        <w:r>
          <w:rPr>
            <w:color w:val="0000EE"/>
            <w:u w:val="single"/>
          </w:rPr>
          <w:t>https://www.kpbs.org/podcasts/thefinestpodcast</w:t>
        </w:r>
      </w:hyperlink>
      <w:r>
        <w:t xml:space="preserve"> - The Finest is a podcast hosted by Julia Dixon Evans, highlighting emerging voices and dynamic forces driving change in San Diego. The podcast features personal stories and critical perspectives, bringing forward artists, advocates, and ideas pushing boundaries in the region's cultural landscape. Episodes are available weekdays from noon to 1 p.m. and again from 8 to 9 p.m. For more information and to listen to episodes, visit the KPBS website.</w:t>
      </w:r>
      <w:r/>
    </w:p>
    <w:p>
      <w:pPr>
        <w:pStyle w:val="ListNumber"/>
        <w:spacing w:line="240" w:lineRule="auto"/>
        <w:ind w:left="720"/>
      </w:pPr>
      <w:r/>
      <w:hyperlink r:id="rId14">
        <w:r>
          <w:rPr>
            <w:color w:val="0000EE"/>
            <w:u w:val="single"/>
          </w:rPr>
          <w:t>https://thestudiodoor.com/home</w:t>
        </w:r>
      </w:hyperlink>
      <w:r>
        <w:t xml:space="preserve"> - The Studio Door is a contemporary art gallery and creative hub located in San Diego's Hillcrest neighbourhood. Since 2014, it has built a reputation for recurring exhibitions that artists and audiences return to year after year. Flagship programs such as The Crow Show and PROUD+ have become annual traditions, bringing together diverse artists, collectors, and the community. The gallery offers a platform for artists to showcase their work and engage with the community. For more information on current and upcoming exhibitions, visit The Studio Door's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pbs.org/news/arts-culture/2026/07/09/top-10-weekend-arts-events-in-san-diego-signpainting-as-resistance-black-pride-and-sitar" TargetMode="External"/><Relationship Id="rId10" Type="http://schemas.openxmlformats.org/officeDocument/2006/relationships/hyperlink" Target="https://www.kpbs.org/events/2026/07/12/kpbs-podcasts-live-art-of-protest" TargetMode="External"/><Relationship Id="rId11" Type="http://schemas.openxmlformats.org/officeDocument/2006/relationships/hyperlink" Target="https://www.sandiego.org/events-festivals/9th-annual-proud-at-the-studio-door/6e692602f36811f0b563" TargetMode="External"/><Relationship Id="rId12" Type="http://schemas.openxmlformats.org/officeDocument/2006/relationships/hyperlink" Target="https://thestudiodoor.com/proud-exhibitions" TargetMode="External"/><Relationship Id="rId13" Type="http://schemas.openxmlformats.org/officeDocument/2006/relationships/hyperlink" Target="https://www.kpbs.org/podcasts/thefinestpodcast" TargetMode="External"/><Relationship Id="rId14" Type="http://schemas.openxmlformats.org/officeDocument/2006/relationships/hyperlink" Target="https://thestudiodoor.com/home" TargetMode="External"/><Relationship Id="rId15" Type="http://schemas.openxmlformats.org/officeDocument/2006/relationships/hyperlink" Target="https://thestudiodoo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