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San Diego Public Library Pride Events and How to Join the Fun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turning to San Diego’s libraries this July as Pride Shines On , the city’s Public Library system is hosting storytimes, a reading challenge, a limited-edition Pride card and parade participation to uplift LGBTQ+ voices and build community. Here’s what to expect and how to get involved.</w:t>
      </w:r>
      <w:r/>
    </w:p>
    <w:p>
      <w:r/>
      <w:r>
        <w:t>Essential takeaways</w:t>
      </w:r>
      <w:r/>
      <w:r/>
    </w:p>
    <w:p>
      <w:pPr>
        <w:pStyle w:val="ListBullet"/>
        <w:spacing w:line="240" w:lineRule="auto"/>
        <w:ind w:left="720"/>
      </w:pPr>
      <w:r/>
      <w:r>
        <w:rPr>
          <w:b/>
        </w:rPr>
        <w:t>What’s on offer:</w:t>
      </w:r>
      <w:r>
        <w:t xml:space="preserve"> Free Pride-themed storytimes, workshops and community events across all 37 City library locations. </w:t>
      </w:r>
      <w:r/>
    </w:p>
    <w:p>
      <w:pPr>
        <w:pStyle w:val="ListBullet"/>
        <w:spacing w:line="240" w:lineRule="auto"/>
        <w:ind w:left="720"/>
      </w:pPr>
      <w:r/>
      <w:r>
        <w:rPr>
          <w:b/>
        </w:rPr>
        <w:t>Reading challenge:</w:t>
      </w:r>
      <w:r>
        <w:t xml:space="preserve"> Earn a digital badge by reading five books by LGBTQIA+ authors or logging five hours of reading through 19 July. </w:t>
      </w:r>
      <w:r/>
    </w:p>
    <w:p>
      <w:pPr>
        <w:pStyle w:val="ListBullet"/>
        <w:spacing w:line="240" w:lineRule="auto"/>
        <w:ind w:left="720"/>
      </w:pPr>
      <w:r/>
      <w:r>
        <w:rPr>
          <w:b/>
        </w:rPr>
        <w:t>Limited-edition card:</w:t>
      </w:r>
      <w:r>
        <w:t xml:space="preserve"> A 2026 Pride library card designed by Kori Callu will be available from 11 July while stocks last. </w:t>
      </w:r>
      <w:r/>
    </w:p>
    <w:p>
      <w:pPr>
        <w:pStyle w:val="ListBullet"/>
        <w:spacing w:line="240" w:lineRule="auto"/>
        <w:ind w:left="720"/>
      </w:pPr>
      <w:r/>
      <w:r>
        <w:rPr>
          <w:b/>
        </w:rPr>
        <w:t>Access tips:</w:t>
      </w:r>
      <w:r>
        <w:t xml:space="preserve"> Library card replacement fees are waived during July and all locations will carry Pride programming. </w:t>
      </w:r>
      <w:r/>
    </w:p>
    <w:p>
      <w:pPr>
        <w:pStyle w:val="ListBullet"/>
        <w:spacing w:line="240" w:lineRule="auto"/>
        <w:ind w:left="720"/>
      </w:pPr>
      <w:r/>
      <w:r>
        <w:rPr>
          <w:b/>
        </w:rPr>
        <w:t>Community note:</w:t>
      </w:r>
      <w:r>
        <w:t xml:space="preserve"> The library is publicly framing this as a space of learning, creativity and support for diverse identities.</w:t>
      </w:r>
      <w:r/>
      <w:r/>
    </w:p>
    <w:p>
      <w:pPr>
        <w:pStyle w:val="Heading2"/>
      </w:pPr>
      <w:r>
        <w:t>Pride Shines On , what the library is doing and why it matters</w:t>
      </w:r>
      <w:r/>
    </w:p>
    <w:p>
      <w:r/>
      <w:r>
        <w:t>The San Diego Public Library has centred its July programme around a single, approachable idea: Pride Shines On , a theme meant to spotlight diverse voices and everyday joy. Library Director Misty Jones described Pride as connecting San Diegans with an environment of love and support, and the calendar reflects that with events aimed at families, teens and adults. The mood is intentionally celebratory but practical too, with free entry and activities across the city so anyone can drop in and feel part of things.</w:t>
      </w:r>
      <w:r/>
    </w:p>
    <w:p>
      <w:r/>
      <w:r>
        <w:t>This offering matters because it stretches Pride beyond one month and into neighbourhood branches, making visibility routine rather than exceptional. For readers, creators and community groups it’s a chance to meet, learn and exchange resources in a public, civic setting.</w:t>
      </w:r>
      <w:r/>
    </w:p>
    <w:p>
      <w:pPr>
        <w:pStyle w:val="Heading2"/>
      </w:pPr>
      <w:r>
        <w:t>How the PRIDE! Reading Challenge works , quick and friendly</w:t>
      </w:r>
      <w:r/>
    </w:p>
    <w:p>
      <w:r/>
      <w:r>
        <w:t>If you like goals, the PRIDE! Reading Challenge is straightforward: read five books by LGBTQIA+ authors or spend five hours reading, then claim a digital badge. The library has curated a recommended list to help you find titles for adults, teens and kids, so you won’t be stuck choosing. Signing up is simple and the challenge runs through 19 July, which gives casual readers plenty of time.</w:t>
      </w:r>
      <w:r/>
    </w:p>
    <w:p>
      <w:r/>
      <w:r>
        <w:t>Practical tip: pick a mix of fiction, memoir and short stories to hit the five-book target quickly and get different perspectives. Children’s picture books can count, so parents can read along and make it a family activity.</w:t>
      </w:r>
      <w:r/>
    </w:p>
    <w:p>
      <w:pPr>
        <w:pStyle w:val="Heading2"/>
      </w:pPr>
      <w:r>
        <w:t>The limited-edition 2026 Pride library card , design, availability and small perks</w:t>
      </w:r>
      <w:r/>
    </w:p>
    <w:p>
      <w:r/>
      <w:r>
        <w:t>The library is rolling out a special Pride-themed card designed by local artist Kori Callu, a queer trans, first-generation Mexican American who wanted her artwork to spark joy and visibility. The card goes on circulation from 11 July at all 37 public library branches while supplies last, and it’s a nice, tangible way to show support.</w:t>
      </w:r>
      <w:r/>
    </w:p>
    <w:p>
      <w:r/>
      <w:r>
        <w:t>A practical incentive: the library is waiving replacement fees for cards during July, so if you’ve been putting off getting a new card, now’s the time. Cards act as a passport to everything from borrowing books and digital media to taking part in workshops and events.</w:t>
      </w:r>
      <w:r/>
    </w:p>
    <w:p>
      <w:pPr>
        <w:pStyle w:val="Heading2"/>
      </w:pPr>
      <w:r>
        <w:t>Events, storytimes and the parade , what to bring and where to go</w:t>
      </w:r>
      <w:r/>
    </w:p>
    <w:p>
      <w:r/>
      <w:r>
        <w:t>Expect many branches to host Pride-themed storytimes for young children, teen-focused discussions and adult workshops or film screenings. The library will also take part in the city’s Pride Parade on 18 July, making it easy to meet staff and volunteers if you want in-person info on programmes.</w:t>
      </w:r>
      <w:r/>
    </w:p>
    <w:p>
      <w:r/>
      <w:r>
        <w:t>If you’re planning to attend a storytime, bring a small blanket or cushion for comfort and arrive a little early , popular sessions can fill up. For the parade, check your local branch for meeting points or volunteer roles; the library often coordinates group entries to make participation straightforward.</w:t>
      </w:r>
      <w:r/>
    </w:p>
    <w:p>
      <w:pPr>
        <w:pStyle w:val="Heading2"/>
      </w:pPr>
      <w:r>
        <w:t>Why public libraries are a good place for Pride programming</w:t>
      </w:r>
      <w:r/>
    </w:p>
    <w:p>
      <w:r/>
      <w:r>
        <w:t>Public libraries have long been neutral civic spaces where information and community overlap, and San Diego’s library system is leaning into that role by making Pride programming local, accessible and varied. According to the library’s outreach, these events are designed to create safe, creative spaces for learning and celebration.</w:t>
      </w:r>
      <w:r/>
    </w:p>
    <w:p>
      <w:r/>
      <w:r>
        <w:t>There’s also a practical defence-of-access element to this: making resources available in multiple branches helps ensure that materials and programming aren’t concentrated in one neighbourhood. That’s an important check against opposition and makes it easier for parents, students and elders to take part without travelling far.</w:t>
      </w:r>
      <w:r/>
    </w:p>
    <w:p>
      <w:r/>
      <w:r>
        <w:t>It’s a small change that can make every visit feel more welcoming and every book a little more likely to spark conversation.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10">
        <w:r>
          <w:rPr>
            <w:color w:val="0000EE"/>
            <w:u w:val="single"/>
          </w:rPr>
          <w:t>[2]</w:t>
        </w:r>
      </w:hyperlink>
      <w:r>
        <w:t xml:space="preserve">, </w:t>
      </w:r>
      <w:hyperlink r:id="rId13">
        <w:r>
          <w:rPr>
            <w:color w:val="0000EE"/>
            <w:u w:val="single"/>
          </w:rPr>
          <w:t>[3]</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https://fox5sandiego.com/pride-in-san-diego/san-diego-public-library-pride/</w:t>
        </w:r>
      </w:hyperlink>
      <w:r>
        <w:t xml:space="preserve"> - Please view link - unable to able to access data</w:t>
      </w:r>
      <w:r/>
    </w:p>
    <w:p>
      <w:pPr>
        <w:pStyle w:val="ListNumber"/>
        <w:spacing w:line="240" w:lineRule="auto"/>
        <w:ind w:left="720"/>
      </w:pPr>
      <w:r/>
      <w:hyperlink r:id="rId10">
        <w:r>
          <w:rPr>
            <w:color w:val="0000EE"/>
            <w:u w:val="single"/>
          </w:rPr>
          <w:t>https://www.sandiego.gov/public-library/lgbtq</w:t>
        </w:r>
      </w:hyperlink>
      <w:r>
        <w:t xml:space="preserve"> - The San Diego Public Library's LGBTQIA+ Library Services Committee offers a welcoming and inclusive space that honours the diversity of the LGBTQIA+ community. The library provides equitable access to materials and resources, fostering cultural and educational experiences that celebrate diverse identities. For inquiries or program suggestions, contact LGBTQIALibrary@sandiego.gov.</w:t>
      </w:r>
      <w:r/>
    </w:p>
    <w:p>
      <w:pPr>
        <w:pStyle w:val="ListNumber"/>
        <w:spacing w:line="240" w:lineRule="auto"/>
        <w:ind w:left="720"/>
      </w:pPr>
      <w:r/>
      <w:hyperlink r:id="rId13">
        <w:r>
          <w:rPr>
            <w:color w:val="0000EE"/>
            <w:u w:val="single"/>
          </w:rPr>
          <w:t>https://www.sandiego.gov/sites/default/files/2026-03/2026-pride-card-contest-flyer.pdf</w:t>
        </w:r>
      </w:hyperlink>
      <w:r>
        <w:t xml:space="preserve"> - The San Diego Public Library is hosting a Pride 2026 Library Card Contest, inviting artists of all ages to design a commemorative card celebrating the theme 'Pride Shines On'. Submissions are due by April 30, 2026, with the winning design featured on the 2026 Pride library card. For more details, visit the official website.</w:t>
      </w:r>
      <w:r/>
    </w:p>
    <w:p>
      <w:pPr>
        <w:pStyle w:val="ListNumber"/>
        <w:spacing w:line="240" w:lineRule="auto"/>
        <w:ind w:left="720"/>
      </w:pPr>
      <w:r/>
      <w:hyperlink r:id="rId11">
        <w:r>
          <w:rPr>
            <w:color w:val="0000EE"/>
            <w:u w:val="single"/>
          </w:rPr>
          <w:t>https://www.sandiego.gov/public-library/services/lending/librarycard</w:t>
        </w:r>
      </w:hyperlink>
      <w:r>
        <w:t xml:space="preserve"> - A San Diego Public Library card grants access to all 37 locations in the city, allowing patrons to borrow books, DVDs, and museum passes, as well as download digital materials, use electronic databases, and more. To obtain a card, apply online and visit a library location with a valid photo ID and proof of current address.</w:t>
      </w:r>
      <w:r/>
    </w:p>
    <w:p>
      <w:pPr>
        <w:pStyle w:val="ListNumber"/>
        <w:spacing w:line="240" w:lineRule="auto"/>
        <w:ind w:left="720"/>
      </w:pPr>
      <w:r/>
      <w:hyperlink r:id="rId12">
        <w:r>
          <w:rPr>
            <w:color w:val="0000EE"/>
            <w:u w:val="single"/>
          </w:rPr>
          <w:t>https://www.sandiego.gov/sites/default/files/2023-07-06_celebrate_san_diego_pride_2023_with_the_san_diego_public_library.pdf</w:t>
        </w:r>
      </w:hyperlink>
      <w:r>
        <w:t xml:space="preserve"> - The San Diego Public Library invites residents to celebrate Pride 2023 with a week of events, including family-friendly Pride-themed storytimes and the distribution of a limited-edition Pride library card. The card features artwork by Claude Castañeda and is available at all library locations starting July 8, 2023, while supplies last.</w:t>
      </w:r>
      <w:r/>
    </w:p>
    <w:p>
      <w:pPr>
        <w:pStyle w:val="ListNumber"/>
        <w:spacing w:line="240" w:lineRule="auto"/>
        <w:ind w:left="720"/>
      </w:pPr>
      <w:r/>
      <w:hyperlink r:id="rId14">
        <w:r>
          <w:rPr>
            <w:color w:val="0000EE"/>
            <w:u w:val="single"/>
          </w:rPr>
          <w:t>https://www.kpbs.org/news/local/2023/07/05/q-a-the-response-to-an-anti-lgbtq-protest-at-a-san-diego-library</w:t>
        </w:r>
      </w:hyperlink>
      <w:r>
        <w:t xml:space="preserve"> - In July 2023, two protesters checked out nearly all the books from a Pride display at the Rancho Peñasquitos Library in San Diego, objecting to materials they deemed inappropriate for children. The library director discussed the incident and the community's response to the protest.</w:t>
      </w:r>
      <w:r/>
    </w:p>
    <w:p>
      <w:pPr>
        <w:pStyle w:val="ListNumber"/>
        <w:spacing w:line="240" w:lineRule="auto"/>
        <w:ind w:left="720"/>
      </w:pPr>
      <w:r/>
      <w:hyperlink r:id="rId15">
        <w:r>
          <w:rPr>
            <w:color w:val="0000EE"/>
            <w:u w:val="single"/>
          </w:rPr>
          <w:t>https://www.latimes.com/california/story/2023-06-29/protestors-ruin-rancho-penasquitos-librarys-pride-exhibit-by-checking-out-nearly-all-the-books</w:t>
        </w:r>
      </w:hyperlink>
      <w:r>
        <w:t xml:space="preserve"> - In June 2023, two protesters checked out nearly all the books from a Pride exhibit at the Rancho Peñasquitos Library in San Diego, aiming to remove materials they considered inappropriate for children. The incident sparked discussions about censorship and the availability of LGBTQ+ resources in public libraries.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ox5sandiego.com/pride-in-san-diego/san-diego-public-library-pride/" TargetMode="External"/><Relationship Id="rId10" Type="http://schemas.openxmlformats.org/officeDocument/2006/relationships/hyperlink" Target="https://www.sandiego.gov/public-library/lgbtq" TargetMode="External"/><Relationship Id="rId11" Type="http://schemas.openxmlformats.org/officeDocument/2006/relationships/hyperlink" Target="https://www.sandiego.gov/public-library/services/lending/librarycard" TargetMode="External"/><Relationship Id="rId12" Type="http://schemas.openxmlformats.org/officeDocument/2006/relationships/hyperlink" Target="https://www.sandiego.gov/sites/default/files/2023-07-06_celebrate_san_diego_pride_2023_with_the_san_diego_public_library.pdf" TargetMode="External"/><Relationship Id="rId13" Type="http://schemas.openxmlformats.org/officeDocument/2006/relationships/hyperlink" Target="https://www.sandiego.gov/sites/default/files/2026-03/2026-pride-card-contest-flyer.pdf" TargetMode="External"/><Relationship Id="rId14" Type="http://schemas.openxmlformats.org/officeDocument/2006/relationships/hyperlink" Target="https://www.kpbs.org/news/local/2023/07/05/q-a-the-response-to-an-anti-lgbtq-protest-at-a-san-diego-library" TargetMode="External"/><Relationship Id="rId15" Type="http://schemas.openxmlformats.org/officeDocument/2006/relationships/hyperlink" Target="https://www.latimes.com/california/story/2023-06-29/protestors-ruin-rancho-penasquitos-librarys-pride-exhibit-by-checking-out-nearly-all-the-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