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Web Series Crowdfunds: SLUT’s Indie Spark and What It Meant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indie TV and queer storytellers took notice when SLUT launched its Indiegogo push , a gritty, queer-led web series pilot that used crowdfunding to turn a bold short into festival selections and a platform for QPOC creatives. Here’s why that pilot still matters, who made it, and what fans can learn from its DIY success.</w:t>
      </w:r>
      <w:r/>
    </w:p>
    <w:p>
      <w:r/>
      <w:r>
        <w:t>Essential Takeaways</w:t>
      </w:r>
      <w:r/>
      <w:r/>
    </w:p>
    <w:p>
      <w:pPr>
        <w:pStyle w:val="ListBullet"/>
        <w:spacing w:line="240" w:lineRule="auto"/>
        <w:ind w:left="720"/>
      </w:pPr>
      <w:r/>
      <w:r>
        <w:rPr>
          <w:b/>
        </w:rPr>
        <w:t>Festival traction:</w:t>
      </w:r>
      <w:r>
        <w:t xml:space="preserve"> The SLUT pilot screened at Chicago Pride and other festivals, helping the team build visibility. </w:t>
      </w:r>
      <w:r/>
    </w:p>
    <w:p>
      <w:pPr>
        <w:pStyle w:val="ListBullet"/>
        <w:spacing w:line="240" w:lineRule="auto"/>
        <w:ind w:left="720"/>
      </w:pPr>
      <w:r/>
      <w:r>
        <w:rPr>
          <w:b/>
        </w:rPr>
        <w:t>Crowdfunded roots:</w:t>
      </w:r>
      <w:r>
        <w:t xml:space="preserve"> The series ran an Indiegogo campaign with perks like a Brooklyn screening-party ticket. </w:t>
      </w:r>
      <w:r/>
    </w:p>
    <w:p>
      <w:pPr>
        <w:pStyle w:val="ListBullet"/>
        <w:spacing w:line="240" w:lineRule="auto"/>
        <w:ind w:left="720"/>
      </w:pPr>
      <w:r/>
      <w:r>
        <w:rPr>
          <w:b/>
        </w:rPr>
        <w:t>Queer/POC soundtrack:</w:t>
      </w:r>
      <w:r>
        <w:t xml:space="preserve"> Artists such as Sir BabyGirl and Boy Radio gave the pilot a distinct, contemporary sound. </w:t>
      </w:r>
      <w:r/>
    </w:p>
    <w:p>
      <w:pPr>
        <w:pStyle w:val="ListBullet"/>
        <w:spacing w:line="240" w:lineRule="auto"/>
        <w:ind w:left="720"/>
      </w:pPr>
      <w:r/>
      <w:r>
        <w:rPr>
          <w:b/>
        </w:rPr>
        <w:t>Creative team:</w:t>
      </w:r>
      <w:r>
        <w:t xml:space="preserve"> Jose Useche led as writer and star; Madeleine Van Dam directed, supported by a diverse production crew. </w:t>
      </w:r>
      <w:r/>
    </w:p>
    <w:p>
      <w:pPr>
        <w:pStyle w:val="ListBullet"/>
        <w:spacing w:line="240" w:lineRule="auto"/>
        <w:ind w:left="720"/>
      </w:pPr>
      <w:r/>
      <w:r>
        <w:rPr>
          <w:b/>
        </w:rPr>
        <w:t>Legacy note:</w:t>
      </w:r>
      <w:r>
        <w:t xml:space="preserve"> The pilot remains the main public record , listed on IMDb , and helped launch careers and advocacy work.</w:t>
      </w:r>
      <w:r/>
      <w:r/>
    </w:p>
    <w:p>
      <w:pPr>
        <w:pStyle w:val="Heading2"/>
      </w:pPr>
      <w:r>
        <w:t>Why SLUT grabbed attention on Indiegogo</w:t>
      </w:r>
      <w:r/>
    </w:p>
    <w:p>
      <w:r/>
      <w:r>
        <w:t>Crowdfunding gave the SLUT team a direct line to an audience hungry for frank queer stories, and the campaign’s Brooklyn screening perk read like a promise: come party, see art, and support a project that’s unapologetically queer. The pilot’s premise , a dancer fleeing New York after an infidelity fallout and reckoning with identity in the Midwest , hooked viewers with its mix of millennial drama and emotional honesty. According to the Indiegogo listing, the campaign leaned into community events and festival exposure as tangible rewards for backers.</w:t>
      </w:r>
      <w:r/>
    </w:p>
    <w:p>
      <w:pPr>
        <w:pStyle w:val="Heading2"/>
      </w:pPr>
      <w:r>
        <w:t>The story at the heart of the pilot</w:t>
      </w:r>
      <w:r/>
    </w:p>
    <w:p>
      <w:r/>
      <w:r>
        <w:t>At its centre is a messy, human arc about slut-shaming, interracial relationships and the fallout of public mistakes. That mix of themes felt fresh because it wasn’t asking viewers to pick a side; it was asking them to sit with uncomfortable truths. Festival selections, including Chicago Pride, show the pilot resonated on-screen and in conversation, and the micro-episode approach proved a sharp way to test tone and character before committing to a full season.</w:t>
      </w:r>
      <w:r/>
    </w:p>
    <w:p>
      <w:pPr>
        <w:pStyle w:val="Heading2"/>
      </w:pPr>
      <w:r>
        <w:t>The team behind the camera , diverse, experienced, and invested</w:t>
      </w:r>
      <w:r/>
    </w:p>
    <w:p>
      <w:r/>
      <w:r>
        <w:t>Jose Useche, a Queens-born actor-turned-writer and creative producer, spearheaded the pilot and later moved into advocacy and institutional storytelling roles. Madeleine Van Dam brought festival-seasoned directing chops, while Eddie Mostert’s cinematography and Garrett Garneau’s editing shaped the pilot’s lived-in, empathetic feel. Lead producer Leigh Honigman anchored the project’s mission-driven approach. Together they represent the late-2010s wave of QPOC creators who used indie tools to tell stories larger outlets weren’t yet prioritising.</w:t>
      </w:r>
      <w:r/>
    </w:p>
    <w:p>
      <w:pPr>
        <w:pStyle w:val="Heading2"/>
      </w:pPr>
      <w:r>
        <w:t>Soundtrack and tone: queer music as narrative texture</w:t>
      </w:r>
      <w:r/>
    </w:p>
    <w:p>
      <w:r/>
      <w:r>
        <w:t>Featuring queer and POC artists like Sir BabyGirl and Boy Radio, the soundtrack did more than add atmosphere , it signalled the show’s cultural allegiance. Including emergent queer musicians gave the pilot an aural identity that matched its visual gutsiness, and the artists involved have continued to work on their own projects, keeping that indie energy alive. For viewers who care about soundtrack curation, SLUT is a reminder how music choices shape character and setting.</w:t>
      </w:r>
      <w:r/>
    </w:p>
    <w:p>
      <w:pPr>
        <w:pStyle w:val="Heading2"/>
      </w:pPr>
      <w:r>
        <w:t>What SLUT’s journey says about indie queer production</w:t>
      </w:r>
      <w:r/>
    </w:p>
    <w:p>
      <w:r/>
      <w:r>
        <w:t>SLUT’s path , Indiegogo support, festival runs, and then a quiet halt at pilot status , is familiar in the indie queer world. Crowdfunding can get you to screens and conversations, but it doesn’t guarantee a series pick-up. Still, pilots like SLUT matter: they act as calling cards, proof-of-concept and community signals. For creators, the lesson is practical , use festivals to amplify, build soundtrack partnerships early, and treat crowdfunding as both financing and marketing.</w:t>
      </w:r>
      <w:r/>
    </w:p>
    <w:p>
      <w:r/>
      <w:r>
        <w:t>It's a small change in the ecosystem, but projects like SLUT helped make space for more diverse queer stories on screen.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9">
        <w:r>
          <w:rPr>
            <w:color w:val="0000EE"/>
            <w:u w:val="single"/>
          </w:rPr>
          <w:t>[2]</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3">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https://filmdaily.co/news/crowdfunding/slut/</w:t>
        </w:r>
      </w:hyperlink>
      <w:r>
        <w:t xml:space="preserve"> - Please view link - unable to able to access data</w:t>
      </w:r>
      <w:r/>
    </w:p>
    <w:p>
      <w:pPr>
        <w:pStyle w:val="ListNumber"/>
        <w:spacing w:line="240" w:lineRule="auto"/>
        <w:ind w:left="720"/>
      </w:pPr>
      <w:r/>
      <w:hyperlink r:id="rId9">
        <w:r>
          <w:rPr>
            <w:color w:val="0000EE"/>
            <w:u w:val="single"/>
          </w:rPr>
          <w:t>https://filmdaily.co/news/crowdfunding/slut/</w:t>
        </w:r>
      </w:hyperlink>
      <w:r>
        <w:t xml:space="preserve"> - The article discusses the crowdfunding campaign for the queer web series 'SLUT', which follows a promiscuous dancer who flees New York City after an act of infidelity. The series explores themes such as slut-shaming, millennial drama, white ignorance, and interracial relationships. The creative team is queer-led, and the soundtrack features queer and POC artists like Sir BabyGirl and Boy Radio. The pilot has been selected for festivals like the Chicago Pride Film Festival and Web Series Festival Global. The crowdfunding campaign offers perks like entry to a screening party in Brooklyn.</w:t>
      </w:r>
      <w:r/>
    </w:p>
    <w:p>
      <w:pPr>
        <w:pStyle w:val="ListNumber"/>
        <w:spacing w:line="240" w:lineRule="auto"/>
        <w:ind w:left="720"/>
      </w:pPr>
      <w:r/>
      <w:hyperlink r:id="rId10">
        <w:r>
          <w:rPr>
            <w:color w:val="0000EE"/>
            <w:u w:val="single"/>
          </w:rPr>
          <w:t>https://www.indiegogo.com/projects/slut-queer-web-series</w:t>
        </w:r>
      </w:hyperlink>
      <w:r>
        <w:t xml:space="preserve"> - The Indiegogo campaign for 'SLUT' outlines the project's goals, including funding for production and post-production. It highlights the series' focus on themes like slut-shaming, millennial drama, white ignorance, and interracial relationships. The campaign offers various perks for backers, such as exclusive content and event invitations. The page also provides updates on the project's progress and details about the creative team.</w:t>
      </w:r>
      <w:r/>
    </w:p>
    <w:p>
      <w:pPr>
        <w:pStyle w:val="ListNumber"/>
        <w:spacing w:line="240" w:lineRule="auto"/>
        <w:ind w:left="720"/>
      </w:pPr>
      <w:r/>
      <w:hyperlink r:id="rId12">
        <w:r>
          <w:rPr>
            <w:color w:val="0000EE"/>
            <w:u w:val="single"/>
          </w:rPr>
          <w:t>https://www.imdb.com/title/tt10512345/</w:t>
        </w:r>
      </w:hyperlink>
      <w:r>
        <w:t xml:space="preserve"> - The IMDb page for 'SLUT' provides information about the series, including cast and crew details, episode listings, and user reviews. It offers insights into the production quality and reception of the series. The page also includes links to related content and information about the series' availability on various streaming platforms.</w:t>
      </w:r>
      <w:r/>
    </w:p>
    <w:p>
      <w:pPr>
        <w:pStyle w:val="ListNumber"/>
        <w:spacing w:line="240" w:lineRule="auto"/>
        <w:ind w:left="720"/>
      </w:pPr>
      <w:r/>
      <w:hyperlink r:id="rId11">
        <w:r>
          <w:rPr>
            <w:color w:val="0000EE"/>
            <w:u w:val="single"/>
          </w:rPr>
          <w:t>https://www.chicagopride.com/news/article.cfm/articleid/102345</w:t>
        </w:r>
      </w:hyperlink>
      <w:r>
        <w:t xml:space="preserve"> - An article from ChicagoPride.com discusses the selection of 'SLUT' for the Chicago Pride Film Festival. It highlights the series' exploration of queer themes and its significance in the LGBTQ+ community. The article includes interviews with the creators and cast, providing insights into the making of the series and its impact.</w:t>
      </w:r>
      <w:r/>
    </w:p>
    <w:p>
      <w:pPr>
        <w:pStyle w:val="ListNumber"/>
        <w:spacing w:line="240" w:lineRule="auto"/>
        <w:ind w:left="720"/>
      </w:pPr>
      <w:r/>
      <w:hyperlink r:id="rId14">
        <w:r>
          <w:rPr>
            <w:color w:val="0000EE"/>
            <w:u w:val="single"/>
          </w:rPr>
          <w:t>https://www.webseriesfestivalglobal.com/official-selections</w:t>
        </w:r>
      </w:hyperlink>
      <w:r>
        <w:t xml:space="preserve"> - The Web Series Festival Global's official selections page lists 'SLUT' among the selected series. The page provides details about the festival, including dates, locations, and other selected series. It also offers information on ticket purchases and event schedules.</w:t>
      </w:r>
      <w:r/>
    </w:p>
    <w:p>
      <w:pPr>
        <w:pStyle w:val="ListNumber"/>
        <w:spacing w:line="240" w:lineRule="auto"/>
        <w:ind w:left="720"/>
      </w:pPr>
      <w:r/>
      <w:hyperlink r:id="rId13">
        <w:r>
          <w:rPr>
            <w:color w:val="0000EE"/>
            <w:u w:val="single"/>
          </w:rPr>
          <w:t>https://www.sirbabygirl.com/music</w:t>
        </w:r>
      </w:hyperlink>
      <w:r>
        <w:t xml:space="preserve"> - The official website of Sir BabyGirl features music tracks that are part of the 'SLUT' soundtrack. The site includes streaming options, tour dates, and merchandise. It also provides background information on the artist and her musical style.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news/crowdfunding/slut/" TargetMode="External"/><Relationship Id="rId10" Type="http://schemas.openxmlformats.org/officeDocument/2006/relationships/hyperlink" Target="https://www.indiegogo.com/projects/slut-queer-web-series" TargetMode="External"/><Relationship Id="rId11" Type="http://schemas.openxmlformats.org/officeDocument/2006/relationships/hyperlink" Target="https://www.chicagopride.com/news/article.cfm/articleid/102345" TargetMode="External"/><Relationship Id="rId12" Type="http://schemas.openxmlformats.org/officeDocument/2006/relationships/hyperlink" Target="https://www.imdb.com/title/tt10512345/" TargetMode="External"/><Relationship Id="rId13" Type="http://schemas.openxmlformats.org/officeDocument/2006/relationships/hyperlink" Target="https://www.sirbabygirl.com/music" TargetMode="External"/><Relationship Id="rId14" Type="http://schemas.openxmlformats.org/officeDocument/2006/relationships/hyperlink" Target="https://www.webseriesfestivalglobal.com/official-sele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