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Things to Do in Houston This July: Events, Parties and More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for summer queer culture , and Houston’s calendar is packed. From cabaret and burlesque to DJ battles and museum happy hours, here’s a quick, fun guide to what’s on July 9–12 and why it matters if you want loud music, soulful vocals or a chill art night out.</w:t>
      </w:r>
      <w:r/>
    </w:p>
    <w:p>
      <w:r/>
      <w:r>
        <w:t>Essential Takeaways</w:t>
      </w:r>
      <w:r/>
      <w:r/>
    </w:p>
    <w:p>
      <w:pPr>
        <w:pStyle w:val="ListBullet"/>
        <w:spacing w:line="240" w:lineRule="auto"/>
        <w:ind w:left="720"/>
      </w:pPr>
      <w:r/>
      <w:r>
        <w:rPr>
          <w:b/>
        </w:rPr>
        <w:t>Broadway-style cabaret:</w:t>
      </w:r>
      <w:r>
        <w:t xml:space="preserve"> Holland Vavra headlines a celebratory show at Stages, marking a milestone , expect theatrical flair and piano-led arrangements.</w:t>
      </w:r>
      <w:r/>
    </w:p>
    <w:p>
      <w:pPr>
        <w:pStyle w:val="ListBullet"/>
        <w:spacing w:line="240" w:lineRule="auto"/>
        <w:ind w:left="720"/>
      </w:pPr>
      <w:r/>
      <w:r>
        <w:rPr>
          <w:b/>
        </w:rPr>
        <w:t>MFAH Football Friday:</w:t>
      </w:r>
      <w:r>
        <w:t xml:space="preserve"> Wear a football or soccer jersey and get half-price admission, with drinks, DJ music and major artworks on view.</w:t>
      </w:r>
      <w:r/>
    </w:p>
    <w:p>
      <w:pPr>
        <w:pStyle w:val="ListBullet"/>
        <w:spacing w:line="240" w:lineRule="auto"/>
        <w:ind w:left="720"/>
      </w:pPr>
      <w:r/>
      <w:r>
        <w:rPr>
          <w:b/>
        </w:rPr>
        <w:t>Sapphic nightlife:</w:t>
      </w:r>
      <w:r>
        <w:t xml:space="preserve"> Multiple events target women who love women, from the Daydream dance afternoon for 40+ crowds to the sensual burlesque of Touch Me Not!</w:t>
      </w:r>
      <w:r/>
    </w:p>
    <w:p>
      <w:pPr>
        <w:pStyle w:val="ListBullet"/>
        <w:spacing w:line="240" w:lineRule="auto"/>
        <w:ind w:left="720"/>
      </w:pPr>
      <w:r/>
      <w:r>
        <w:rPr>
          <w:b/>
        </w:rPr>
        <w:t>High-energy DJ clash:</w:t>
      </w:r>
      <w:r>
        <w:t xml:space="preserve"> Battle of the DJs pits NYC flavours versus Houston favourites , bring your team spirit and loud cheers.</w:t>
      </w:r>
      <w:r/>
    </w:p>
    <w:p>
      <w:pPr>
        <w:pStyle w:val="ListBullet"/>
        <w:spacing w:line="240" w:lineRule="auto"/>
        <w:ind w:left="720"/>
      </w:pPr>
      <w:r/>
      <w:r>
        <w:rPr>
          <w:b/>
        </w:rPr>
        <w:t>Community day party:</w:t>
      </w:r>
      <w:r>
        <w:t xml:space="preserve"> A queer-centric day party keeps DreamCon vibes going with DJs, costumes optional and a sapphic focus.</w:t>
      </w:r>
      <w:r/>
      <w:r/>
    </w:p>
    <w:p>
      <w:pPr>
        <w:pStyle w:val="Heading2"/>
      </w:pPr>
      <w:r>
        <w:t>A star cabaret to open the weekend: Broadway and Beyond at Stages</w:t>
      </w:r>
      <w:r/>
    </w:p>
    <w:p>
      <w:r/>
      <w:r>
        <w:t>If you like theatre with a wink and a winkier wink, Holland Vavra’s cabaret is built for that exact mood, with a “created and written” credit suggesting a personal evening. The show celebrates Vavra’s three-decade connection with Stages, so expect insider stories, musical theatre standards and a cosy, live-piano feel. Stages has a long track record of singer-actor showcases, and this runs as previews then regular performances through late July , perfect if you want an intimate night with theatrical polish. Tip: book earlier-evening previews for cheaper seats and a more relaxed exit into Montrose nightlife.</w:t>
      </w:r>
      <w:r/>
    </w:p>
    <w:p>
      <w:pPr>
        <w:pStyle w:val="Heading2"/>
      </w:pPr>
      <w:r>
        <w:t>Football Friday at the MFAH , art, jerseys and cocktails</w:t>
      </w:r>
      <w:r/>
    </w:p>
    <w:p>
      <w:r/>
      <w:r>
        <w:t>If your idea of culture includes Picasso and a pint, MFAH’s Football Friday is the neat hybrid: wear any soccer jersey and score half-price admission, enjoy gallery-hopping with a DJ soundtrack and sip happy-hour drinks while you soak up the galleries. It’s an easy, slightly cheeky way to bring sporty energy to an art night, and the museum setting keeps things light and unexpectedly sophisticated. Practical note: arrive around 5pm to catch the DJ set and avoid later queues.</w:t>
      </w:r>
      <w:r/>
    </w:p>
    <w:p>
      <w:pPr>
        <w:pStyle w:val="Heading2"/>
      </w:pPr>
      <w:r>
        <w:t>Daydream and Touch Me Not! , daytime dancing and after-dark seduction</w:t>
      </w:r>
      <w:r/>
    </w:p>
    <w:p>
      <w:r/>
      <w:r>
        <w:t>Saturday’s Daydream at Pearl Bar is a sweetly specific crowd-pleaser: geared to 40+ lesbians and their friends, it’s a sunlit, nostalgia-heavy dance party playing 70s–90s R&amp;B, disco and funk. It’s lively but low-commitment , you can be in bed by 10pm and still have had a proper boogie. Later that night, Touch Me Not! flips the vibe to sultry burlesque with performers who bring classic tease and theatricality. Both events show how Houston’s queer social scene offers many paces: warm, friendly afternoons and deliberately sexy evenings. Advice: pick shoes you can dance in and a small clutch for lines.</w:t>
      </w:r>
      <w:r/>
    </w:p>
    <w:p>
      <w:pPr>
        <w:pStyle w:val="Heading2"/>
      </w:pPr>
      <w:r>
        <w:t>Battle of the DJs: New York grit vs Houston swagger</w:t>
      </w:r>
      <w:r/>
    </w:p>
    <w:p>
      <w:r/>
      <w:r>
        <w:t>This one’s a proper crowd sport: DJs on opposite decks serve hometown anthems , think East Coast rap versus Southern hip-hop and pop , and the audience judges the victor. It’s loud, competitive and a great night if you like shout-along moments and setlists that swing from 50 Cent to Beyoncé. Rich’s is built for long club nights, so plan for late finishes and a high-energy floor. Bring friends and a voice; crowd participation is basically part of the scoring.</w:t>
      </w:r>
      <w:r/>
    </w:p>
    <w:p>
      <w:pPr>
        <w:pStyle w:val="Heading2"/>
      </w:pPr>
      <w:r>
        <w:t>Queer Day Party and House of Sound: community and intimate live performances</w:t>
      </w:r>
      <w:r/>
    </w:p>
    <w:p>
      <w:r/>
      <w:r>
        <w:t>Wrap the weekend with choices: the Queer Day Party keeps DreamCon momentum going with cosplay-friendly vibes and DJs spinning inclusive, danceable sets , it’s a relaxed, sapphic-centred afternoon where costumes are encouraged but not required. Alternatively, House of Sound at the Montrose Ballroom offers a more focused music experience, with live performances and a taping featuring Kam Franklin and other vocal talents. For either event, arrive early for best spots, and if you want photos, check photographers’ policies first.</w:t>
      </w:r>
      <w:r/>
    </w:p>
    <w:p>
      <w:r/>
      <w:r>
        <w:t>It's a small change that can make your weekend feel more colourful and connected.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2">
        <w:r>
          <w:rPr>
            <w:color w:val="0000EE"/>
            <w:u w:val="single"/>
          </w:rPr>
          <w:t>[6]</w:t>
        </w:r>
      </w:hyperlink>
      <w:r>
        <w:t xml:space="preserve">, </w:t>
      </w:r>
      <w:hyperlink r:id="rId12">
        <w:r>
          <w:rPr>
            <w:color w:val="0000EE"/>
            <w:u w:val="single"/>
          </w:rPr>
          <w:t>[7]</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3">
        <w:r>
          <w:rPr>
            <w:color w:val="0000EE"/>
            <w:u w:val="single"/>
          </w:rPr>
          <w:t>[5]</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https://www.outsmartmagazine.com/2026/07/queer-things-to-do-lgbtq-events-july-9-12/</w:t>
        </w:r>
      </w:hyperlink>
      <w:r>
        <w:t xml:space="preserve"> - Please view link - unable to able to access data</w:t>
      </w:r>
      <w:r/>
    </w:p>
    <w:p>
      <w:pPr>
        <w:pStyle w:val="ListNumber"/>
        <w:spacing w:line="240" w:lineRule="auto"/>
        <w:ind w:left="720"/>
      </w:pPr>
      <w:r/>
      <w:hyperlink r:id="rId10">
        <w:r>
          <w:rPr>
            <w:color w:val="0000EE"/>
            <w:u w:val="single"/>
          </w:rPr>
          <w:t>https://www.merlexpicks.com/</w:t>
        </w:r>
      </w:hyperlink>
      <w:r>
        <w:t xml:space="preserve"> - Merlex Picks is a Houston-based cultural event guide that provides comprehensive listings of local events, including LGBTQ+ happenings. Their website features detailed information on various events, such as the 'Football Friday at MFAH' on July 10, 2026, offering half-price admission for visitors wearing soccer jerseys. The guide also highlights other events like the 'Author Talk: No Sense In Wishing with LaWrence Burney' on the same day, providing readers with a curated selection of cultural activities in Houston.</w:t>
      </w:r>
      <w:r/>
    </w:p>
    <w:p>
      <w:pPr>
        <w:pStyle w:val="ListNumber"/>
        <w:spacing w:line="240" w:lineRule="auto"/>
        <w:ind w:left="720"/>
      </w:pPr>
      <w:r/>
      <w:hyperlink r:id="rId11">
        <w:r>
          <w:rPr>
            <w:color w:val="0000EE"/>
            <w:u w:val="single"/>
          </w:rPr>
          <w:t>https://www.mfah.org/events/football-fridays-at-the-mfah/202607031600?returnUrl=%2Fevents%3Fdate%25253D%3D%26%25253Bperiod%25253Dweek%3D%26%25253Beventtype%25253Dgallerytalktour%3D%26%25253Bplace%25253D%3D%26%25253Bprogram%25253D%3D%26location%3Dkinder-building%26date%3D2026-06-21</w:t>
        </w:r>
      </w:hyperlink>
      <w:r>
        <w:t xml:space="preserve"> - The Museum of Fine Arts, Houston (MFAH) hosts 'Football Fridays,' a series of events running from June 12 to July 17, 2026. On July 10, attendees are encouraged to wear soccer jerseys to receive half-price admission from 4 p.m. to 9 p.m. The event includes art exhibitions featuring works by artists like Picasso and Matisse, along with a happy hour setting and music by DJ Doc Guava. This initiative combines art appreciation with the excitement of soccer culture.</w:t>
      </w:r>
      <w:r/>
    </w:p>
    <w:p>
      <w:pPr>
        <w:pStyle w:val="ListNumber"/>
        <w:spacing w:line="240" w:lineRule="auto"/>
        <w:ind w:left="720"/>
      </w:pPr>
      <w:r/>
      <w:hyperlink r:id="rId12">
        <w:r>
          <w:rPr>
            <w:color w:val="0000EE"/>
            <w:u w:val="single"/>
          </w:rPr>
          <w:t>https://www.mfah.org/events/football-fridays-at-the-mfah/202607031600?returnUrl=%2Fevents%3Fdate%3D2026-06-29</w:t>
        </w:r>
      </w:hyperlink>
      <w:r>
        <w:t xml:space="preserve"> - The Museum of Fine Arts, Houston (MFAH) continues its 'Football Fridays' series on July 3, 2026, from 4 p.m. to 9 p.m. Attendees wearing soccer jerseys receive half-price admission. The event features art exhibitions, including a film screening of 'Bend It Like Beckham' at 6 p.m. in the Brown Auditorium Theater. This series offers a unique blend of art, film, and soccer culture, enhancing the museum experience for visitors.</w:t>
      </w:r>
      <w:r/>
    </w:p>
    <w:p>
      <w:pPr>
        <w:pStyle w:val="ListNumber"/>
        <w:spacing w:line="240" w:lineRule="auto"/>
        <w:ind w:left="720"/>
      </w:pPr>
      <w:r/>
      <w:hyperlink r:id="rId13">
        <w:r>
          <w:rPr>
            <w:color w:val="0000EE"/>
            <w:u w:val="single"/>
          </w:rPr>
          <w:t>https://www.mfah.org/events/football-fridays-at-the-mfah/202607031600?returnUrl=%2Fevents%3Fperiod%3Dyear%26place%3D3%26date%3D2024-05-31%26p%3D5</w:t>
        </w:r>
      </w:hyperlink>
      <w:r>
        <w:t xml:space="preserve"> - The Museum of Fine Arts, Houston (MFAH) is hosting 'Football Fridays,' a series of events from June 12 to July 17, 2026. On July 10, attendees are invited to wear soccer jerseys to receive half-price admission from 4 p.m. to 9 p.m. The event includes art exhibitions and a happy hour setting with music by DJ Doc Guava. This initiative combines art appreciation with the excitement of soccer culture, offering a unique experience for visitors.</w:t>
      </w:r>
      <w:r/>
    </w:p>
    <w:p>
      <w:pPr>
        <w:pStyle w:val="ListNumber"/>
        <w:spacing w:line="240" w:lineRule="auto"/>
        <w:ind w:left="720"/>
      </w:pPr>
      <w:r/>
      <w:hyperlink r:id="rId12">
        <w:r>
          <w:rPr>
            <w:color w:val="0000EE"/>
            <w:u w:val="single"/>
          </w:rPr>
          <w:t>https://www.mfah.org/events/football-fridays-at-the-mfah/202607031600?returnUrl=%2Fevents%3Fdate%3D2026-06-29</w:t>
        </w:r>
      </w:hyperlink>
      <w:r>
        <w:t xml:space="preserve"> - The Museum of Fine Arts, Houston (MFAH) is hosting 'Football Fridays,' a series of events from June 12 to July 17, 2026. On July 10, attendees are invited to wear soccer jerseys to receive half-price admission from 4 p.m. to 9 p.m. The event includes art exhibitions and a happy hour setting with music by DJ Doc Guava. This initiative combines art appreciation with the excitement of soccer culture, offering a unique experience for visitors.</w:t>
      </w:r>
      <w:r/>
    </w:p>
    <w:p>
      <w:pPr>
        <w:pStyle w:val="ListNumber"/>
        <w:spacing w:line="240" w:lineRule="auto"/>
        <w:ind w:left="720"/>
      </w:pPr>
      <w:r/>
      <w:hyperlink r:id="rId12">
        <w:r>
          <w:rPr>
            <w:color w:val="0000EE"/>
            <w:u w:val="single"/>
          </w:rPr>
          <w:t>https://www.mfah.org/events/football-fridays-at-the-mfah/202607031600?returnUrl=%2Fevents%3Fdate%3D2026-06-29</w:t>
        </w:r>
      </w:hyperlink>
      <w:r>
        <w:t xml:space="preserve"> - The Museum of Fine Arts, Houston (MFAH) is hosting 'Football Fridays,' a series of events from June 12 to July 17, 2026. On July 10, attendees are invited to wear soccer jerseys to receive half-price admission from 4 p.m. to 9 p.m. The event includes art exhibitions and a happy hour setting with music by DJ Doc Guava. This initiative combines art appreciation with the excitement of soccer culture, offering a unique experience for visitors.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queer-things-to-do-lgbtq-events-july-9-12/" TargetMode="External"/><Relationship Id="rId10" Type="http://schemas.openxmlformats.org/officeDocument/2006/relationships/hyperlink" Target="https://www.merlexpicks.com/" TargetMode="External"/><Relationship Id="rId11" Type="http://schemas.openxmlformats.org/officeDocument/2006/relationships/hyperlink" Target="https://www.mfah.org/events/football-fridays-at-the-mfah/202607031600?returnUrl=%2Fevents%3Fdate%25253D%3D%26%25253Bperiod%25253Dweek%3D%26%25253Beventtype%25253Dgallerytalktour%3D%26%25253Bplace%25253D%3D%26%25253Bprogram%25253D%3D%26location%3Dkinder-building%26date%3D2026-06-21" TargetMode="External"/><Relationship Id="rId12" Type="http://schemas.openxmlformats.org/officeDocument/2006/relationships/hyperlink" Target="https://www.mfah.org/events/football-fridays-at-the-mfah/202607031600?returnUrl=%2Fevents%3Fdate%3D2026-06-29" TargetMode="External"/><Relationship Id="rId13" Type="http://schemas.openxmlformats.org/officeDocument/2006/relationships/hyperlink" Target="https://www.mfah.org/events/football-fridays-at-the-mfah/202607031600?returnUrl=%2Fevents%3Fperiod%3Dyear%26place%3D3%26date%3D2024-05-31%26p%3D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