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Reality Shows to Stream Right Now for Every Zodiac Sign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queer reality TV to fill the Love Island-shaped gap: here’s a playful, sign-by-sign guide to the best shows to binge, where to find them, and why they matter for representation and entertainment.</w:t>
      </w:r>
      <w:r/>
    </w:p>
    <w:p>
      <w:r/>
      <w:r>
        <w:t>Essential Takeaways</w:t>
      </w:r>
      <w:r/>
      <w:r/>
    </w:p>
    <w:p>
      <w:pPr>
        <w:pStyle w:val="ListBullet"/>
        <w:spacing w:line="240" w:lineRule="auto"/>
        <w:ind w:left="720"/>
      </w:pPr>
      <w:r/>
      <w:r>
        <w:rPr>
          <w:b/>
        </w:rPr>
        <w:t>Broad variety:</w:t>
      </w:r>
      <w:r>
        <w:t xml:space="preserve"> From makeover comfort to high-stakes dating, queer reality TV spans competitions, documentaries, and dating formats. </w:t>
      </w:r>
      <w:r/>
    </w:p>
    <w:p>
      <w:pPr>
        <w:pStyle w:val="ListBullet"/>
        <w:spacing w:line="240" w:lineRule="auto"/>
        <w:ind w:left="720"/>
      </w:pPr>
      <w:r/>
      <w:r>
        <w:rPr>
          <w:b/>
        </w:rPr>
        <w:t>Emotional range:</w:t>
      </w:r>
      <w:r>
        <w:t xml:space="preserve"> Expect everything from belly laughs and camp to genuine, tear-jerking moments. </w:t>
      </w:r>
      <w:r/>
    </w:p>
    <w:p>
      <w:pPr>
        <w:pStyle w:val="ListBullet"/>
        <w:spacing w:line="240" w:lineRule="auto"/>
        <w:ind w:left="720"/>
      </w:pPr>
      <w:r/>
      <w:r>
        <w:rPr>
          <w:b/>
        </w:rPr>
        <w:t>Accessibility note:</w:t>
      </w:r>
      <w:r>
        <w:t xml:space="preserve"> Some series stream widely (Netflix, Paramount+), while others sit on niche platforms (WOW Presents Plus, Tubi). </w:t>
      </w:r>
      <w:r/>
    </w:p>
    <w:p>
      <w:pPr>
        <w:pStyle w:val="ListBullet"/>
        <w:spacing w:line="240" w:lineRule="auto"/>
        <w:ind w:left="720"/>
      </w:pPr>
      <w:r/>
      <w:r>
        <w:rPr>
          <w:b/>
        </w:rPr>
        <w:t>Representation matters:</w:t>
      </w:r>
      <w:r>
        <w:t xml:space="preserve"> Hosts and casting shifts are nudging mainstream shows toward more LGBTQ+ inclusivity. </w:t>
      </w:r>
      <w:r/>
    </w:p>
    <w:p>
      <w:pPr>
        <w:pStyle w:val="ListBullet"/>
        <w:spacing w:line="240" w:lineRule="auto"/>
        <w:ind w:left="720"/>
      </w:pPr>
      <w:r/>
      <w:r>
        <w:rPr>
          <w:b/>
        </w:rPr>
        <w:t>Viewing tips:</w:t>
      </w:r>
      <w:r>
        <w:t xml:space="preserve"> Pick by mood , want light and cosy, choose a makeover; craving chaos, opt for a dating ultimatum.</w:t>
      </w:r>
      <w:r/>
      <w:r/>
    </w:p>
    <w:p>
      <w:pPr>
        <w:pStyle w:val="Heading2"/>
      </w:pPr>
      <w:r>
        <w:t>Why queer reality TV is the antidote to straight villa fatigue</w:t>
      </w:r>
      <w:r/>
    </w:p>
    <w:p>
      <w:r/>
      <w:r>
        <w:t>Reality TV can feel like cultural shorthand , big personalities, messy choices, instant drama , and queer editions give those tropes fresh angles and actual representation. According to coverage of casting conversations and calls for inclusion, hosts and fans alike want more queer faces on mainstream formats, so these series offer both entertainment and a corrective to heteronormative programming. If you’re coming off a season of Love Island and craving variety, these alternatives bring new energy, identity politics, and the emotional payoff viewers now expect.</w:t>
      </w:r>
      <w:r/>
    </w:p>
    <w:p>
      <w:pPr>
        <w:pStyle w:val="Heading2"/>
      </w:pPr>
      <w:r>
        <w:t>Aries and Taurus picks: fast thrills and pastoral comfort</w:t>
      </w:r>
      <w:r/>
    </w:p>
    <w:p>
      <w:r/>
      <w:r>
        <w:t>Aries needs speed and competition, so light, punchy formats that burn bright but brief are perfect , think quick-run quiz shows that lampoon culture with a wink. Taurus, by contrast, prefers tactile, comforting viewing: rural makeovers and slower-paced entrepreneurial stories deliver cosy visuals, organic routines, and a sturdier feel. Both prove reality TV isn’t monolithic; you can get rapid-fire laughs or slow-brew warmth depending on the mood.</w:t>
      </w:r>
      <w:r/>
    </w:p>
    <w:p>
      <w:pPr>
        <w:pStyle w:val="Heading2"/>
      </w:pPr>
      <w:r>
        <w:t>Gemini through Leo: bisexual chaos, heartfelt drag, and headline-making glamour</w:t>
      </w:r>
      <w:r/>
    </w:p>
    <w:p>
      <w:r/>
      <w:r>
        <w:t>Gemini viewers often love duality, so bisexual-heavy casts and fluid dating dynamics hit all the right notes. For Cancer, earnest shows that pair vulnerability with community give you proper tearjerkers and uplift. And Leo? You want spectacle , RuPaul’s Drag Race still rules for dazzling looks, fierce runway moments, and the kind of career-launching drama that makes water-cooler conversation last for seasons.</w:t>
      </w:r>
      <w:r/>
    </w:p>
    <w:p>
      <w:pPr>
        <w:pStyle w:val="Heading2"/>
      </w:pPr>
      <w:r>
        <w:t>Virgo, Libra and Scorpio: makeovers, pan rom-coms, and strategic thrills</w:t>
      </w:r>
      <w:r/>
    </w:p>
    <w:p>
      <w:r/>
      <w:r>
        <w:t>Virgo’s got a sharp eye for craft, so makeover shows with design-savvy hosts and polished reveals will scratch that itch. Libras lean toward flirtation and balance, which is why pansexual dating formats that mix genders and romantic possibilities feel like a breath of fresh air. Scorpio craves strategy and intensity; mafia-style game shows with social deception and high stakes satisfy the sign’s appetite for cunning moves and late-night speculation.</w:t>
      </w:r>
      <w:r/>
    </w:p>
    <w:p>
      <w:pPr>
        <w:pStyle w:val="Heading2"/>
      </w:pPr>
      <w:r>
        <w:t>Sagittarius to Pisces: travel romance, ultimatum-level chaos, and wistful love</w:t>
      </w:r>
      <w:r/>
    </w:p>
    <w:p>
      <w:r/>
      <w:r>
        <w:t>Sagittarius wants adventure and the romance of a foreign city, so travel-based dating shows that pair wind-swept streets with sapphic storylines are a neat fit. Capricorn prefers order and commitment, which makes high-drama ultimatum formats oddly irresistible: they’re messy, but you get clarity one way or another. Aquarius gravitates toward subcultures and outsider art, so ballroom-inspired competitions and house culture programming hit the cultural curiosity sweet spot. Pisces? You want wistful, romantic setups , villa escapes and tender sapphic pairings will do the trick, even if the shows are short-lived or tricky to stream.</w:t>
      </w:r>
      <w:r/>
    </w:p>
    <w:p>
      <w:pPr>
        <w:pStyle w:val="Heading2"/>
      </w:pPr>
      <w:r>
        <w:t>How to choose what to watch next (quick guide)</w:t>
      </w:r>
      <w:r/>
      <w:r/>
    </w:p>
    <w:p>
      <w:pPr>
        <w:pStyle w:val="ListBullet"/>
        <w:spacing w:line="240" w:lineRule="auto"/>
        <w:ind w:left="720"/>
      </w:pPr>
      <w:r/>
      <w:r>
        <w:t xml:space="preserve">Pick by emotional thermostat: want comforting? choose a makeover or farm-life series. Want chaos? go for ultimatum-style dating shows. </w:t>
      </w:r>
      <w:r/>
    </w:p>
    <w:p>
      <w:pPr>
        <w:pStyle w:val="ListBullet"/>
        <w:spacing w:line="240" w:lineRule="auto"/>
        <w:ind w:left="720"/>
      </w:pPr>
      <w:r/>
      <w:r>
        <w:t xml:space="preserve">Check platform availability before committing; some gems live on niche services or free ad-supported platforms. </w:t>
      </w:r>
      <w:r/>
    </w:p>
    <w:p>
      <w:pPr>
        <w:pStyle w:val="ListBullet"/>
        <w:spacing w:line="240" w:lineRule="auto"/>
        <w:ind w:left="720"/>
      </w:pPr>
      <w:r/>
      <w:r>
        <w:t xml:space="preserve">Rotate moods: a serious, heartwarming documentary one night, a campy competition the next , it keeps reality TV feeling fresh. </w:t>
      </w:r>
      <w:r/>
    </w:p>
    <w:p>
      <w:pPr>
        <w:pStyle w:val="ListBullet"/>
        <w:spacing w:line="240" w:lineRule="auto"/>
        <w:ind w:left="720"/>
      </w:pPr>
      <w:r/>
      <w:r>
        <w:t>If representation matters to you, look at casting notes and host commentary , industry conversations increasingly herald more inclusive seasons.</w:t>
      </w:r>
      <w:r/>
      <w:r/>
    </w:p>
    <w:p>
      <w:pPr>
        <w:pStyle w:val="Heading2"/>
      </w:pPr>
      <w:r>
        <w:t>What to expect from queer reality TV next</w:t>
      </w:r>
      <w:r/>
    </w:p>
    <w:p>
      <w:r/>
      <w:r>
        <w:t>Mainstream hosts and producers are hearing the call for more queer visibility, and that pressure is nudging even established franchises toward inclusion. Meanwhile, independent and niche series keep experimenting with formats, tones, and settings, so there’s always something new to discover. If you care about seeing your experience reflected on screen, now’s a good time to binge, support, and talk about what you love.</w:t>
      </w:r>
      <w:r/>
    </w:p>
    <w:p>
      <w:r/>
      <w:r>
        <w:t>It’s a small change that can make every watch feel more representative and a lot more fun.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1">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[7]</w:t>
        </w:r>
      </w:hyperlink>
      <w:r>
        <w:t xml:space="preserve">- Paragraph 6: </w:t>
      </w:r>
      <w:hyperlink r:id="rId9">
        <w:r>
          <w:rPr>
            <w:color w:val="0000EE"/>
            <w:u w:val="single"/>
          </w:rPr>
          <w:t>[1]</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https://www.them.us/entertainment/tv-and-movies/queer-reality-show-zodiac-sign</w:t>
        </w:r>
      </w:hyperlink>
      <w:r>
        <w:t xml:space="preserve"> - Please view link - unable to able to access data</w:t>
      </w:r>
      <w:r/>
    </w:p>
    <w:p>
      <w:pPr>
        <w:pStyle w:val="ListNumber"/>
        <w:spacing w:line="240" w:lineRule="auto"/>
        <w:ind w:left="720"/>
      </w:pPr>
      <w:r/>
      <w:hyperlink r:id="rId10">
        <w:r>
          <w:rPr>
            <w:color w:val="0000EE"/>
            <w:u w:val="single"/>
          </w:rPr>
          <w:t>https://www.elitedaily.com/entertainment/ariana-madix-queer-couple-love-island-usa</w:t>
        </w:r>
      </w:hyperlink>
      <w:r>
        <w:t xml:space="preserve"> - In a June 2026 interview, 'Love Island USA' host Ariana Madix expressed her desire for more queer representation on the show. She highlighted the show's traditionally binary gender dynamics and expressed a wish to see it break out of that mold, emphasizing her longing for more LGBTQ+ couples to form on the series.</w:t>
      </w:r>
      <w:r/>
    </w:p>
    <w:p>
      <w:pPr>
        <w:pStyle w:val="ListNumber"/>
        <w:spacing w:line="240" w:lineRule="auto"/>
        <w:ind w:left="720"/>
      </w:pPr>
      <w:r/>
      <w:hyperlink r:id="rId11">
        <w:r>
          <w:rPr>
            <w:color w:val="0000EE"/>
            <w:u w:val="single"/>
          </w:rPr>
          <w:t>https://www.out.com/gay-tv-shows/ariana-madix-im-dying-for-more-queer-representation-on-love-island</w:t>
        </w:r>
      </w:hyperlink>
      <w:r>
        <w:t xml:space="preserve"> - Ariana Madix, host of 'Love Island USA', voiced her enthusiasm for increased queer representation on the show. In a June 2026 interview, she stated her eagerness for more LGBTQ+ faces on the dating series, underscoring the importance of queer representation in media.</w:t>
      </w:r>
      <w:r/>
    </w:p>
    <w:p>
      <w:pPr>
        <w:pStyle w:val="ListNumber"/>
        <w:spacing w:line="240" w:lineRule="auto"/>
        <w:ind w:left="720"/>
      </w:pPr>
      <w:r/>
      <w:hyperlink r:id="rId12">
        <w:r>
          <w:rPr>
            <w:color w:val="0000EE"/>
            <w:u w:val="single"/>
          </w:rPr>
          <w:t>https://www.out.com/gay-tv-shows/ariana-madix-queer-love-island-interview</w:t>
        </w:r>
      </w:hyperlink>
      <w:r>
        <w:t xml:space="preserve"> - In a September 2024 interview, Ariana Madix discussed the possibility of a queer-focused 'Love Island'. She expressed hope for more queer dating shows, suggesting the need for multiple queer dating series to better represent the LGBTQ+ community.</w:t>
      </w:r>
      <w:r/>
    </w:p>
    <w:p>
      <w:pPr>
        <w:pStyle w:val="ListNumber"/>
        <w:spacing w:line="240" w:lineRule="auto"/>
        <w:ind w:left="720"/>
      </w:pPr>
      <w:r/>
      <w:hyperlink r:id="rId13">
        <w:r>
          <w:rPr>
            <w:color w:val="0000EE"/>
            <w:u w:val="single"/>
          </w:rPr>
          <w:t>https://www.peacocktv.com/blog/love-island-usa-season-6-meet-the-bombshells-coming-to-casa-amor</w:t>
        </w:r>
      </w:hyperlink>
      <w:r>
        <w:t xml:space="preserve"> - Peacock's official blog introduced the new bombshells arriving at Casa Amor during 'Love Island USA' Season 6. The article detailed the twist where new contestants enter the villa to test existing couples' commitments, adding fresh dynamics to the show.</w:t>
      </w:r>
      <w:r/>
    </w:p>
    <w:p>
      <w:pPr>
        <w:pStyle w:val="ListNumber"/>
        <w:spacing w:line="240" w:lineRule="auto"/>
        <w:ind w:left="720"/>
      </w:pPr>
      <w:r/>
      <w:hyperlink r:id="rId14">
        <w:r>
          <w:rPr>
            <w:color w:val="0000EE"/>
            <w:u w:val="single"/>
          </w:rPr>
          <w:t>https://www.imdb.com/title/tt43235818/</w:t>
        </w:r>
      </w:hyperlink>
      <w:r>
        <w:t xml:space="preserve"> - IMDb's page for 'Love Island USA' Season 8, Episode 2, aired on June 3, 2026. The episode features three islanders whisked away to a secluded hideaway, setting the stage for new bombshells to enter and stir up the villa's dynamics.</w:t>
      </w:r>
      <w:r/>
    </w:p>
    <w:p>
      <w:pPr>
        <w:pStyle w:val="ListNumber"/>
        <w:spacing w:line="240" w:lineRule="auto"/>
        <w:ind w:left="720"/>
      </w:pPr>
      <w:r/>
      <w:hyperlink r:id="rId15">
        <w:r>
          <w:rPr>
            <w:color w:val="0000EE"/>
            <w:u w:val="single"/>
          </w:rPr>
          <w:t>https://www.imdb.com/title/tt32611746/</w:t>
        </w:r>
      </w:hyperlink>
      <w:r>
        <w:t xml:space="preserve"> - IMDb's page for 'Love Island USA' Season 6, Episode 6, aired on June 16, 2024. In this episode, host Ariana Madix crashes a lingerie party with two new bombshells, leading to significant shifts in the villa's relationships and dynamics.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m.us/entertainment/tv-and-movies/queer-reality-show-zodiac-sign" TargetMode="External"/><Relationship Id="rId10" Type="http://schemas.openxmlformats.org/officeDocument/2006/relationships/hyperlink" Target="https://www.elitedaily.com/entertainment/ariana-madix-queer-couple-love-island-usa" TargetMode="External"/><Relationship Id="rId11" Type="http://schemas.openxmlformats.org/officeDocument/2006/relationships/hyperlink" Target="https://www.out.com/gay-tv-shows/ariana-madix-im-dying-for-more-queer-representation-on-love-island" TargetMode="External"/><Relationship Id="rId12" Type="http://schemas.openxmlformats.org/officeDocument/2006/relationships/hyperlink" Target="https://www.out.com/gay-tv-shows/ariana-madix-queer-love-island-interview" TargetMode="External"/><Relationship Id="rId13" Type="http://schemas.openxmlformats.org/officeDocument/2006/relationships/hyperlink" Target="https://www.peacocktv.com/blog/love-island-usa-season-6-meet-the-bombshells-coming-to-casa-amor" TargetMode="External"/><Relationship Id="rId14" Type="http://schemas.openxmlformats.org/officeDocument/2006/relationships/hyperlink" Target="https://www.imdb.com/title/tt43235818/" TargetMode="External"/><Relationship Id="rId15" Type="http://schemas.openxmlformats.org/officeDocument/2006/relationships/hyperlink" Target="https://www.imdb.com/title/tt326117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