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Eye Revelations: Tan France on Cast Drama and Coming Out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celebrity gossip have been swapping a new favourite: Tan France’s candid recollection about early tension on Queer Eye, which shows the Fab Five weren’t always in perfect harmony. Fans hear who, what and why it mattered, and why his coming-out story resonates beyond TV drama.</w:t>
      </w:r>
      <w:r/>
    </w:p>
    <w:p>
      <w:r/>
      <w:r>
        <w:t>Essential Takeaways</w:t>
      </w:r>
      <w:r/>
      <w:r/>
    </w:p>
    <w:p>
      <w:pPr>
        <w:pStyle w:val="ListBullet"/>
        <w:spacing w:line="240" w:lineRule="auto"/>
        <w:ind w:left="720"/>
      </w:pPr>
      <w:r/>
      <w:r>
        <w:rPr>
          <w:b/>
        </w:rPr>
        <w:t>Behind-the-scenes tension:</w:t>
      </w:r>
      <w:r>
        <w:t xml:space="preserve"> Tan France says an emotional disagreement occurred during Queer Eye’s first season about his decision not to be out to family yet, creating friction on set. </w:t>
      </w:r>
      <w:r/>
    </w:p>
    <w:p>
      <w:pPr>
        <w:pStyle w:val="ListBullet"/>
        <w:spacing w:line="240" w:lineRule="auto"/>
        <w:ind w:left="720"/>
      </w:pPr>
      <w:r/>
      <w:r>
        <w:rPr>
          <w:b/>
        </w:rPr>
        <w:t>Different journeys:</w:t>
      </w:r>
      <w:r>
        <w:t xml:space="preserve"> France emphasises that coming out isn’t one-size-fits-all , cultural background and family context shaped his choices. </w:t>
      </w:r>
      <w:r/>
    </w:p>
    <w:p>
      <w:pPr>
        <w:pStyle w:val="ListBullet"/>
        <w:spacing w:line="240" w:lineRule="auto"/>
        <w:ind w:left="720"/>
      </w:pPr>
      <w:r/>
      <w:r>
        <w:rPr>
          <w:b/>
        </w:rPr>
        <w:t>Repaired relationships:</w:t>
      </w:r>
      <w:r>
        <w:t xml:space="preserve"> Despite early conflict, France has rebuilt a close relationship with his family and found understanding over time. </w:t>
      </w:r>
      <w:r/>
    </w:p>
    <w:p>
      <w:pPr>
        <w:pStyle w:val="ListBullet"/>
        <w:spacing w:line="240" w:lineRule="auto"/>
        <w:ind w:left="720"/>
      </w:pPr>
      <w:r/>
      <w:r>
        <w:rPr>
          <w:b/>
        </w:rPr>
        <w:t>Cast chemistry evolved:</w:t>
      </w:r>
      <w:r>
        <w:t xml:space="preserve"> Reports and interviews show initial misgivings between cast members later softened into the on-screen warmth viewers recognise. </w:t>
      </w:r>
      <w:r/>
      <w:r/>
    </w:p>
    <w:p>
      <w:pPr>
        <w:pStyle w:val="Heading2"/>
      </w:pPr>
      <w:r>
        <w:t>A frank moment that surprised viewers</w:t>
      </w:r>
      <w:r/>
    </w:p>
    <w:p>
      <w:r/>
      <w:r>
        <w:t>Tan France’s story lands with a human thud: even a show built on compassion had a raw moment behind the cameras. He recalled a tense conversation from the first season where a teammate reacted badly to learning France hadn’t told his family he was gay. The memory feels immediate , voices raised, the air tight with hurt , and reminds us TV kindness isn’t always automatic.</w:t>
      </w:r>
      <w:r/>
    </w:p>
    <w:p>
      <w:pPr>
        <w:pStyle w:val="Heading2"/>
      </w:pPr>
      <w:r>
        <w:t>Why coming out looked different for him</w:t>
      </w:r>
      <w:r/>
    </w:p>
    <w:p>
      <w:r/>
      <w:r>
        <w:t>France’s experience underlines a simple truth: coming out is shaped by culture, religion and family. He explained that being a queer Muslim and an immigrant made the path riskier and more complicated than it might be for others. That context matters; it changes how and when someone feels safe to share their truth.</w:t>
      </w:r>
      <w:r/>
    </w:p>
    <w:p>
      <w:pPr>
        <w:pStyle w:val="Heading2"/>
      </w:pPr>
      <w:r>
        <w:t>Early cast drama, later goodwill</w:t>
      </w:r>
      <w:r/>
    </w:p>
    <w:p>
      <w:r/>
      <w:r>
        <w:t>Several outlets and interviews have traced a rocky start among the Fab Five , small frictions, misunderstandings and personality clashes that, over time, softened. What began as scepticism or surprise turned into working chemistry. That arc is common in tight creative teams: tension first, bond later, and a better product for it.</w:t>
      </w:r>
      <w:r/>
    </w:p>
    <w:p>
      <w:pPr>
        <w:pStyle w:val="Heading2"/>
      </w:pPr>
      <w:r>
        <w:t>How fans and family reacted</w:t>
      </w:r>
      <w:r/>
    </w:p>
    <w:p>
      <w:r/>
      <w:r>
        <w:t>Fans often expect a polished narrative, but France’s honesty prompted a warm response , people connected with the nuance of his story. His family’s gradual shift from unfamiliarity to acceptance is the kind of slow-motion reconciliation that resonates. It’s a reminder that change frequently arrives through conversation, not confrontation.</w:t>
      </w:r>
      <w:r/>
    </w:p>
    <w:p>
      <w:pPr>
        <w:pStyle w:val="Heading2"/>
      </w:pPr>
      <w:r>
        <w:t>What this means for viewers and LGBTQ representation</w:t>
      </w:r>
      <w:r/>
    </w:p>
    <w:p>
      <w:r/>
      <w:r>
        <w:t>This isn’t just gossip; it’s a useful corrective to simplistic narratives about queer visibility. Representation matters, but so does recognising different cultural starting points. For viewers, the takeaway is practical: advocate for diverse stories, and respect that people choose their own timelines when it comes to sharing identity.</w:t>
      </w:r>
      <w:r/>
    </w:p>
    <w:p>
      <w:r/>
      <w:r>
        <w:t>It’s a small, human reminder that patience and listening often do more good than pressure.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[6]</w:t>
        </w:r>
      </w:hyperlink>
      <w:r>
        <w:t xml:space="preserve">, </w:t>
      </w:r>
      <w:hyperlink r:id="rId11">
        <w:r>
          <w:rPr>
            <w:color w:val="0000EE"/>
            <w:u w:val="single"/>
          </w:rPr>
          <w:t>[4]</w:t>
        </w:r>
      </w:hyperlink>
      <w:r>
        <w:t xml:space="preserve">- Paragraph 3: </w:t>
      </w:r>
      <w:hyperlink r:id="rId13">
        <w:r>
          <w:rPr>
            <w:color w:val="0000EE"/>
            <w:u w:val="single"/>
          </w:rPr>
          <w:t>[5]</w:t>
        </w:r>
      </w:hyperlink>
      <w:r>
        <w:t xml:space="preserve">, </w:t>
      </w:r>
      <w:hyperlink r:id="rId14">
        <w:r>
          <w:rPr>
            <w:color w:val="0000EE"/>
            <w:u w:val="single"/>
          </w:rPr>
          <w:t>[3]</w:t>
        </w:r>
      </w:hyperlink>
      <w:r>
        <w:t xml:space="preserve">- Paragraph 4: </w:t>
      </w:r>
      <w:hyperlink r:id="rId9">
        <w:r>
          <w:rPr>
            <w:color w:val="0000EE"/>
            <w:u w:val="single"/>
          </w:rPr>
          <w:t>[1]</w:t>
        </w:r>
      </w:hyperlink>
      <w:r>
        <w:t xml:space="preserve">, </w:t>
      </w:r>
      <w:hyperlink r:id="rId12">
        <w:r>
          <w:rPr>
            <w:color w:val="0000EE"/>
            <w:u w:val="single"/>
          </w:rPr>
          <w:t>[6]</w:t>
        </w:r>
      </w:hyperlink>
      <w:r>
        <w:t xml:space="preserve">- Paragraph 5: </w:t>
      </w:r>
      <w:hyperlink r:id="rId10">
        <w:r>
          <w:rPr>
            <w:color w:val="0000EE"/>
            <w:u w:val="single"/>
          </w:rPr>
          <w:t>[2]</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https://instinctmagazine.com/tan-france-queer-eye-called-him-traitor/</w:t>
        </w:r>
      </w:hyperlink>
      <w:r>
        <w:t xml:space="preserve"> - Please view link - unable to able to access data</w:t>
      </w:r>
      <w:r/>
    </w:p>
    <w:p>
      <w:pPr>
        <w:pStyle w:val="ListNumber"/>
        <w:spacing w:line="240" w:lineRule="auto"/>
        <w:ind w:left="720"/>
      </w:pPr>
      <w:r/>
      <w:hyperlink r:id="rId10">
        <w:r>
          <w:rPr>
            <w:color w:val="0000EE"/>
            <w:u w:val="single"/>
          </w:rPr>
          <w:t>https://www.parade.com/news/tan-france-reveals-he-originally-didnt-like-one-of-his-queer-eye-co-stars</w:t>
        </w:r>
      </w:hyperlink>
      <w:r>
        <w:t xml:space="preserve"> - In a recent interview, Tan France, the fashion expert from 'Queer Eye', revealed that he initially didn't get along with co-star Antoni Porowski during the first season of the show. France admitted to feeling that Porowski was 'too nice' and that he needed someone to gossip with after work. However, over time, they became very close friends. France also expressed immense pride in the legacy of 'Queer Eye' and its positive impact on representing the LGBTQIA+ community.</w:t>
      </w:r>
      <w:r/>
    </w:p>
    <w:p>
      <w:pPr>
        <w:pStyle w:val="ListNumber"/>
        <w:spacing w:line="240" w:lineRule="auto"/>
        <w:ind w:left="720"/>
      </w:pPr>
      <w:r/>
      <w:hyperlink r:id="rId14">
        <w:r>
          <w:rPr>
            <w:color w:val="0000EE"/>
            <w:u w:val="single"/>
          </w:rPr>
          <w:t>https://www.realitytea.com/2026/06/24/tan-france-queer-eye-cast-drama-traitor/</w:t>
        </w:r>
      </w:hyperlink>
      <w:r>
        <w:t xml:space="preserve"> - Tan France shared a tense exchange with an unnamed 'Queer Eye' co-star during the first season of the show. The disagreement arose when the co-star discovered that France hadn't come out to his family before the series premiered in 2018. The co-star expressed frustration, calling France a 'traitor' for not being open about his sexuality. France explained that his experience as a queer Muslim, brown, and immigrant made his coming-out journey more complex, involving cultural expectations and family dynamics.</w:t>
      </w:r>
      <w:r/>
    </w:p>
    <w:p>
      <w:pPr>
        <w:pStyle w:val="ListNumber"/>
        <w:spacing w:line="240" w:lineRule="auto"/>
        <w:ind w:left="720"/>
      </w:pPr>
      <w:r/>
      <w:hyperlink r:id="rId11">
        <w:r>
          <w:rPr>
            <w:color w:val="0000EE"/>
            <w:u w:val="single"/>
          </w:rPr>
          <w:t>https://www.thewrap.com/creative-content/tv-shows/queer-eye-cast-drama-tan-france-closeted/</w:t>
        </w:r>
      </w:hyperlink>
      <w:r>
        <w:t xml:space="preserve"> - Tan France revealed a 'heated argument' with a fellow 'Queer Eye' cast member during the filming of the first season. The conflict occurred when the co-star learned that France hadn't come out to his family prior to the show's 2018 premiere. France emphasized that his experience as a queer Muslim, brown, and immigrant made his coming-out journey unique, involving cultural expectations and family dynamics that others might not understand.</w:t>
      </w:r>
      <w:r/>
    </w:p>
    <w:p>
      <w:pPr>
        <w:pStyle w:val="ListNumber"/>
        <w:spacing w:line="240" w:lineRule="auto"/>
        <w:ind w:left="720"/>
      </w:pPr>
      <w:r/>
      <w:hyperlink r:id="rId13">
        <w:r>
          <w:rPr>
            <w:color w:val="0000EE"/>
            <w:u w:val="single"/>
          </w:rPr>
          <w:t>https://www.eonline.com/news/1433264/queer-eyes-tan-france-didnt-like-antoni-porowski-when-they-met</w:t>
        </w:r>
      </w:hyperlink>
      <w:r>
        <w:t xml:space="preserve"> - Tan France admitted that he initially didn't trust co-star Antoni Porowski when they first met during the filming of 'Queer Eye' in 2018. France felt that Porowski was 'too nice' and that he needed someone to gossip with after work. Over time, they became very close friends. France also expressed immense pride in the legacy of 'Queer Eye' and its positive impact on representing the LGBTQIA+ community.</w:t>
      </w:r>
      <w:r/>
    </w:p>
    <w:p>
      <w:pPr>
        <w:pStyle w:val="ListNumber"/>
        <w:spacing w:line="240" w:lineRule="auto"/>
        <w:ind w:left="720"/>
      </w:pPr>
      <w:r/>
      <w:hyperlink r:id="rId12">
        <w:r>
          <w:rPr>
            <w:color w:val="0000EE"/>
            <w:u w:val="single"/>
          </w:rPr>
          <w:t>https://www.out.com/celebs/tan-france-queer-eye-castemate-traitor</w:t>
        </w:r>
      </w:hyperlink>
      <w:r>
        <w:t xml:space="preserve"> - Tan France detailed a 'heated argument' with an unnamed 'Queer Eye' cast member during the first season of the show. The disagreement arose when the co-star discovered that France hadn't come out to his family before the series premiered in 2018. The co-star expressed frustration, calling France a 'traitor' for not being open about his sexuality. France explained that his experience as a queer Muslim, brown, and immigrant made his coming-out journey more complex, involving cultural expectations and family dynamics.</w:t>
      </w:r>
      <w:r/>
    </w:p>
    <w:p>
      <w:pPr>
        <w:pStyle w:val="ListNumber"/>
        <w:spacing w:line="240" w:lineRule="auto"/>
        <w:ind w:left="720"/>
      </w:pPr>
      <w:r/>
      <w:hyperlink r:id="rId15">
        <w:r>
          <w:rPr>
            <w:color w:val="0000EE"/>
            <w:u w:val="single"/>
          </w:rPr>
          <w:t>https://www.parade.com/news/karamo-brown-fell-out-with-queer-eye-co-stars-after-hot-mic-incident</w:t>
        </w:r>
      </w:hyperlink>
      <w:r>
        <w:t xml:space="preserve"> - Karamo Brown, a co-star from 'Queer Eye', experienced tension with fellow cast members after his mother overheard them speaking negatively about him on set. This incident led to Brown distancing himself from co-stars and withdrawing from promotional activities for the show's final season. The situation highlights the complexities and challenges faced by the cast behind the scenes of the popular series.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instinctmagazine.com/tan-france-queer-eye-called-him-traitor/" TargetMode="External"/><Relationship Id="rId10" Type="http://schemas.openxmlformats.org/officeDocument/2006/relationships/hyperlink" Target="https://www.parade.com/news/tan-france-reveals-he-originally-didnt-like-one-of-his-queer-eye-co-stars" TargetMode="External"/><Relationship Id="rId11" Type="http://schemas.openxmlformats.org/officeDocument/2006/relationships/hyperlink" Target="https://www.thewrap.com/creative-content/tv-shows/queer-eye-cast-drama-tan-france-closeted/" TargetMode="External"/><Relationship Id="rId12" Type="http://schemas.openxmlformats.org/officeDocument/2006/relationships/hyperlink" Target="https://www.out.com/celebs/tan-france-queer-eye-castemate-traitor" TargetMode="External"/><Relationship Id="rId13" Type="http://schemas.openxmlformats.org/officeDocument/2006/relationships/hyperlink" Target="https://www.eonline.com/news/1433264/queer-eyes-tan-france-didnt-like-antoni-porowski-when-they-met" TargetMode="External"/><Relationship Id="rId14" Type="http://schemas.openxmlformats.org/officeDocument/2006/relationships/hyperlink" Target="https://www.realitytea.com/2026/06/24/tan-france-queer-eye-cast-drama-traitor/" TargetMode="External"/><Relationship Id="rId15" Type="http://schemas.openxmlformats.org/officeDocument/2006/relationships/hyperlink" Target="https://www.parade.com/news/karamo-brown-fell-out-with-queer-eye-co-stars-after-hot-mic-incid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