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Progress Pride Flag Moments at Leipzig’s CSD Week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activists and curious locals gathered as Leipzig’s social mayor hoisted the Intersex‑inclusive Progress Pride flag outside the Neues Rathaus, kicking off a week of workshops, films and the big demonstration , a colourful start to CSD Week that spotlights queer progress and why visibility still matters.</w:t>
      </w:r>
      <w:r/>
    </w:p>
    <w:p>
      <w:r/>
      <w:r>
        <w:t>Essential Takeaways</w:t>
      </w:r>
      <w:r/>
      <w:r/>
    </w:p>
    <w:p>
      <w:pPr>
        <w:pStyle w:val="ListBullet"/>
        <w:spacing w:line="240" w:lineRule="auto"/>
        <w:ind w:left="720"/>
      </w:pPr>
      <w:r/>
      <w:r>
        <w:rPr>
          <w:b/>
        </w:rPr>
        <w:t>Flag raised:</w:t>
      </w:r>
      <w:r>
        <w:t xml:space="preserve"> The Intersex‑inclusive Progress Pride flag was ceremonially hoisted by Dr Martina Münch, signalling the start of Leipzig’s CSD Week.</w:t>
      </w:r>
      <w:r/>
    </w:p>
    <w:p>
      <w:pPr>
        <w:pStyle w:val="ListBullet"/>
        <w:spacing w:line="240" w:lineRule="auto"/>
        <w:ind w:left="720"/>
      </w:pPr>
      <w:r/>
      <w:r>
        <w:rPr>
          <w:b/>
        </w:rPr>
        <w:t>Week of events:</w:t>
      </w:r>
      <w:r>
        <w:t xml:space="preserve"> Daily activities run through 18 July, from workshops and film nights to talks and parties , something for every interest.</w:t>
      </w:r>
      <w:r/>
    </w:p>
    <w:p>
      <w:pPr>
        <w:pStyle w:val="ListBullet"/>
        <w:spacing w:line="240" w:lineRule="auto"/>
        <w:ind w:left="720"/>
      </w:pPr>
      <w:r/>
      <w:r>
        <w:rPr>
          <w:b/>
        </w:rPr>
        <w:t>Big demo:</w:t>
      </w:r>
      <w:r>
        <w:t xml:space="preserve"> A major parade on Saturday 18 July at Augustusplatz expects about 20,000 people and carries the motto “Keine Ruhe, kein Zurück – Queere Rechte Stück für Stück!”</w:t>
      </w:r>
      <w:r/>
    </w:p>
    <w:p>
      <w:pPr>
        <w:pStyle w:val="ListBullet"/>
        <w:spacing w:line="240" w:lineRule="auto"/>
        <w:ind w:left="720"/>
      </w:pPr>
      <w:r/>
      <w:r>
        <w:rPr>
          <w:b/>
        </w:rPr>
        <w:t>Ambassadors named:</w:t>
      </w:r>
      <w:r>
        <w:t xml:space="preserve"> Entertainer Hape Kerkeling and activist Luna Möbius serve as CSD Leipzig ambassadors this year; Kerkeling sends his support in spirit.</w:t>
      </w:r>
      <w:r/>
    </w:p>
    <w:p>
      <w:pPr>
        <w:pStyle w:val="ListBullet"/>
        <w:spacing w:line="240" w:lineRule="auto"/>
        <w:ind w:left="720"/>
      </w:pPr>
      <w:r/>
      <w:r>
        <w:rPr>
          <w:b/>
        </w:rPr>
        <w:t>Historic note:</w:t>
      </w:r>
      <w:r>
        <w:t xml:space="preserve"> This marks the 34th CSD in Leipzig; the city’s first took place in 1992.</w:t>
      </w:r>
      <w:r/>
      <w:r/>
    </w:p>
    <w:p>
      <w:pPr>
        <w:pStyle w:val="Heading2"/>
      </w:pPr>
      <w:r>
        <w:t>A bright flag, a warm breeze, and a clear message</w:t>
      </w:r>
      <w:r/>
    </w:p>
    <w:p>
      <w:r/>
      <w:r>
        <w:t>The opening image was simple and striking: one tug of the rope and the Progress Pride flag unfurled into a warm summer breeze, its chevrons and colours catching the light. According to local coverage, Dr Martina Münch described the flag’s arrow as a symbol of progress and change, and framed equality as incomplete while barriers remain. It felt like a visual promise , ceremonial but not merely decorative.</w:t>
      </w:r>
      <w:r/>
    </w:p>
    <w:p>
      <w:r/>
      <w:r>
        <w:t>The flag‑raising is the traditional signal that the week’s programme is underway. Locals said it brings a tangible sense of momentum, a reminder that Pride in Leipzig is as much about politics as it is about party.</w:t>
      </w:r>
      <w:r/>
    </w:p>
    <w:p>
      <w:pPr>
        <w:pStyle w:val="Heading2"/>
      </w:pPr>
      <w:r>
        <w:t>What to expect during CSD Week , pick your vibe</w:t>
      </w:r>
      <w:r/>
    </w:p>
    <w:p>
      <w:r/>
      <w:r>
        <w:t>Organisers have packed the schedule from now until 18 July with diverse events: practical workshops, film evenings, panel talks and club nights. Tour and event pages list highlights like the Pride Ball and themed evenings that suit different ages and interests, so whether you want a thought‑provoking discussion or a late‑night dance, there’s something.</w:t>
      </w:r>
      <w:r/>
    </w:p>
    <w:p>
      <w:r/>
      <w:r>
        <w:t>If you’re planning to attend, check the official programme for times and ticket details and book early for indoor events. For outdoor gatherings and the big march, wear comfortable shoes and bring water , the day can run long and the crowd can be energisingly dense.</w:t>
      </w:r>
      <w:r/>
    </w:p>
    <w:p>
      <w:pPr>
        <w:pStyle w:val="Heading2"/>
      </w:pPr>
      <w:r>
        <w:t>The march: big, loud and deliberately political</w:t>
      </w:r>
      <w:r/>
    </w:p>
    <w:p>
      <w:r/>
      <w:r>
        <w:t>Saturday’s demonstration at Augustusplatz is set to be the week’s peak, with organisers expecting around 20,000 participants. The motto, “Keine Ruhe, kein Zurück – Queere Rechte Stück für Stück!”, is both a rallying cry and a reminder: progress is gradual and demands persistence.</w:t>
      </w:r>
      <w:r/>
    </w:p>
    <w:p>
      <w:r/>
      <w:r>
        <w:t>According to event information, the parade mixes creative floats with loudspeakers, banners and speeches; it’s a celebration and a protest in one. If you’re joining, plan a meeting point with friends and consider public transport , parts of the city will be busy and some roads closed.</w:t>
      </w:r>
      <w:r/>
    </w:p>
    <w:p>
      <w:pPr>
        <w:pStyle w:val="Heading2"/>
      </w:pPr>
      <w:r>
        <w:t>Faces of the week: ambassadors and local voices</w:t>
      </w:r>
      <w:r/>
    </w:p>
    <w:p>
      <w:r/>
      <w:r>
        <w:t>CSD Leipzig named entertainer Hape Kerkeling and activist Luna Möbius as ambassadors. Kerkeling can’t be there in person but sent a warm message of solidarity, saying he’ll be “with every step in spirit.” That symbolic support sits alongside on‑the‑ground activism: local groups and volunteers will be running information stands, legal advice corners and inclusion workshops.</w:t>
      </w:r>
      <w:r/>
    </w:p>
    <w:p>
      <w:r/>
      <w:r>
        <w:t>It’s a useful mix: celebrity backing draws attention, while grassroots organisers do the steady work of outreach and education. For newcomers, those info tents are a good first stop to find safe spaces and event maps.</w:t>
      </w:r>
      <w:r/>
    </w:p>
    <w:p>
      <w:pPr>
        <w:pStyle w:val="Heading2"/>
      </w:pPr>
      <w:r>
        <w:t>Why the Progress Pride flag matters here and now</w:t>
      </w:r>
      <w:r/>
    </w:p>
    <w:p>
      <w:r/>
      <w:r>
        <w:t>The Intersex‑inclusive Progress Pride flag adds specific representation to the classic rainbow, visually underscoring that queer rights cover a broad spectrum of identities. Raising it outside the Neues Rathaus felt like more than ceremony; it’s a public acknowledgement from city leadership that inclusion is on the civic agenda.</w:t>
      </w:r>
      <w:r/>
    </w:p>
    <w:p>
      <w:r/>
      <w:r>
        <w:t>Leipzig’s CSD history , this being the 34th year since 1992 , shows how Pride has evolved from a small protest into a large civic moment. Still, organisers and speakers remind attendees that visibility doesn’t replace policy change. The flag points to values; the week pushes for practical steps.</w:t>
      </w:r>
      <w:r/>
    </w:p>
    <w:p>
      <w:r/>
      <w:r>
        <w:t>It's a small change that can make every visit to a demonstration feel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[4]</w:t>
        </w:r>
      </w:hyperlink>
      <w:r>
        <w:t xml:space="preserve">, </w:t>
      </w:r>
      <w:hyperlink r:id="rId14">
        <w:r>
          <w:rPr>
            <w:color w:val="0000EE"/>
            <w:u w:val="single"/>
          </w:rPr>
          <w:t>[7]</w:t>
        </w:r>
      </w:hyperlink>
      <w:r>
        <w:t xml:space="preserve">- Paragraph 4: </w:t>
      </w:r>
      <w:hyperlink r:id="rId15">
        <w:r>
          <w:rPr>
            <w:color w:val="0000EE"/>
            <w:u w:val="single"/>
          </w:rPr>
          <w:t>[6]</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https://www.lvz.de/lokales/leipzig/progress-pride-flagge-in-leipzig-csd-woche-2026-vor-dem-neuen-rathaus-eroeffnet-FRKC7A5EYFDJ3KPNVGPVO6ZZFQ.html</w:t>
        </w:r>
      </w:hyperlink>
      <w:r>
        <w:t xml:space="preserve"> - Please view link - unable to able to access data</w:t>
      </w:r>
      <w:r/>
    </w:p>
    <w:p>
      <w:pPr>
        <w:pStyle w:val="ListNumber"/>
        <w:spacing w:line="240" w:lineRule="auto"/>
        <w:ind w:left="720"/>
      </w:pPr>
      <w:r/>
      <w:hyperlink r:id="rId10">
        <w:r>
          <w:rPr>
            <w:color w:val="0000EE"/>
            <w:u w:val="single"/>
          </w:rPr>
          <w:t>https://csd-leipzig.de/en/conditions-of-participation-for-vehicles/</w:t>
        </w:r>
      </w:hyperlink>
      <w:r>
        <w:t xml:space="preserve"> - The CSD Leipzig 2026 demonstration is scheduled for 18 July 2026, starting at 11:30 am on Augustusplatz, followed by a parade at 1:00 pm. The event is organised by CSD Leipzig e.V. and aims to promote acceptance of different lifestyles and break down prejudice against queer people. Participants can register online through the provided application form.</w:t>
      </w:r>
      <w:r/>
    </w:p>
    <w:p>
      <w:pPr>
        <w:pStyle w:val="ListNumber"/>
        <w:spacing w:line="240" w:lineRule="auto"/>
        <w:ind w:left="720"/>
      </w:pPr>
      <w:r/>
      <w:hyperlink r:id="rId12">
        <w:r>
          <w:rPr>
            <w:color w:val="0000EE"/>
            <w:u w:val="single"/>
          </w:rPr>
          <w:t>https://www.leipzig.travel/event/prideball-leipzig-2026</w:t>
        </w:r>
      </w:hyperlink>
      <w:r>
        <w:t xml:space="preserve"> - The Prideball Leipzig 2026 is the official closing event of the CSD week, expected to host over 2,000 guests. Scheduled for 18 July 2026 at 9:00 pm, the event will take place at Täubchenthal in Leipzig Plagwitz. The venue features a large outdoor area, a grand ballroom, and club rooms. The night will feature performances by various artists, including DJ shows and drag performances.</w:t>
      </w:r>
      <w:r/>
    </w:p>
    <w:p>
      <w:pPr>
        <w:pStyle w:val="ListNumber"/>
        <w:spacing w:line="240" w:lineRule="auto"/>
        <w:ind w:left="720"/>
      </w:pPr>
      <w:r/>
      <w:hyperlink r:id="rId11">
        <w:r>
          <w:rPr>
            <w:color w:val="0000EE"/>
            <w:u w:val="single"/>
          </w:rPr>
          <w:t>https://www.leipzig.travel/en/events-a/CSD-Leipzig-2026-program-week</w:t>
        </w:r>
      </w:hyperlink>
      <w:r>
        <w:t xml:space="preserve"> - Leipzig will celebrate the Christopher Street Day (CSD) from 10 to 18 July 2026, featuring numerous lectures, readings, demonstrations, and parties. The event aims to actively campaign against discrimination and for equality, not only for gay men and lesbians but for people of all sexual orientations. The political message has always been paramount at Leipzig Pride, alongside the festivities.</w:t>
      </w:r>
      <w:r/>
    </w:p>
    <w:p>
      <w:pPr>
        <w:pStyle w:val="ListNumber"/>
        <w:spacing w:line="240" w:lineRule="auto"/>
        <w:ind w:left="720"/>
      </w:pPr>
      <w:r/>
      <w:hyperlink r:id="rId13">
        <w:r>
          <w:rPr>
            <w:color w:val="0000EE"/>
            <w:u w:val="single"/>
          </w:rPr>
          <w:t>https://www.csd-termine.de/deutschland/csd-pride-leipzig.html</w:t>
        </w:r>
      </w:hyperlink>
      <w:r>
        <w:t xml:space="preserve"> - The CSD Leipzig 2026 is the largest queer march in Saxony and Eastern Germany, with over 21,000 people expected to participate. The event is scheduled for 18 July 2026, starting with a rally at 11:30 am on Augustusplatz, followed by a demonstration at 1:00 pm. The parade route includes Augustusplatz, Wilhelm-Leuschner-Platz, and the Market Square, returning to Augustusplatz for the street festival.</w:t>
      </w:r>
      <w:r/>
    </w:p>
    <w:p>
      <w:pPr>
        <w:pStyle w:val="ListNumber"/>
        <w:spacing w:line="240" w:lineRule="auto"/>
        <w:ind w:left="720"/>
      </w:pPr>
      <w:r/>
      <w:hyperlink r:id="rId15">
        <w:r>
          <w:rPr>
            <w:color w:val="0000EE"/>
            <w:u w:val="single"/>
          </w:rPr>
          <w:t>https://www.travelgay.com/event/leipzig-csd-gay-pride</w:t>
        </w:r>
      </w:hyperlink>
      <w:r>
        <w:t xml:space="preserve"> - Leipzig Christopher Street Day (CSD) 2026 will take place from 10 to 18 July 2026, celebrating over three decades of Pride and activism in Leipzig. The festivities will begin with the traditional rainbow flag-raising at Neues Rathaus, followed by a reception and the presentation of the CSD Leipzig Award for Queer Commitment. The main demonstration and street festival are scheduled for 18 July 2026 on Augustusplatz.</w:t>
      </w:r>
      <w:r/>
    </w:p>
    <w:p>
      <w:pPr>
        <w:pStyle w:val="ListNumber"/>
        <w:spacing w:line="240" w:lineRule="auto"/>
        <w:ind w:left="720"/>
      </w:pPr>
      <w:r/>
      <w:hyperlink r:id="rId14">
        <w:r>
          <w:rPr>
            <w:color w:val="0000EE"/>
            <w:u w:val="single"/>
          </w:rPr>
          <w:t>https://csd-leipzig.de/csd-2026/</w:t>
        </w:r>
      </w:hyperlink>
      <w:r>
        <w:t xml:space="preserve"> - The CSD Leipzig 2026 is scheduled from 10 to 18 July 2026, with the motto 'Keine Ruhe, kein Zurück – Queere Rechte Stück für Stück!' The event includes a flag-raising and CSD reception on 10 July 2026 at 4:00 pm at Neues Rathaus, the Queer Culture Night on 11 July 2026 at 7:00 pm at Kupfersaal, and the main demonstration and street festival on 18 July 2026 at Augustusplatz.</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vz.de/lokales/leipzig/progress-pride-flagge-in-leipzig-csd-woche-2026-vor-dem-neuen-rathaus-eroeffnet-FRKC7A5EYFDJ3KPNVGPVO6ZZFQ.html" TargetMode="External"/><Relationship Id="rId10" Type="http://schemas.openxmlformats.org/officeDocument/2006/relationships/hyperlink" Target="https://csd-leipzig.de/en/conditions-of-participation-for-vehicles/" TargetMode="External"/><Relationship Id="rId11" Type="http://schemas.openxmlformats.org/officeDocument/2006/relationships/hyperlink" Target="https://www.leipzig.travel/en/events-a/CSD-Leipzig-2026-program-week" TargetMode="External"/><Relationship Id="rId12" Type="http://schemas.openxmlformats.org/officeDocument/2006/relationships/hyperlink" Target="https://www.leipzig.travel/event/prideball-leipzig-2026" TargetMode="External"/><Relationship Id="rId13" Type="http://schemas.openxmlformats.org/officeDocument/2006/relationships/hyperlink" Target="https://www.csd-termine.de/deutschland/csd-pride-leipzig.html" TargetMode="External"/><Relationship Id="rId14" Type="http://schemas.openxmlformats.org/officeDocument/2006/relationships/hyperlink" Target="https://csd-leipzig.de/csd-2026/" TargetMode="External"/><Relationship Id="rId15" Type="http://schemas.openxmlformats.org/officeDocument/2006/relationships/hyperlink" Target="https://www.travelgay.com/event/leipzig-csd-gay-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