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Walks in Red Lake: How the Youth Council Built a Safe, Colourful Tradition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neighbours turned out as the Red Lake Nation Youth Council hosted their 6th Annual Pride Event on 13 June , a community-first Pride walk, shirt-decorating and family festival that champions visibility, safety and joy in Red Lake during Pride Month.</w:t>
      </w:r>
      <w:r/>
    </w:p>
    <w:p>
      <w:r/>
      <w:r>
        <w:t>Essential Takeaways</w:t>
      </w:r>
      <w:r/>
      <w:r/>
    </w:p>
    <w:p>
      <w:pPr>
        <w:pStyle w:val="ListBullet"/>
        <w:spacing w:line="240" w:lineRule="auto"/>
        <w:ind w:left="720"/>
      </w:pPr>
      <w:r/>
      <w:r>
        <w:rPr>
          <w:b/>
        </w:rPr>
        <w:t>Community-led:</w:t>
      </w:r>
      <w:r>
        <w:t xml:space="preserve"> The Youth Council organised the event, from registration to coloured-powder stations, creating a youth-powered, welcoming atmosphere. </w:t>
      </w:r>
      <w:r/>
    </w:p>
    <w:p>
      <w:pPr>
        <w:pStyle w:val="ListBullet"/>
        <w:spacing w:line="240" w:lineRule="auto"/>
        <w:ind w:left="720"/>
      </w:pPr>
      <w:r/>
      <w:r>
        <w:rPr>
          <w:b/>
        </w:rPr>
        <w:t>Hands-on activities:</w:t>
      </w:r>
      <w:r>
        <w:t xml:space="preserve"> Shirt decorating, face paint, bounce houses and Bingo kept things playful and inclusive for all ages. </w:t>
      </w:r>
      <w:r/>
    </w:p>
    <w:p>
      <w:pPr>
        <w:pStyle w:val="ListBullet"/>
        <w:spacing w:line="240" w:lineRule="auto"/>
        <w:ind w:left="720"/>
      </w:pPr>
      <w:r/>
      <w:r>
        <w:rPr>
          <w:b/>
        </w:rPr>
        <w:t>Route rituals:</w:t>
      </w:r>
      <w:r>
        <w:t xml:space="preserve"> A Pride Walk led by council members featured rainbow-coloured powder stops en route to the Boys &amp; Girls Club. </w:t>
      </w:r>
      <w:r/>
    </w:p>
    <w:p>
      <w:pPr>
        <w:pStyle w:val="ListBullet"/>
        <w:spacing w:line="240" w:lineRule="auto"/>
        <w:ind w:left="720"/>
      </w:pPr>
      <w:r/>
      <w:r>
        <w:rPr>
          <w:b/>
        </w:rPr>
        <w:t>Simple refreshments:</w:t>
      </w:r>
      <w:r>
        <w:t xml:space="preserve"> Subway sandwiches and Barretts Lemonade provided easy, familiar food options for attendees. </w:t>
      </w:r>
      <w:r/>
    </w:p>
    <w:p>
      <w:pPr>
        <w:pStyle w:val="ListBullet"/>
        <w:spacing w:line="240" w:lineRule="auto"/>
        <w:ind w:left="720"/>
      </w:pPr>
      <w:r/>
      <w:r>
        <w:rPr>
          <w:b/>
        </w:rPr>
        <w:t>Growing tradition:</w:t>
      </w:r>
      <w:r>
        <w:t xml:space="preserve"> This was the sixth consecutive Pride event, following similar annual gatherings that have become a community highlight.</w:t>
      </w:r>
      <w:r/>
      <w:r/>
    </w:p>
    <w:p>
      <w:pPr>
        <w:pStyle w:val="Heading2"/>
      </w:pPr>
      <w:r>
        <w:t>A bright start: shirts, playgrounds and neighbourhood clean-up</w:t>
      </w:r>
      <w:r/>
    </w:p>
    <w:p>
      <w:r/>
      <w:r>
        <w:t>The day began with registration and shirt-decorating at Shady Park, and it sounded like the kind of morning that smells faintly of sunscreen and lemonade. Youth Council members kicked things off by cleaning the park, then guided families as they personalised T‑shirts , a small ritual that makes everyone feel part of the day. According to local reports, attendees enjoyed the playground while designs dried, keeping the vibe relaxed and family-friendly.</w:t>
      </w:r>
      <w:r/>
    </w:p>
    <w:p>
      <w:pPr>
        <w:pStyle w:val="Heading2"/>
      </w:pPr>
      <w:r>
        <w:t>The walk that became tradition: powder, pride and purpose</w:t>
      </w:r>
      <w:r/>
    </w:p>
    <w:p>
      <w:r/>
      <w:r>
        <w:t>At 12.15pm the Pride Walk set off, led by Youth Council members, and it included several coloured-powder stations along the route to the Red Lake Boys &amp; Girls Club. This colourful element has become a staple at recent events, turning a simple stroll into a visual celebration and a lively photo moment. It’s a good model if you’re thinking of organising something similar: pick durable powder, station volunteers to keep it tidy, and plan a short, accessible route so everyone can join.</w:t>
      </w:r>
      <w:r/>
    </w:p>
    <w:p>
      <w:pPr>
        <w:pStyle w:val="Heading2"/>
      </w:pPr>
      <w:r>
        <w:t>Activities that welcome everyone: play, paint and bingo</w:t>
      </w:r>
      <w:r/>
    </w:p>
    <w:p>
      <w:r/>
      <w:r>
        <w:t>On arrival at the Boys &amp; Girls Club the festival mood continued with bounce houses, face painting and rounds of Bingo , low-cost, high-joy attractions that work for intergenerational crowds. Food was straightforward but popular, with Subway sandwiches and Barretts Lemonade keeping things familiar and easy to serve. Community events like this show that inclusivity doesn’t need to be complicated: a few well-chosen activities, shelter from weather, and volunteers who know the neighbourhood go a long way.</w:t>
      </w:r>
      <w:r/>
    </w:p>
    <w:p>
      <w:pPr>
        <w:pStyle w:val="Heading2"/>
      </w:pPr>
      <w:r>
        <w:t>Why the Youth Council’s approach matters</w:t>
      </w:r>
      <w:r/>
    </w:p>
    <w:p>
      <w:r/>
      <w:r>
        <w:t>Organising a Pride walk through community-led effort changes the tone of celebration: it’s less about spectacle and more about belonging. The Red Lake Nation Youth Council has run similar gatherings in prior years, each time refining logistics and broadening participation. The result is a predictable, welcome event that increases visibility for LGBTQ+ people while emphasising safety and accessibility , crucial in smaller communities.</w:t>
      </w:r>
      <w:r/>
    </w:p>
    <w:p>
      <w:pPr>
        <w:pStyle w:val="Heading2"/>
      </w:pPr>
      <w:r>
        <w:t>Tips if you want to join or recreate the event</w:t>
      </w:r>
      <w:r/>
    </w:p>
    <w:p>
      <w:r/>
      <w:r>
        <w:t>If you’re attending next year, bring a spare T‑shirt and sunscreen, wear comfortable shoes for the walk, and pack a reusable water bottle. If you’re organising something similar, recruit a youth-led planning team, map an accessible route, schedule volunteer-run activity stations, and partner with local food vendors for simple catering. Small touches , like a post-walk chill zone for families , make the day feel intentional and cosy.</w:t>
      </w:r>
      <w:r/>
    </w:p>
    <w:p>
      <w:r/>
      <w:r>
        <w:t>It's a small tradition that keeps growing, and a reminder that local Pride events can be joyful, safe and deeply rooted in community.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[6]</w:t>
        </w:r>
      </w:hyperlink>
      <w:r>
        <w:t xml:space="preserve">- Paragraph 5: </w:t>
      </w:r>
      <w:hyperlink r:id="rId9">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https://www.redlakenationnews.com/story/2026/07/10/news/red-lake-nation-youth-council-hosted-their-6th-annual-pride-event-on-june-13-2026-p5/141405.html</w:t>
        </w:r>
      </w:hyperlink>
      <w:r>
        <w:t xml:space="preserve"> - Please view link - unable to able to access data</w:t>
      </w:r>
      <w:r/>
    </w:p>
    <w:p>
      <w:pPr>
        <w:pStyle w:val="ListNumber"/>
        <w:spacing w:line="240" w:lineRule="auto"/>
        <w:ind w:left="720"/>
      </w:pPr>
      <w:r/>
      <w:hyperlink r:id="rId9">
        <w:r>
          <w:rPr>
            <w:color w:val="0000EE"/>
            <w:u w:val="single"/>
          </w:rPr>
          <w:t>https://www.redlakenationnews.com/story/2026/07/10/news/red-lake-nation-youth-council-hosted-their-6th-annual-pride-event-on-june-13-2026-p5/141405.html</w:t>
        </w:r>
      </w:hyperlink>
      <w:r>
        <w:t xml:space="preserve"> - The Red Lake Nation Youth Council hosted their 6th Annual Pride Event on Saturday, June 13th, 2026, in Red Lake, Minnesota. The event aimed to create a safe space promoting equality and increasing visibility for the LGBTQ+ community during Pride Month. Activities included registration and shirt decorating at Shady Park, a Pride Walk with coloured powder stations, and food from Subway and Barrett's Lemonade. Additional attractions were bounce houses, face painting, and BINGO. The Youth Council worked collaboratively to make the event a success and expressed gratitude to all participants.</w:t>
      </w:r>
      <w:r/>
    </w:p>
    <w:p>
      <w:pPr>
        <w:pStyle w:val="ListNumber"/>
        <w:spacing w:line="240" w:lineRule="auto"/>
        <w:ind w:left="720"/>
      </w:pPr>
      <w:r/>
      <w:hyperlink r:id="rId11">
        <w:r>
          <w:rPr>
            <w:color w:val="0000EE"/>
            <w:u w:val="single"/>
          </w:rPr>
          <w:t>https://www.redlakenationnews.com/story/2025/07/31/news/red-lake-nation-youth-council-5th-annual-pride-event-held-on-july-19-2025-p5/133363.html</w:t>
        </w:r>
      </w:hyperlink>
      <w:r>
        <w:t xml:space="preserve"> - The Red Lake Nation Youth Council held their 5th Annual Pride Event on July 19, 2025, in Red Lake, Minnesota. The event featured registration at Shady Park, where participants received plain white t-shirts to decorate for the pride walk. The walk to the Red Lake Boys &amp; Girls Club was met with supportive car horns and cheers from the community. Upon arrival, attendees enjoyed Barrett's Lemonade, bounce houses, games, prizes, and food. The Youth Council expressed gratitude to all participants and looked forward to the 6th Annual Pride Event in 2026.</w:t>
      </w:r>
      <w:r/>
    </w:p>
    <w:p>
      <w:pPr>
        <w:pStyle w:val="ListNumber"/>
        <w:spacing w:line="240" w:lineRule="auto"/>
        <w:ind w:left="720"/>
      </w:pPr>
      <w:r/>
      <w:hyperlink r:id="rId10">
        <w:r>
          <w:rPr>
            <w:color w:val="0000EE"/>
            <w:u w:val="single"/>
          </w:rPr>
          <w:t>https://www.redlakenationnews.com/story/2024/06/20/news/red-lake-nation-youth-council-held-a-pride-walkrun-in-red-lake-on-saturday-p3/123287.html</w:t>
        </w:r>
      </w:hyperlink>
      <w:r>
        <w:t xml:space="preserve"> - The Red Lake Nation Youth Council held a Pride Walk/Run in Red Lake, Minnesota, on June 15, 2024, to show support for the LGBTQ+ community during Pride Month. Registration took place at Shady Park, and the walk/run continued to the Red Lake Boys &amp; Girls Club. The event featured Barrett's Lemonade, music by Thomas Barrett, food, and a bounce house, all enjoyed by attendees. The Youth Council expressed gratitude to all participants and looked forward to the 5th Annual Pride Walk/Run in 2025.</w:t>
      </w:r>
      <w:r/>
    </w:p>
    <w:p>
      <w:pPr>
        <w:pStyle w:val="ListNumber"/>
        <w:spacing w:line="240" w:lineRule="auto"/>
        <w:ind w:left="720"/>
      </w:pPr>
      <w:r/>
      <w:hyperlink r:id="rId12">
        <w:r>
          <w:rPr>
            <w:color w:val="0000EE"/>
            <w:u w:val="single"/>
          </w:rPr>
          <w:t>https://www.redlakenationnews.com/story/2023/06/23/features/red-lake-nation-youth-council-holds-3rd-annual-pride-walkrun-p4/114863.html</w:t>
        </w:r>
      </w:hyperlink>
      <w:r>
        <w:t xml:space="preserve"> - The Red Lake Nation Youth Council held their 3rd Annual Pride Walk/Run on June 15, 2023, in Red Lake, Minnesota. The event began with a walk from Shady Park to the Red Lake Boys &amp; Girls Club, followed by various activities. The Youth Council thanked participants and sponsors, including Red Lake Chemical Health Programs, Red Lake Nation College, Red Lake Boys &amp; Girls Club, Gwayakochige-Wigamig, and Big Stone ENT, for making the event a success and expressed anticipation for the next year's event.</w:t>
      </w:r>
      <w:r/>
    </w:p>
    <w:p>
      <w:pPr>
        <w:pStyle w:val="ListNumber"/>
        <w:spacing w:line="240" w:lineRule="auto"/>
        <w:ind w:left="720"/>
      </w:pPr>
      <w:r/>
      <w:hyperlink r:id="rId13">
        <w:r>
          <w:rPr>
            <w:color w:val="0000EE"/>
            <w:u w:val="single"/>
          </w:rPr>
          <w:t>https://www.redlakenationnews.com/story/2023/06/20/features/red-lake-nation-youth-council-holds-3rd-annual-pride-walkrun/114774.html</w:t>
        </w:r>
      </w:hyperlink>
      <w:r>
        <w:t xml:space="preserve"> - The Red Lake Nation Youth Council successfully held their 3rd Annual Pride Walk/Run on June 15, 2023, in Red Lake, Minnesota. The event featured a walk from Shady Park to the Red Lake Boys &amp; Girls Club, followed by various activities. The Youth Council expressed gratitude to all participants and sponsors, including Red Lake Chemical Health Programs, Red Lake Nation College, Red Lake Boys &amp; Girls Club, Gwayakochige-Wigamig, and Big Stone ENT, for making the event a success and looked forward to the next year's event.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redlakenationnews.com/story/2026/07/10/news/red-lake-nation-youth-council-hosted-their-6th-annual-pride-event-on-june-13-2026-p5/141405.html" TargetMode="External"/><Relationship Id="rId10" Type="http://schemas.openxmlformats.org/officeDocument/2006/relationships/hyperlink" Target="https://www.redlakenationnews.com/story/2024/06/20/news/red-lake-nation-youth-council-held-a-pride-walkrun-in-red-lake-on-saturday-p3/123287.html" TargetMode="External"/><Relationship Id="rId11" Type="http://schemas.openxmlformats.org/officeDocument/2006/relationships/hyperlink" Target="https://www.redlakenationnews.com/story/2025/07/31/news/red-lake-nation-youth-council-5th-annual-pride-event-held-on-july-19-2025-p5/133363.html" TargetMode="External"/><Relationship Id="rId12" Type="http://schemas.openxmlformats.org/officeDocument/2006/relationships/hyperlink" Target="https://www.redlakenationnews.com/story/2023/06/23/features/red-lake-nation-youth-council-holds-3rd-annual-pride-walkrun-p4/114863.html" TargetMode="External"/><Relationship Id="rId13" Type="http://schemas.openxmlformats.org/officeDocument/2006/relationships/hyperlink" Target="https://www.redlakenationnews.com/story/2023/06/20/features/red-lake-nation-youth-council-holds-3rd-annual-pride-walkrun/114774.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