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Momentum in Limerick: President Connolly’s Visit Boosts Local LGBT+ Health Services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parade-goers are noticing a surge of goodwill as President Catherine Connolly visited GOSHH in Limerick city ahead of this weekend’s Pride Parade, lending high-profile support to sexual health services, HIV prevention and trans peer support across the Mid-West. It matters because visibility drives access and reduces stigma.</w:t>
      </w:r>
      <w:r/>
    </w:p>
    <w:p>
      <w:r/>
      <w:r>
        <w:t>Essential Takeaways</w:t>
      </w:r>
      <w:r/>
      <w:r/>
    </w:p>
    <w:p>
      <w:pPr>
        <w:pStyle w:val="ListBullet"/>
        <w:spacing w:line="240" w:lineRule="auto"/>
        <w:ind w:left="720"/>
      </w:pPr>
      <w:r/>
      <w:r>
        <w:rPr>
          <w:b/>
        </w:rPr>
        <w:t>High-profile visit:</w:t>
      </w:r>
      <w:r>
        <w:t xml:space="preserve"> President Catherine Connolly toured GOSHH’s offices and sexual health testing centre during Pride Week, signalling visible support for LGBT+ services. </w:t>
      </w:r>
      <w:r/>
    </w:p>
    <w:p>
      <w:pPr>
        <w:pStyle w:val="ListBullet"/>
        <w:spacing w:line="240" w:lineRule="auto"/>
        <w:ind w:left="720"/>
      </w:pPr>
      <w:r/>
      <w:r>
        <w:rPr>
          <w:b/>
        </w:rPr>
        <w:t>Longstanding roots:</w:t>
      </w:r>
      <w:r>
        <w:t xml:space="preserve"> GOSHH’s work traces back to the 1980s Gay Switchboard and Limerick AIDS Alliance, so its local heritage is deep and trusted. </w:t>
      </w:r>
      <w:r/>
    </w:p>
    <w:p>
      <w:pPr>
        <w:pStyle w:val="ListBullet"/>
        <w:spacing w:line="240" w:lineRule="auto"/>
        <w:ind w:left="720"/>
      </w:pPr>
      <w:r/>
      <w:r>
        <w:rPr>
          <w:b/>
        </w:rPr>
        <w:t>Wide reach:</w:t>
      </w:r>
      <w:r>
        <w:t xml:space="preserve"> About 2,500 people used GOSHH services last year, with outreach clinics in Kilrush, Ballyvaughan and Kilkee , services for everyone. </w:t>
      </w:r>
      <w:r/>
    </w:p>
    <w:p>
      <w:pPr>
        <w:pStyle w:val="ListBullet"/>
        <w:spacing w:line="240" w:lineRule="auto"/>
        <w:ind w:left="720"/>
      </w:pPr>
      <w:r/>
      <w:r>
        <w:rPr>
          <w:b/>
        </w:rPr>
        <w:t>Trans community backing:</w:t>
      </w:r>
      <w:r>
        <w:t xml:space="preserve"> Trans Limerick Community praised GOSHH’s counselling and peer support, calling the presidential visit a “vital” show of solidarity. </w:t>
      </w:r>
      <w:r/>
    </w:p>
    <w:p>
      <w:pPr>
        <w:pStyle w:val="ListBullet"/>
        <w:spacing w:line="240" w:lineRule="auto"/>
        <w:ind w:left="720"/>
      </w:pPr>
      <w:r/>
      <w:r>
        <w:rPr>
          <w:b/>
        </w:rPr>
        <w:t>Pride momentum:</w:t>
      </w:r>
      <w:r>
        <w:t xml:space="preserve"> The visit precedes Limerick Pride Parade on Saturday, July 11, when the city will mark visible celebration and ongoing advocacy.</w:t>
      </w:r>
      <w:r/>
      <w:r/>
    </w:p>
    <w:p>
      <w:pPr>
        <w:pStyle w:val="Heading2"/>
      </w:pPr>
      <w:r>
        <w:t>A presidential boost with a warm, human touch</w:t>
      </w:r>
      <w:r/>
    </w:p>
    <w:p>
      <w:r/>
      <w:r>
        <w:t>President Connolly’s tour had a quietly powerful feel; staff, volunteers and visitors described it as both respectful and energising. According to local reporting, she met the team and viewed the sexual health testing facilities, a symbolic nod that frontline services matter. That kind of attention from a national figure doesn’t just create headlines , it reassures clients and funders alike.</w:t>
      </w:r>
      <w:r/>
    </w:p>
    <w:p>
      <w:pPr>
        <w:pStyle w:val="Heading2"/>
      </w:pPr>
      <w:r>
        <w:t>Why GOSHH’s history still matters today</w:t>
      </w:r>
      <w:r/>
    </w:p>
    <w:p>
      <w:r/>
      <w:r>
        <w:t>GOSHH didn’t pop up overnight. The organisation’s origins in the Gay Switchboard and the Limerick AIDS Alliance during the 1980s pandemic give it institutional memory and credibility. CEO Verena Tarpey points out that while treatments and public attitudes have changed, the mission remains the same: equal access to healthcare. That continuity helps people trust the service when they’re anxious or unsure.</w:t>
      </w:r>
      <w:r/>
    </w:p>
    <w:p>
      <w:pPr>
        <w:pStyle w:val="Heading2"/>
      </w:pPr>
      <w:r>
        <w:t>Outreach and practical services that reach rural Ireland</w:t>
      </w:r>
      <w:r/>
    </w:p>
    <w:p>
      <w:r/>
      <w:r>
        <w:t>The charity isn’t just city-centred. GOSHH runs rural clinics in Kilrush, Ballyvaughan and Kilkee, and last year helped roughly 2,500 people with sexual health tests, HIV prevention and LGBT+ supports. For anyone living outside the city, that kind of local access can be the difference between getting care and going without. If you’re heading to Pride, it’s worth noting where nearby services are , and to keep conversations about sexual health normal and practical.</w:t>
      </w:r>
      <w:r/>
    </w:p>
    <w:p>
      <w:pPr>
        <w:pStyle w:val="Heading2"/>
      </w:pPr>
      <w:r>
        <w:t>Trans community voices and why visibility counts</w:t>
      </w:r>
      <w:r/>
    </w:p>
    <w:p>
      <w:r/>
      <w:r>
        <w:t>For Trans Limerick Community members, GOSHH has been pivotal. Eleanor Valentine described a tight-knit group of around 150 people who’ve grown with GOSHH’s help and benefit from free counselling referrals. Seeing the President visit felt like an official handshake to say, “You belong here.” Representation like this doesn’t solve every problem, but it matters to morale and to reducing isolation.</w:t>
      </w:r>
      <w:r/>
    </w:p>
    <w:p>
      <w:pPr>
        <w:pStyle w:val="Heading2"/>
      </w:pPr>
      <w:r>
        <w:t>Pride parade, celebration and continued activism</w:t>
      </w:r>
      <w:r/>
    </w:p>
    <w:p>
      <w:r/>
      <w:r>
        <w:t>Limerick’s Pride Parade on Saturday will be both joyful and pointed , a celebration of identity and a reminder that the fight for equality continues. The presidential visit underlines that Pride is more than flags and parties; it’s about health, support and ordinary conversations that remove shame. If you’re joining the parade, look out for local outreach stalls and pick up information about services you or friends might need.</w:t>
      </w:r>
      <w:r/>
    </w:p>
    <w:p>
      <w:r/>
      <w:r>
        <w:t>It’s a small moment with a clear message: support, visibility and practical services make Pride more than a single day.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1">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4">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https://www.independent.ie/county/limerick/proud-moment-for-limericks-lgbt-community-as-president-connolly-visits-health-centre/a/158496399.html</w:t>
        </w:r>
      </w:hyperlink>
      <w:r>
        <w:t xml:space="preserve"> - Please view link - unable to able to access data</w:t>
      </w:r>
      <w:r/>
    </w:p>
    <w:p>
      <w:pPr>
        <w:pStyle w:val="ListNumber"/>
        <w:spacing w:line="240" w:lineRule="auto"/>
        <w:ind w:left="720"/>
      </w:pPr>
      <w:r/>
      <w:hyperlink r:id="rId10">
        <w:r>
          <w:rPr>
            <w:color w:val="0000EE"/>
            <w:u w:val="single"/>
          </w:rPr>
          <w:t>https://www.limerick.ie/council/newsroom/road-notices/road-traffic-notice-limerick-pride-parade-2026</w:t>
        </w:r>
      </w:hyperlink>
      <w:r>
        <w:t xml:space="preserve"> - This official notice from Limerick City and County Council and An Garda Síochána provides details about the Limerick Pride Parade 2026, scheduled for Saturday, July 11, 2026. It outlines the parade route, starting from Pery Square and concluding at the Hunt Museum on Rutland Street. The notice also informs motorists and road users about the expected rolling road closures between 1:00 pm and 3:00 pm on the day of the parade, advising the use of alternative routes where feasible.</w:t>
      </w:r>
      <w:r/>
    </w:p>
    <w:p>
      <w:pPr>
        <w:pStyle w:val="ListNumber"/>
        <w:spacing w:line="240" w:lineRule="auto"/>
        <w:ind w:left="720"/>
      </w:pPr>
      <w:r/>
      <w:hyperlink r:id="rId12">
        <w:r>
          <w:rPr>
            <w:color w:val="0000EE"/>
            <w:u w:val="single"/>
          </w:rPr>
          <w:t>https://www.limerick.ie/discover/whats-on/festivals/limerick-pride-festival-2026</w:t>
        </w:r>
      </w:hyperlink>
      <w:r>
        <w:t xml:space="preserve"> - The Limerick Pride Festival 2026 is a week-long celebration running from Monday, July 6 to Saturday, July 11, 2026. The festival's theme, 'Pride In Our Community', emphasises local connections and inclusivity. It features a variety of events, including arts and crafts, community activities, and performances. The highlight is the colourful Pride Parade on Saturday, July 11, gathering at Pery Square from 1 pm, followed by Pridefest at the Hunt Museum.</w:t>
      </w:r>
      <w:r/>
    </w:p>
    <w:p>
      <w:pPr>
        <w:pStyle w:val="ListNumber"/>
        <w:spacing w:line="240" w:lineRule="auto"/>
        <w:ind w:left="720"/>
      </w:pPr>
      <w:r/>
      <w:hyperlink r:id="rId14">
        <w:r>
          <w:rPr>
            <w:color w:val="0000EE"/>
            <w:u w:val="single"/>
          </w:rPr>
          <w:t>https://limerickpride.ie/</w:t>
        </w:r>
      </w:hyperlink>
      <w:r>
        <w:t xml:space="preserve"> - The official website of Limerick Pride provides comprehensive information about the 2026 Pride events. It details the parade route, starting from Pery Square at 1 pm on Saturday, July 11, 2026, and the subsequent Pridefest at the Hunt Museum. The site also offers insights into the history of Limerick's LGBTQ+ community, volunteer opportunities, and the evolution of the Pride logo since its inception in 2008.</w:t>
      </w:r>
      <w:r/>
    </w:p>
    <w:p>
      <w:pPr>
        <w:pStyle w:val="ListNumber"/>
        <w:spacing w:line="240" w:lineRule="auto"/>
        <w:ind w:left="720"/>
      </w:pPr>
      <w:r/>
      <w:hyperlink r:id="rId11">
        <w:r>
          <w:rPr>
            <w:color w:val="0000EE"/>
            <w:u w:val="single"/>
          </w:rPr>
          <w:t>https://www.limerickpost.ie/2026/07/06/limerick-shows-pride-in-our-community/</w:t>
        </w:r>
      </w:hyperlink>
      <w:r>
        <w:t xml:space="preserve"> - An article from the Limerick Post highlights the commencement of Limerick Pride 2026, focusing on the theme 'Pride in Our Community'. It outlines the week's events, including live comedy, music, arts, and crafts. The piece also mentions the upcoming EuroPride 2028, which Limerick and Clare are set to host, marking the first time the all-Europe Pride celebration will be held on the island of Ireland.</w:t>
      </w:r>
      <w:r/>
    </w:p>
    <w:p>
      <w:pPr>
        <w:pStyle w:val="ListNumber"/>
        <w:spacing w:line="240" w:lineRule="auto"/>
        <w:ind w:left="720"/>
      </w:pPr>
      <w:r/>
      <w:hyperlink r:id="rId13">
        <w:r>
          <w:rPr>
            <w:color w:val="0000EE"/>
            <w:u w:val="single"/>
          </w:rPr>
          <w:t>https://limerickpride.ie/limerick-lgbtq-pride-parade-2026/</w:t>
        </w:r>
      </w:hyperlink>
      <w:r>
        <w:t xml:space="preserve"> - This page provides details about the Limerick LGBTQ Pride Parade 2026, scheduled for Saturday, July 11, 2026. It includes information on parade registration, the route, and the Climax Party at Dolan's venue. The page also highlights the significance of the parade as a celebration of diversity and equality for the LGBTQ community, families, friends, and the entire city.</w:t>
      </w:r>
      <w:r/>
    </w:p>
    <w:p>
      <w:pPr>
        <w:pStyle w:val="ListNumber"/>
        <w:spacing w:line="240" w:lineRule="auto"/>
        <w:ind w:left="720"/>
      </w:pPr>
      <w:r/>
      <w:hyperlink r:id="rId15">
        <w:r>
          <w:rPr>
            <w:color w:val="0000EE"/>
            <w:u w:val="single"/>
          </w:rPr>
          <w:t>https://www.dolans.ie/gigs-events-live-music-listings/2026/7/11/the-climax-party-presented-by-limerick-pride</w:t>
        </w:r>
      </w:hyperlink>
      <w:r>
        <w:t xml:space="preserve"> - Dolan's Live Music Venue &amp; Food presents 'The Climax Party' on Saturday, July 11, 2026, as part of Limerick Pride celebrations. The event features multiple rooms with live acts, drag performers, DJs, and an atmosphere that has become a highlight of the Limerick summer calendar. The main stage hosts the Cheeky Girls, along with supporting acts, and the event runs from 8:30 pm to 11:55 pm.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ie/county/limerick/proud-moment-for-limericks-lgbt-community-as-president-connolly-visits-health-centre/a/158496399.html" TargetMode="External"/><Relationship Id="rId10" Type="http://schemas.openxmlformats.org/officeDocument/2006/relationships/hyperlink" Target="https://www.limerick.ie/council/newsroom/road-notices/road-traffic-notice-limerick-pride-parade-2026" TargetMode="External"/><Relationship Id="rId11" Type="http://schemas.openxmlformats.org/officeDocument/2006/relationships/hyperlink" Target="https://www.limerickpost.ie/2026/07/06/limerick-shows-pride-in-our-community/" TargetMode="External"/><Relationship Id="rId12" Type="http://schemas.openxmlformats.org/officeDocument/2006/relationships/hyperlink" Target="https://www.limerick.ie/discover/whats-on/festivals/limerick-pride-festival-2026" TargetMode="External"/><Relationship Id="rId13" Type="http://schemas.openxmlformats.org/officeDocument/2006/relationships/hyperlink" Target="https://limerickpride.ie/limerick-lgbtq-pride-parade-2026/" TargetMode="External"/><Relationship Id="rId14" Type="http://schemas.openxmlformats.org/officeDocument/2006/relationships/hyperlink" Target="https://limerickpride.ie/" TargetMode="External"/><Relationship Id="rId15" Type="http://schemas.openxmlformats.org/officeDocument/2006/relationships/hyperlink" Target="https://www.dolans.ie/gigs-events-live-music-listings/2026/7/11/the-climax-party-presented-by-limerick-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