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Lesbian Nightlife Spot in WeHo: SweetWater WeHo Opens with Community Flair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partygoers are noticing a new heartbeat on Santa Monica Boulevard , SweetWater WeHo celebrated a ribbon-cutting with city leaders and opens formally this weekend; the sapphic-focused nightclub promises music, dancing and a homey vibe in West Hollywood’s Rainbow District.</w:t>
      </w:r>
      <w:r/>
    </w:p>
    <w:p>
      <w:r/>
      <w:r>
        <w:t>Essential Takeaways</w:t>
      </w:r>
      <w:r/>
      <w:r/>
    </w:p>
    <w:p>
      <w:pPr>
        <w:pStyle w:val="ListBullet"/>
        <w:spacing w:line="240" w:lineRule="auto"/>
        <w:ind w:left="720"/>
      </w:pPr>
      <w:r/>
      <w:r>
        <w:rPr>
          <w:b/>
        </w:rPr>
        <w:t>Official welcome:</w:t>
      </w:r>
      <w:r>
        <w:t xml:space="preserve"> City of West Hollywood and the West Hollywood Chamber of Commerce hosted a ribbon-cutting for SweetWater WeHo, with Mayor John Heilman presenting recognition and other officials in attendance. </w:t>
      </w:r>
      <w:r/>
    </w:p>
    <w:p>
      <w:pPr>
        <w:pStyle w:val="ListBullet"/>
        <w:spacing w:line="240" w:lineRule="auto"/>
        <w:ind w:left="720"/>
      </w:pPr>
      <w:r/>
      <w:r>
        <w:rPr>
          <w:b/>
        </w:rPr>
        <w:t>Grand opening:</w:t>
      </w:r>
      <w:r>
        <w:t xml:space="preserve"> The club’s formal launch is Saturday, doors at 7pm with the main event 9pm–2am; general admission is $20 and includes a raffle entry. </w:t>
      </w:r>
      <w:r/>
    </w:p>
    <w:p>
      <w:pPr>
        <w:pStyle w:val="ListBullet"/>
        <w:spacing w:line="240" w:lineRule="auto"/>
        <w:ind w:left="720"/>
      </w:pPr>
      <w:r/>
      <w:r>
        <w:rPr>
          <w:b/>
        </w:rPr>
        <w:t>Sapphic focus:</w:t>
      </w:r>
      <w:r>
        <w:t xml:space="preserve"> SweetWater positions itself as a nightlife destination for lesbian, sapphic and queer women, aiming for community connection and inclusive programming. </w:t>
      </w:r>
      <w:r/>
    </w:p>
    <w:p>
      <w:pPr>
        <w:pStyle w:val="ListBullet"/>
        <w:spacing w:line="240" w:lineRule="auto"/>
        <w:ind w:left="720"/>
      </w:pPr>
      <w:r/>
      <w:r>
        <w:rPr>
          <w:b/>
        </w:rPr>
        <w:t>Headliner DJ:</w:t>
      </w:r>
      <w:r>
        <w:t xml:space="preserve"> International DJ Tatiana will perform , she’s known for appearances at major queer women’s events like The Dinah and World Pride NYC. </w:t>
      </w:r>
      <w:r/>
    </w:p>
    <w:p>
      <w:pPr>
        <w:pStyle w:val="ListBullet"/>
        <w:spacing w:line="240" w:lineRule="auto"/>
        <w:ind w:left="720"/>
      </w:pPr>
      <w:r/>
      <w:r>
        <w:rPr>
          <w:b/>
        </w:rPr>
        <w:t>Extras:</w:t>
      </w:r>
      <w:r>
        <w:t xml:space="preserve"> Raffle prizes include two tickets to The Dinah 2026; VIP and bottle service options available, and the event is RSVP via Eventbrite.</w:t>
      </w:r>
      <w:r/>
      <w:r/>
    </w:p>
    <w:p>
      <w:pPr>
        <w:pStyle w:val="Heading2"/>
      </w:pPr>
      <w:r>
        <w:t>A civic welcome for a nightlife missing from the map</w:t>
      </w:r>
      <w:r/>
    </w:p>
    <w:p>
      <w:r/>
      <w:r>
        <w:t>West Hollywood gave SweetWater WeHo an official civic embrace, with a ribbon-cutting that felt part celebration, part community blessing. You could pick up a light, excited hum in the crowd , people eager for more dedicated spaces for queer women in the city’s Rainbow District. According to reports, Mayor John Heilman handed over a certificate while the Chamber presented a symbolic good-luck token, gestures that underline how much this opening means to local culture.</w:t>
      </w:r>
      <w:r/>
    </w:p>
    <w:p>
      <w:r/>
      <w:r>
        <w:t>The backstory is simple: dedicated lesbian and sapphic venues have been scarce, and SweetWater lands on Santa Monica Boulevard where footfall and queer visibility are high. Owners staged a soft opening over Pride Weekend, and organisers say the grand opening is the next step toward establishing a lively, welcoming nightspot for women-focused queer nightlife.</w:t>
      </w:r>
      <w:r/>
    </w:p>
    <w:p>
      <w:pPr>
        <w:pStyle w:val="Heading2"/>
      </w:pPr>
      <w:r>
        <w:t>What to expect on opening night , music, dancing and a raffle</w:t>
      </w:r>
      <w:r/>
    </w:p>
    <w:p>
      <w:r/>
      <w:r>
        <w:t>Expect a party curated for connection. The main event runs late into the night and includes DJ sets, live entertainment and opportunities to mingle. International DJ Tatiana, who’s performed at The Dinah and World Pride, headlines the night, so the sound will likely lean big-room dance with festival-friendly energy.</w:t>
      </w:r>
      <w:r/>
    </w:p>
    <w:p>
      <w:r/>
      <w:r>
        <w:t>Practical tip: buy presale tickets to save a few pounds and secure entry , general admission includes one raffle entry and doors open at 7pm, so arriving early gives you time to settle in and grab a spot before the headline set.</w:t>
      </w:r>
      <w:r/>
    </w:p>
    <w:p>
      <w:pPr>
        <w:pStyle w:val="Heading2"/>
      </w:pPr>
      <w:r>
        <w:t>Why a sapphic-focused venue still matters</w:t>
      </w:r>
      <w:r/>
    </w:p>
    <w:p>
      <w:r/>
      <w:r>
        <w:t>Dedicated spaces for lesbian and queer women have dwindled in many cities, and venues aimed specifically at sapphic communities are rare enough to feel newsworthy when they arrive. Local outlets and community press have noted how SweetWater’s arrival fills a gap: it’s not just another bar, it’s a place pitched at women who want to see themselves centred in the room.</w:t>
      </w:r>
      <w:r/>
    </w:p>
    <w:p>
      <w:r/>
      <w:r>
        <w:t>From a cultural standpoint, that matters. Events like The Dinah draw international crowds and show there’s appetite for women-led queer programming , SweetWater taps into that demand at a neighbourhood level, offering recurring nights and one-off events that can build community over time.</w:t>
      </w:r>
      <w:r/>
    </w:p>
    <w:p>
      <w:pPr>
        <w:pStyle w:val="Heading2"/>
      </w:pPr>
      <w:r>
        <w:t>Picking the right night and ticket type</w:t>
      </w:r>
      <w:r/>
    </w:p>
    <w:p>
      <w:r/>
      <w:r>
        <w:t>If you’re deciding whether to go, think about vibe and budget. General admission is affordable and comes with a raffle entry; if you want a quieter corner or to celebrate with a group, VIP or bottle service might be worth it. The venue’s website and Eventbrite page list RSVP details and ticket tiers, so check those before you book.</w:t>
      </w:r>
      <w:r/>
    </w:p>
    <w:p>
      <w:r/>
      <w:r>
        <w:t>A sensible rule: match the night to your mood. Opening-night energy is fun but loud; if you prefer chatting and meeting people, aim for midweek or themed nights once the club settles into a schedule.</w:t>
      </w:r>
      <w:r/>
    </w:p>
    <w:p>
      <w:pPr>
        <w:pStyle w:val="Heading2"/>
      </w:pPr>
      <w:r>
        <w:t>What local leaders and community voices are saying</w:t>
      </w:r>
      <w:r/>
    </w:p>
    <w:p>
      <w:r/>
      <w:r>
        <w:t>City officials showed up to wish SweetWater well, which sends a signal that the venue is part of West Hollywood’s cultural fabric, not a flash-in-the-pan business. Community outlets have covered the opening with a mix of factual reporting and warm approval, noting the owner is lesbian-owned and that the club hopes to create a safe, joyful space.</w:t>
      </w:r>
      <w:r/>
    </w:p>
    <w:p>
      <w:r/>
      <w:r>
        <w:t>Looking ahead, the hope is SweetWater becomes more than a weekend stop , a place where regulars gather, new friendships form, and queer women feel at home on Santa Monica Boulevard.</w:t>
      </w:r>
      <w:r/>
    </w:p>
    <w:p>
      <w:r/>
      <w:r>
        <w:t>It’s a small but meaningful addition to WeHo’s nightlife, and worth a visit if you want a women-centred night out.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10">
        <w:r>
          <w:rPr>
            <w:color w:val="0000EE"/>
            <w:u w:val="single"/>
          </w:rPr>
          <w:t>[2]</w:t>
        </w:r>
      </w:hyperlink>
      <w:r>
        <w:t xml:space="preserve">, </w:t>
      </w:r>
      <w:hyperlink r:id="rId14">
        <w:r>
          <w:rPr>
            <w:color w:val="0000EE"/>
            <w:u w:val="single"/>
          </w:rPr>
          <w:t>[3]</w:t>
        </w:r>
      </w:hyperlink>
      <w:r>
        <w:t xml:space="preserve">- Paragraph 5: </w:t>
      </w:r>
      <w:hyperlink r:id="rId11">
        <w:r>
          <w:rPr>
            <w:color w:val="0000EE"/>
            <w:u w:val="single"/>
          </w:rPr>
          <w:t>[4]</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https://wehotimes.com/city-of-west-hollywood-welcomes-sweetwater-weho-with-ribbon-cutting-ahead-of-grand-opening/</w:t>
        </w:r>
      </w:hyperlink>
      <w:r>
        <w:t xml:space="preserve"> - Please view link - unable to able to access data</w:t>
      </w:r>
      <w:r/>
    </w:p>
    <w:p>
      <w:pPr>
        <w:pStyle w:val="ListNumber"/>
        <w:spacing w:line="240" w:lineRule="auto"/>
        <w:ind w:left="720"/>
      </w:pPr>
      <w:r/>
      <w:hyperlink r:id="rId10">
        <w:r>
          <w:rPr>
            <w:color w:val="0000EE"/>
            <w:u w:val="single"/>
          </w:rPr>
          <w:t>https://www.eventbrite.com/e/grand-opening-of-sweetwater-weho-tickets-1993357623311</w:t>
        </w:r>
      </w:hyperlink>
      <w:r>
        <w:t xml:space="preserve"> - This Eventbrite page provides details about the grand opening of SweetWater WeHo, a new lesbian nightclub in West Hollywood. The event is scheduled for Saturday, July 11, 2026, starting at 8 PM, featuring DJ Tatiana and The Dinah. Tickets are available for purchase, with options for general admission and VIP services. The venue is located at 8869 Santa Monica Blvd, West Hollywood, CA 90069.</w:t>
      </w:r>
      <w:r/>
    </w:p>
    <w:p>
      <w:pPr>
        <w:pStyle w:val="ListNumber"/>
        <w:spacing w:line="240" w:lineRule="auto"/>
        <w:ind w:left="720"/>
      </w:pPr>
      <w:r/>
      <w:hyperlink r:id="rId14">
        <w:r>
          <w:rPr>
            <w:color w:val="0000EE"/>
            <w:u w:val="single"/>
          </w:rPr>
          <w:t>https://www.sweetwaterweho.com/</w:t>
        </w:r>
      </w:hyperlink>
      <w:r>
        <w:t xml:space="preserve"> - The official website of SweetWater WeHo offers comprehensive information about the nightclub, including its mission, entertainment offerings, and contact details. The venue is dedicated to providing a safe and inclusive space for the sapphic, lesbian, and queer women's community. It features live music, DJ sets, and a variety of beverages. The club is located at 8869 Santa Monica Blvd, West Hollywood, CA 90069, and operates Wednesday through Sunday with varying hours.</w:t>
      </w:r>
      <w:r/>
    </w:p>
    <w:p>
      <w:pPr>
        <w:pStyle w:val="ListNumber"/>
        <w:spacing w:line="240" w:lineRule="auto"/>
        <w:ind w:left="720"/>
      </w:pPr>
      <w:r/>
      <w:hyperlink r:id="rId11">
        <w:r>
          <w:rPr>
            <w:color w:val="0000EE"/>
            <w:u w:val="single"/>
          </w:rPr>
          <w:t>https://www.foxla.com/news/sweetwater-opens-west-hollywood-one-areas-few-dedicated-lesbian-spaces.amp</w:t>
        </w:r>
      </w:hyperlink>
      <w:r>
        <w:t xml:space="preserve"> - This FOX 11 Los Angeles article discusses the opening of SweetWater, a lesbian-owned nightclub in West Hollywood. The venue aims to fill the void of dedicated lesbian spaces in the area, offering a safe and inclusive environment for the community. The article highlights the significance of the club's opening and its impact on West Hollywood's nightlife scene.</w:t>
      </w:r>
      <w:r/>
    </w:p>
    <w:p>
      <w:pPr>
        <w:pStyle w:val="ListNumber"/>
        <w:spacing w:line="240" w:lineRule="auto"/>
        <w:ind w:left="720"/>
      </w:pPr>
      <w:r/>
      <w:hyperlink r:id="rId12">
        <w:r>
          <w:rPr>
            <w:color w:val="0000EE"/>
            <w:u w:val="single"/>
          </w:rPr>
          <w:t>https://wehoonline.com/sweetwater-weho-west-hollywood/</w:t>
        </w:r>
      </w:hyperlink>
      <w:r>
        <w:t xml:space="preserve"> - WEHOonline provides an in-depth look at SweetWater WeHo, focusing on owner Bernadette 'Berni' Gambino's journey in establishing the nightclub. The article details the challenges faced during the two-year process, including navigating city permits and personal health issues. It also highlights the club's soft opening during WeHo Pride weekend and its dedication to the sapphic, lesbian, and queer women's community.</w:t>
      </w:r>
      <w:r/>
    </w:p>
    <w:p>
      <w:pPr>
        <w:pStyle w:val="ListNumber"/>
        <w:spacing w:line="240" w:lineRule="auto"/>
        <w:ind w:left="720"/>
      </w:pPr>
      <w:r/>
      <w:hyperlink r:id="rId13">
        <w:r>
          <w:rPr>
            <w:color w:val="0000EE"/>
            <w:u w:val="single"/>
          </w:rPr>
          <w:t>https://thepridela.com/2026/06/lesbian-owned-nightclub-sweetwater-opens-on-the-west-hollywood-strip/</w:t>
        </w:r>
      </w:hyperlink>
      <w:r>
        <w:t xml:space="preserve"> - The Pride LA reports on the opening of SweetWater, a lesbian-owned nightclub in West Hollywood. The article emphasizes the venue's significance as one of the few dedicated lesbian spaces in the area, offering a much-needed environment for queer women. It also provides insights into the club's offerings, including live entertainment and community events.</w:t>
      </w:r>
      <w:r/>
    </w:p>
    <w:p>
      <w:pPr>
        <w:pStyle w:val="ListNumber"/>
        <w:spacing w:line="240" w:lineRule="auto"/>
        <w:ind w:left="720"/>
      </w:pPr>
      <w:r/>
      <w:hyperlink r:id="rId15">
        <w:r>
          <w:rPr>
            <w:color w:val="0000EE"/>
            <w:u w:val="single"/>
          </w:rPr>
          <w:t>https://www.thecanyonnews.com/2026/06/17/sweetwater-nightclub-opens-in-west-hollywood/</w:t>
        </w:r>
      </w:hyperlink>
      <w:r>
        <w:t xml:space="preserve"> - The Canyon News covers the opening of SweetWater, a sapphic nightclub in West Hollywood. The article details the club's location, operating hours, and the owner's vision for creating a safe space for women. It also mentions the club's soft opening during Pride Month and its plans for a grand opening celebration.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ehotimes.com/city-of-west-hollywood-welcomes-sweetwater-weho-with-ribbon-cutting-ahead-of-grand-opening/" TargetMode="External"/><Relationship Id="rId10" Type="http://schemas.openxmlformats.org/officeDocument/2006/relationships/hyperlink" Target="https://www.eventbrite.com/e/grand-opening-of-sweetwater-weho-tickets-1993357623311" TargetMode="External"/><Relationship Id="rId11" Type="http://schemas.openxmlformats.org/officeDocument/2006/relationships/hyperlink" Target="https://www.foxla.com/news/sweetwater-opens-west-hollywood-one-areas-few-dedicated-lesbian-spaces.amp" TargetMode="External"/><Relationship Id="rId12" Type="http://schemas.openxmlformats.org/officeDocument/2006/relationships/hyperlink" Target="https://wehoonline.com/sweetwater-weho-west-hollywood/" TargetMode="External"/><Relationship Id="rId13" Type="http://schemas.openxmlformats.org/officeDocument/2006/relationships/hyperlink" Target="https://thepridela.com/2026/06/lesbian-owned-nightclub-sweetwater-opens-on-the-west-hollywood-strip/" TargetMode="External"/><Relationship Id="rId14" Type="http://schemas.openxmlformats.org/officeDocument/2006/relationships/hyperlink" Target="https://www.sweetwaterweho.com/" TargetMode="External"/><Relationship Id="rId15" Type="http://schemas.openxmlformats.org/officeDocument/2006/relationships/hyperlink" Target="https://www.thecanyonnews.com/2026/06/17/sweetwater-nightclub-opens-in-west-hollywoo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