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Fire Island Pines Documentary Captures Joy and Fragility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cinematic summers are flocking to a sun-soaked new film: A House Is Not A Disco, Brian J. Smith’s debut documentary that celebrates Fire Island Pines’ queer oasis while asking what will happen if we don’t protect it. It’s vivid, intimate, and streaming for rent on Gathr.</w:t>
      </w:r>
      <w:r/>
    </w:p>
    <w:p>
      <w:r/>
      <w:r>
        <w:t>Essential Takeaways</w:t>
      </w:r>
      <w:r/>
      <w:r/>
    </w:p>
    <w:p>
      <w:pPr>
        <w:pStyle w:val="ListBullet"/>
        <w:spacing w:line="240" w:lineRule="auto"/>
        <w:ind w:left="720"/>
      </w:pPr>
      <w:r/>
      <w:r>
        <w:rPr>
          <w:b/>
        </w:rPr>
        <w:t>Director:</w:t>
      </w:r>
      <w:r>
        <w:t xml:space="preserve"> Brian J. Smith makes his feature debut with a personal, immersive portrait of Fire Island Pines.</w:t>
      </w:r>
      <w:r/>
    </w:p>
    <w:p>
      <w:pPr>
        <w:pStyle w:val="ListBullet"/>
        <w:spacing w:line="240" w:lineRule="auto"/>
        <w:ind w:left="720"/>
      </w:pPr>
      <w:r/>
      <w:r>
        <w:rPr>
          <w:b/>
        </w:rPr>
        <w:t>Tone:</w:t>
      </w:r>
      <w:r>
        <w:t xml:space="preserve"> Joyful and raw, the film blends party scenes, quiet recollections and the island’s natural sounds.</w:t>
      </w:r>
      <w:r/>
    </w:p>
    <w:p>
      <w:pPr>
        <w:pStyle w:val="ListBullet"/>
        <w:spacing w:line="240" w:lineRule="auto"/>
        <w:ind w:left="720"/>
      </w:pPr>
      <w:r/>
      <w:r>
        <w:rPr>
          <w:b/>
        </w:rPr>
        <w:t>Themes:</w:t>
      </w:r>
      <w:r>
        <w:t xml:space="preserve"> Queer community, history, the AIDS era’s losses and concerns about climate and cultural change.</w:t>
      </w:r>
      <w:r/>
    </w:p>
    <w:p>
      <w:pPr>
        <w:pStyle w:val="ListBullet"/>
        <w:spacing w:line="240" w:lineRule="auto"/>
        <w:ind w:left="720"/>
      </w:pPr>
      <w:r/>
      <w:r>
        <w:rPr>
          <w:b/>
        </w:rPr>
        <w:t>Accessibility:</w:t>
      </w:r>
      <w:r>
        <w:t xml:space="preserve"> Premiered at SXSW 2024 and now available to stream via Gathr rental.</w:t>
      </w:r>
      <w:r/>
    </w:p>
    <w:p>
      <w:pPr>
        <w:pStyle w:val="ListBullet"/>
        <w:spacing w:line="240" w:lineRule="auto"/>
        <w:ind w:left="720"/>
      </w:pPr>
      <w:r/>
      <w:r>
        <w:rPr>
          <w:b/>
        </w:rPr>
        <w:t>Feel:</w:t>
      </w:r>
      <w:r>
        <w:t xml:space="preserve"> Sunlit, nostalgic and sometimes bittersweet , you can almost smell the salt air.</w:t>
      </w:r>
      <w:r/>
      <w:r/>
    </w:p>
    <w:p>
      <w:pPr>
        <w:pStyle w:val="Heading2"/>
      </w:pPr>
      <w:r>
        <w:t>A love letter to a queer sanctuary with its edges exposed</w:t>
      </w:r>
      <w:r/>
    </w:p>
    <w:p>
      <w:r/>
      <w:r>
        <w:t>The film hits like a warm breeze, full of laughter, music and sunlit faces, but it doesn’t ignore the scars. Brian J. Smith, known for acting in Sense8, directs with the intimacy of someone who grew up imagining The Pines from books such as Dancer From The Dance, then finally landed there and realised the place is both what you dream and something else entirely. The result feels like being shown around by friends who tell you the good gossip and the hard truths.</w:t>
      </w:r>
      <w:r/>
    </w:p>
    <w:p>
      <w:pPr>
        <w:pStyle w:val="Heading2"/>
      </w:pPr>
      <w:r>
        <w:t>Why this place still matters , and why it might not last forever</w:t>
      </w:r>
      <w:r/>
    </w:p>
    <w:p>
      <w:r/>
      <w:r>
        <w:t>Smith frames The Pines as a cultural refuge that took decades to become what it is, and whose continued existence requires active care. He lets residents speak frankly about maintaining the community, the labour behind keeping houses and traditions alive, and the environmental threats that could erase it. The film’s quiet urgency makes you appreciate that preservation isn’t just nostalgia; it’s practical stewardship.</w:t>
      </w:r>
      <w:r/>
    </w:p>
    <w:p>
      <w:pPr>
        <w:pStyle w:val="Heading2"/>
      </w:pPr>
      <w:r>
        <w:t>New perspectives on an old myth , one person’s Fire Island may be another’s</w:t>
      </w:r>
      <w:r/>
    </w:p>
    <w:p>
      <w:r/>
      <w:r>
        <w:t>Part of the documentary’s charm is that it acknowledges there isn’t a single Fire Island experience. Smith suggests the island reflects you back: some seek privacy and house culture, others chase parties and tea , and everyone’s story is valid. That approach keeps A House Is Not A Disco feeling fresh, rather than a museum exhibit, and invites viewers to consider what they’d look for in a queer home-away-from-home.</w:t>
      </w:r>
      <w:r/>
    </w:p>
    <w:p>
      <w:pPr>
        <w:pStyle w:val="Heading2"/>
      </w:pPr>
      <w:r>
        <w:t>Debut filmmaker energy: relationships, risks and creative freedom</w:t>
      </w:r>
      <w:r/>
    </w:p>
    <w:p>
      <w:r/>
      <w:r>
        <w:t>Smith has said the film came together thanks to networks and enthusiasm from friends and collaborators, and that energy shows. The filmmaking is playful and unpolished in a humane way, prioritising authenticity over slickness. For anyone wondering about the leap from actor to director, this film is a reminder that strong relationships and a clear emotional compass can carry a first feature a long way.</w:t>
      </w:r>
      <w:r/>
    </w:p>
    <w:p>
      <w:pPr>
        <w:pStyle w:val="Heading2"/>
      </w:pPr>
      <w:r>
        <w:t>Why you should watch , and how to get the most from it</w:t>
      </w:r>
      <w:r/>
    </w:p>
    <w:p>
      <w:r/>
      <w:r>
        <w:t>Watch for the sensory immersion: the poolside chatter, the boardwalk light, the music that stitches scenes together. If you’re new to Fire Island, let the film be an invitation, not a definitive guide , plan a visit with respect, learn the history, and listen to locals. If you’ve been before, you’ll recognise the small rituals and perhaps feel both comforted and nudged to help keep them alive.</w:t>
      </w:r>
      <w:r/>
    </w:p>
    <w:p>
      <w:r/>
      <w:r>
        <w:t>It's a small, sunlit reminder that joy matters , and that we have to do the work to keep it.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[4]</w:t>
        </w:r>
      </w:hyperlink>
      <w:r>
        <w:t xml:space="preserve">- Paragraph 3: </w:t>
      </w:r>
      <w:hyperlink r:id="rId10">
        <w:r>
          <w:rPr>
            <w:color w:val="0000EE"/>
            <w:u w:val="single"/>
          </w:rPr>
          <w:t>[5]</w:t>
        </w:r>
      </w:hyperlink>
      <w:r>
        <w:t xml:space="preserve">- Paragraph 4: </w:t>
      </w:r>
      <w:hyperlink r:id="rId10">
        <w:r>
          <w:rPr>
            <w:color w:val="0000EE"/>
            <w:u w:val="single"/>
          </w:rPr>
          <w:t>[6]</w:t>
        </w:r>
      </w:hyperlink>
      <w:r>
        <w:t xml:space="preserve">- Paragraph 5: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https://www.queerty.com/exclusive-see-fire-island-pines-like-never-before-in-brian-j-smiths-immersive-a-house-is-not-a-disco-20260710/</w:t>
        </w:r>
      </w:hyperlink>
      <w:r>
        <w:t xml:space="preserve"> - Please view link - unable to able to access data</w:t>
      </w:r>
      <w:r/>
    </w:p>
    <w:p>
      <w:pPr>
        <w:pStyle w:val="ListNumber"/>
        <w:spacing w:line="240" w:lineRule="auto"/>
        <w:ind w:left="720"/>
      </w:pPr>
      <w:r/>
      <w:hyperlink r:id="rId9">
        <w:r>
          <w:rPr>
            <w:color w:val="0000EE"/>
            <w:u w:val="single"/>
          </w:rPr>
          <w:t>https://www.queerty.com/exclusive-see-fire-island-pines-like-never-before-in-brian-j-smiths-immersive-a-house-is-not-a-disco-20260710/</w:t>
        </w:r>
      </w:hyperlink>
      <w:r>
        <w:t xml:space="preserve"> - An article from Queerty discussing the documentary 'A House Is Not A Disco' by Brian J. Smith, which explores the history and culture of Fire Island Pines, a renowned LGBTQ+ community in New York. The piece highlights the film's immersive approach, featuring interviews with locals and addressing themes such as the impact of the AIDS crisis and environmental challenges facing the island. The article also mentions the film's premiere at the SXSW Film Festival in 2024 and its availability for digital streaming rental on Gathr.</w:t>
      </w:r>
      <w:r/>
    </w:p>
    <w:p>
      <w:pPr>
        <w:pStyle w:val="ListNumber"/>
        <w:spacing w:line="240" w:lineRule="auto"/>
        <w:ind w:left="720"/>
      </w:pPr>
      <w:r/>
      <w:hyperlink r:id="rId10">
        <w:r>
          <w:rPr>
            <w:color w:val="0000EE"/>
            <w:u w:val="single"/>
          </w:rPr>
          <w:t>https://www.queerty.com/see-fire-island-pines-like-never-before-in-brian-j-smiths-immersive-a-house-is-not-a-disco-20260710/</w:t>
        </w:r>
      </w:hyperlink>
      <w:r>
        <w:t xml:space="preserve"> - An article from Queerty featuring the documentary 'A House Is Not A Disco' by Brian J. Smith, which delves into the history and culture of Fire Island Pines, a prominent LGBTQ+ community in New York. The piece discusses the film's immersive approach, showcasing interviews with locals and addressing themes such as the impact of the AIDS crisis and environmental challenges facing the island. The article also mentions the film's premiere at the SXSW Film Festival in 2024 and its availability for digital streaming rental on Gathr.</w:t>
      </w:r>
      <w:r/>
    </w:p>
    <w:p>
      <w:pPr>
        <w:pStyle w:val="ListNumber"/>
        <w:spacing w:line="240" w:lineRule="auto"/>
        <w:ind w:left="720"/>
      </w:pPr>
      <w:r/>
      <w:hyperlink r:id="rId10">
        <w:r>
          <w:rPr>
            <w:color w:val="0000EE"/>
            <w:u w:val="single"/>
          </w:rPr>
          <w:t>https://www.queerty.com/see-fire-island-pines-like-never-before-in-brian-j-smiths-immersive-a-house-is-not-a-disco-20260710/</w:t>
        </w:r>
      </w:hyperlink>
      <w:r>
        <w:t xml:space="preserve"> - An article from Queerty featuring the documentary 'A House Is Not A Disco' by Brian J. Smith, which delves into the history and culture of Fire Island Pines, a prominent LGBTQ+ community in New York. The piece discusses the film's immersive approach, showcasing interviews with locals and addressing themes such as the impact of the AIDS crisis and environmental challenges facing the island. The article also mentions the film's premiere at the SXSW Film Festival in 2024 and its availability for digital streaming rental on Gathr.</w:t>
      </w:r>
      <w:r/>
    </w:p>
    <w:p>
      <w:pPr>
        <w:pStyle w:val="ListNumber"/>
        <w:spacing w:line="240" w:lineRule="auto"/>
        <w:ind w:left="720"/>
      </w:pPr>
      <w:r/>
      <w:hyperlink r:id="rId10">
        <w:r>
          <w:rPr>
            <w:color w:val="0000EE"/>
            <w:u w:val="single"/>
          </w:rPr>
          <w:t>https://www.queerty.com/see-fire-island-pines-like-never-before-in-brian-j-smiths-immersive-a-house-is-not-a-disco-20260710/</w:t>
        </w:r>
      </w:hyperlink>
      <w:r>
        <w:t xml:space="preserve"> - An article from Queerty featuring the documentary 'A House Is Not A Disco' by Brian J. Smith, which delves into the history and culture of Fire Island Pines, a prominent LGBTQ+ community in New York. The piece discusses the film's immersive approach, showcasing interviews with locals and addressing themes such as the impact of the AIDS crisis and environmental challenges facing the island. The article also mentions the film's premiere at the SXSW Film Festival in 2024 and its availability for digital streaming rental on Gathr.</w:t>
      </w:r>
      <w:r/>
    </w:p>
    <w:p>
      <w:pPr>
        <w:pStyle w:val="ListNumber"/>
        <w:spacing w:line="240" w:lineRule="auto"/>
        <w:ind w:left="720"/>
      </w:pPr>
      <w:r/>
      <w:hyperlink r:id="rId10">
        <w:r>
          <w:rPr>
            <w:color w:val="0000EE"/>
            <w:u w:val="single"/>
          </w:rPr>
          <w:t>https://www.queerty.com/see-fire-island-pines-like-never-before-in-brian-j-smiths-immersive-a-house-is-not-a-disco-20260710/</w:t>
        </w:r>
      </w:hyperlink>
      <w:r>
        <w:t xml:space="preserve"> - An article from Queerty featuring the documentary 'A House Is Not A Disco' by Brian J. Smith, which delves into the history and culture of Fire Island Pines, a prominent LGBTQ+ community in New York. The piece discusses the film's immersive approach, showcasing interviews with locals and addressing themes such as the impact of the AIDS crisis and environmental challenges facing the island. The article also mentions the film's premiere at the SXSW Film Festival in 2024 and its availability for digital streaming rental on Gathr.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exclusive-see-fire-island-pines-like-never-before-in-brian-j-smiths-immersive-a-house-is-not-a-disco-20260710/" TargetMode="External"/><Relationship Id="rId10" Type="http://schemas.openxmlformats.org/officeDocument/2006/relationships/hyperlink" Target="https://www.queerty.com/see-fire-island-pines-like-never-before-in-brian-j-smiths-immersive-a-house-is-not-a-disco-202607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