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Dating Twist: Why Love’s a Drag Is the Glow-Up Reality TV Needed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viewers are flocking to a cheeky new idea: straight men try drag on a dating show. Willam helped turn Love’s a Drag into a hilarious, surprisingly insightful experiment in makeup, heels and empathy , and it matters because it makes dating TV feel fresh again.</w:t>
      </w:r>
      <w:r/>
    </w:p>
    <w:p>
      <w:r/>
      <w:r>
        <w:t>Essential Takeaways</w:t>
      </w:r>
      <w:r/>
      <w:r/>
    </w:p>
    <w:p>
      <w:pPr>
        <w:pStyle w:val="ListBullet"/>
        <w:spacing w:line="240" w:lineRule="auto"/>
        <w:ind w:left="720"/>
      </w:pPr>
      <w:r/>
      <w:r>
        <w:rPr>
          <w:b/>
        </w:rPr>
        <w:t>Host with bite:</w:t>
      </w:r>
      <w:r>
        <w:t xml:space="preserve"> Willam brings sharp humour and practical hosting chops, keeping the pace lively and the jokes frequent.</w:t>
      </w:r>
      <w:r/>
    </w:p>
    <w:p>
      <w:pPr>
        <w:pStyle w:val="ListBullet"/>
        <w:spacing w:line="240" w:lineRule="auto"/>
        <w:ind w:left="720"/>
      </w:pPr>
      <w:r/>
      <w:r>
        <w:rPr>
          <w:b/>
        </w:rPr>
        <w:t>Authentic drag crew:</w:t>
      </w:r>
      <w:r>
        <w:t xml:space="preserve"> Experienced drag artists and designers handled the transformations, resulting in polished, theatrical looks.</w:t>
      </w:r>
      <w:r/>
    </w:p>
    <w:p>
      <w:pPr>
        <w:pStyle w:val="ListBullet"/>
        <w:spacing w:line="240" w:lineRule="auto"/>
        <w:ind w:left="720"/>
      </w:pPr>
      <w:r/>
      <w:r>
        <w:rPr>
          <w:b/>
        </w:rPr>
        <w:t>New perspective:</w:t>
      </w:r>
      <w:r>
        <w:t xml:space="preserve"> Contestants felt the physical realities of wigs, heels and makeup, which led to genuine empathy for gendered beauty routines.</w:t>
      </w:r>
      <w:r/>
    </w:p>
    <w:p>
      <w:pPr>
        <w:pStyle w:val="ListBullet"/>
        <w:spacing w:line="240" w:lineRule="auto"/>
        <w:ind w:left="720"/>
      </w:pPr>
      <w:r/>
      <w:r>
        <w:rPr>
          <w:b/>
        </w:rPr>
        <w:t>Fun but revealing:</w:t>
      </w:r>
      <w:r>
        <w:t xml:space="preserve"> The show plays for laughs while also showing how performance can change confidence and self-awareness.</w:t>
      </w:r>
      <w:r/>
    </w:p>
    <w:p>
      <w:pPr>
        <w:pStyle w:val="ListBullet"/>
        <w:spacing w:line="240" w:lineRule="auto"/>
        <w:ind w:left="720"/>
      </w:pPr>
      <w:r/>
      <w:r>
        <w:rPr>
          <w:b/>
        </w:rPr>
        <w:t>Watchability:</w:t>
      </w:r>
      <w:r>
        <w:t xml:space="preserve"> Short-form, YouTube-friendly format and familiar reality-TV beats make it easy to binge.</w:t>
      </w:r>
      <w:r/>
      <w:r/>
    </w:p>
    <w:p>
      <w:pPr>
        <w:pStyle w:val="Heading2"/>
      </w:pPr>
      <w:r>
        <w:t>A gaggle of wigs and a brilliant hook</w:t>
      </w:r>
      <w:r/>
    </w:p>
    <w:p>
      <w:r/>
      <w:r>
        <w:t>Love’s a Drag starts with a simple, irresistible premise: give straight men drag makeovers and throw them into a dating format. It’s immediately visual , feathers, big wigs and heels , and it lands as a comedy with a sharp edge. According to interviews with the show’s lead talent, the producers leaned into drag’s theatricality while letting genuine reactions breathe, which makes the series feel both staged and startlingly human.</w:t>
      </w:r>
      <w:r/>
    </w:p>
    <w:p>
      <w:r/>
      <w:r>
        <w:t>The choice to film for YouTube reflects a broader shift in reality TV distribution, where producers are chasing immediacy and shareability. That helps the show look current and a touch anarchic, the way good reality concepts often do.</w:t>
      </w:r>
      <w:r/>
    </w:p>
    <w:p>
      <w:pPr>
        <w:pStyle w:val="Heading2"/>
      </w:pPr>
      <w:r>
        <w:t>Willam: the perfect ringmaster for controlled chaos</w:t>
      </w:r>
      <w:r/>
    </w:p>
    <w:p>
      <w:r/>
      <w:r>
        <w:t>Willam keeps the whole thing moving with a steady mix of jokes and obvious craft knowledge. As an experienced host who’s worked across TV formats, they know when to land a gag and when to step back and let contestants discover something on camera. The result is a show that’s entertaining without feeling mean-spirited.</w:t>
      </w:r>
      <w:r/>
    </w:p>
    <w:p>
      <w:r/>
      <w:r>
        <w:t>Bringing established drag figures into the creative team wasn't just flattering , it was crucial. Willam insisted on letting real drag artists do the transformations, which means the looks aren’t just parody, they’re considered and skilled.</w:t>
      </w:r>
      <w:r/>
    </w:p>
    <w:p>
      <w:pPr>
        <w:pStyle w:val="Heading2"/>
      </w:pPr>
      <w:r>
        <w:t>The makeover team made the magic, not the gimmick</w:t>
      </w:r>
      <w:r/>
    </w:p>
    <w:p>
      <w:r/>
      <w:r>
        <w:t>This isn’t slapdash fancy dress. A team of seasoned makeup artists and designers handled the transformations, borrowing from theatre and pop-residency experience to build memorable looks. That expertise matters: a well-cut wig, a structured bodysuit or a sculpted makeup beat changes how someone moves and feels.</w:t>
      </w:r>
      <w:r/>
    </w:p>
    <w:p>
      <w:r/>
      <w:r>
        <w:t>Practical tip: if you try drag for the first time, test your look on camera and check angles. The show’s pros emphasise a 360-degree approach , the back of the wig matters as much as the front.</w:t>
      </w:r>
      <w:r/>
    </w:p>
    <w:p>
      <w:pPr>
        <w:pStyle w:val="Heading2"/>
      </w:pPr>
      <w:r>
        <w:t>Comedy, learning and unexpected empathy</w:t>
      </w:r>
      <w:r/>
    </w:p>
    <w:p>
      <w:r/>
      <w:r>
        <w:t>The laughs are prominent, but the show also functions as a short crash course in what many women and femme-presenting people navigate daily. Contestants discover the discomfort of heels, the time and cost of wigs, and the labour behind a polished appearance. Those reactions can be funny , and quietly revealing.</w:t>
      </w:r>
      <w:r/>
    </w:p>
    <w:p>
      <w:r/>
      <w:r>
        <w:t>For viewers who want more than a gag, that’s the payoff: a deeper appreciation for performance and presentation. It doesn’t preach, it demonstrates.</w:t>
      </w:r>
      <w:r/>
    </w:p>
    <w:p>
      <w:pPr>
        <w:pStyle w:val="Heading2"/>
      </w:pPr>
      <w:r>
        <w:t>Willam’s quick lessons for would-be draggers</w:t>
      </w:r>
      <w:r/>
    </w:p>
    <w:p>
      <w:r/>
      <w:r>
        <w:t>Willam’s practical advice for newcomers is refreshingly direct: be fearless, slap on the makeup, photograph yourself and adjust. The show normalises experimentation while offering concrete steps , test under time, check the back of your wig, and get an honest friend to help. For anyone curious, that makes trying drag feel less mystifying and more like a creative challenge.</w:t>
      </w:r>
      <w:r/>
    </w:p>
    <w:p>
      <w:r/>
      <w:r>
        <w:t>Looking ahead, the team is already thinking about future seasons and how to push the concept further while keeping the balance between spectacle and substance.</w:t>
      </w:r>
      <w:r/>
    </w:p>
    <w:p>
      <w:r/>
      <w:r>
        <w:t>It's a small change that makes dating TV feel fresher and, for a lot of viewers, a lot funnier.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[6]</w:t>
        </w:r>
      </w:hyperlink>
      <w:r>
        <w:t xml:space="preserve">- Paragraph 3: </w:t>
      </w:r>
      <w:hyperlink r:id="rId9">
        <w:r>
          <w:rPr>
            <w:color w:val="0000EE"/>
            <w:u w:val="single"/>
          </w:rPr>
          <w:t>[1]</w:t>
        </w:r>
      </w:hyperlink>
      <w:r>
        <w:t xml:space="preserve">, </w:t>
      </w:r>
      <w:hyperlink r:id="rId14">
        <w:r>
          <w:rPr>
            <w:color w:val="0000EE"/>
            <w:u w:val="single"/>
          </w:rPr>
          <w:t>[7]</w:t>
        </w:r>
      </w:hyperlink>
      <w:r>
        <w:t xml:space="preserve">- Paragraph 4: </w:t>
      </w:r>
      <w:hyperlink r:id="rId9">
        <w:r>
          <w:rPr>
            <w:color w:val="0000EE"/>
            <w:u w:val="single"/>
          </w:rPr>
          <w:t>[1]</w:t>
        </w:r>
      </w:hyperlink>
      <w:r>
        <w:t xml:space="preserve">, </w:t>
      </w:r>
      <w:hyperlink r:id="rId15">
        <w:r>
          <w:rPr>
            <w:color w:val="0000EE"/>
            <w:u w:val="single"/>
          </w:rPr>
          <w:t>[5]</w:t>
        </w:r>
      </w:hyperlink>
      <w:r>
        <w:t xml:space="preserve">- Paragraph 5: </w:t>
      </w:r>
      <w:hyperlink r:id="rId9">
        <w:r>
          <w:rPr>
            <w:color w:val="0000EE"/>
            <w:u w:val="single"/>
          </w:rPr>
          <w:t>[1]</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https://socialitelife.com/willam-talks-about-loves-a-drag-giving-dating-shows-the-glow-up-they-needed/</w:t>
        </w:r>
      </w:hyperlink>
      <w:r>
        <w:t xml:space="preserve"> - Please view link - unable to able to access data</w:t>
      </w:r>
      <w:r/>
    </w:p>
    <w:p>
      <w:pPr>
        <w:pStyle w:val="ListNumber"/>
        <w:spacing w:line="240" w:lineRule="auto"/>
        <w:ind w:left="720"/>
      </w:pPr>
      <w:r/>
      <w:hyperlink r:id="rId10">
        <w:r>
          <w:rPr>
            <w:color w:val="0000EE"/>
            <w:u w:val="single"/>
          </w:rPr>
          <w:t>https://www.castingnetworks.com/talent/project/loves-a-drag-16014191/</w:t>
        </w:r>
      </w:hyperlink>
      <w:r>
        <w:t xml:space="preserve"> - Casting Networks provides details about 'Love's A Drag', a new dating show where three single men step into drag for the first time to win a date with a female picker. Hosted by Willam Belli and featuring Emmy award-winning hair and makeup artists, the show is produced by Elixir Studios, the YouTube channel created by the producers of 'The Masked Singer'. Each episode begins with the men dressed in drag, answering questions and competing in activity rounds to shed pieces of their drag and reveal their true selves. The show is set to shoot in Los Angeles on March 25 or April 1, 2026, with a pay of $250 per participant. (</w:t>
      </w:r>
      <w:hyperlink r:id="rId16">
        <w:r>
          <w:rPr>
            <w:color w:val="0000EE"/>
            <w:u w:val="single"/>
          </w:rPr>
          <w:t>castingnetworks.com</w:t>
        </w:r>
      </w:hyperlink>
      <w:r>
        <w:t>)</w:t>
      </w:r>
      <w:r/>
    </w:p>
    <w:p>
      <w:pPr>
        <w:pStyle w:val="ListNumber"/>
        <w:spacing w:line="240" w:lineRule="auto"/>
        <w:ind w:left="720"/>
      </w:pPr>
      <w:r/>
      <w:hyperlink r:id="rId11">
        <w:r>
          <w:rPr>
            <w:color w:val="0000EE"/>
            <w:u w:val="single"/>
          </w:rPr>
          <w:t>https://www.mic.com/articles/192227/willam-interview-a-star-is-born-new-album-now-thats-what-i-call-drag-music</w:t>
        </w:r>
      </w:hyperlink>
      <w:r>
        <w:t xml:space="preserve"> - In an interview with Mic, Willam discusses her role in 'A Star Is Born' and her new album, 'Now That’s What I Call Drag Music, Vol. 1'. The album parodies famous songs, including Britney Spears’ '...Baby One More Time' and Rihanna’s 'Where Have You Been', as well as classics like Dolly Parton’s 'Jolene' and Toni Braxton’s 'Un-Break My Heart'. The lyrics are explicit, with the album opener, 'Hoops', beginning with the line, 'I can fuck you down well'. (</w:t>
      </w:r>
      <w:hyperlink r:id="rId17">
        <w:r>
          <w:rPr>
            <w:color w:val="0000EE"/>
            <w:u w:val="single"/>
          </w:rPr>
          <w:t>mic.com</w:t>
        </w:r>
      </w:hyperlink>
      <w:r>
        <w:t>)</w:t>
      </w:r>
      <w:r/>
    </w:p>
    <w:p>
      <w:pPr>
        <w:pStyle w:val="ListNumber"/>
        <w:spacing w:line="240" w:lineRule="auto"/>
        <w:ind w:left="720"/>
      </w:pPr>
      <w:r/>
      <w:hyperlink r:id="rId12">
        <w:r>
          <w:rPr>
            <w:color w:val="0000EE"/>
            <w:u w:val="single"/>
          </w:rPr>
          <w:t>https://www.edgemedianetwork.com/story/76632</w:t>
        </w:r>
      </w:hyperlink>
      <w:r>
        <w:t xml:space="preserve"> - EDGE Media Network reports that Willam is set to host a new reality show on OUTtv, where she will oversee male strippers competing in themed challenges and performances. The show, titled 'Willam's Dark Room Duel', is described as a blend of talent show, strip club, and queer congregation. Willam, who has experience managing strippers, expressed her excitement about the project, stating, 'Trust me, when it comes to taking off clothes I know what I'm talking about.' (</w:t>
      </w:r>
      <w:hyperlink r:id="rId18">
        <w:r>
          <w:rPr>
            <w:color w:val="0000EE"/>
            <w:u w:val="single"/>
          </w:rPr>
          <w:t>edgemedianetwork.com</w:t>
        </w:r>
      </w:hyperlink>
      <w:r>
        <w:t>)</w:t>
      </w:r>
      <w:r/>
    </w:p>
    <w:p>
      <w:pPr>
        <w:pStyle w:val="ListNumber"/>
        <w:spacing w:line="240" w:lineRule="auto"/>
        <w:ind w:left="720"/>
      </w:pPr>
      <w:r/>
      <w:hyperlink r:id="rId15">
        <w:r>
          <w:rPr>
            <w:color w:val="0000EE"/>
            <w:u w:val="single"/>
          </w:rPr>
          <w:t>https://www.pride.com/culture/interviews/willam-belli-dark-room-duel</w:t>
        </w:r>
      </w:hyperlink>
      <w:r>
        <w:t xml:space="preserve"> - In an interview with PRIDE, Willam discusses her new reality series, 'Willam’s Dark Room Duel', which is described as a celebration of gay sex work. The show is praised for its radical, unapologetic sex positivity. Willam, a multi-hyphenate drag superstar, podcaster, and actor, is ready to add another achievement to her list as the host of this steamy, campy, and unapologetically sex-positive series. (</w:t>
      </w:r>
      <w:hyperlink r:id="rId19">
        <w:r>
          <w:rPr>
            <w:color w:val="0000EE"/>
            <w:u w:val="single"/>
          </w:rPr>
          <w:t>pride.com</w:t>
        </w:r>
      </w:hyperlink>
      <w:r>
        <w:t>)</w:t>
      </w:r>
      <w:r/>
    </w:p>
    <w:p>
      <w:pPr>
        <w:pStyle w:val="ListNumber"/>
        <w:spacing w:line="240" w:lineRule="auto"/>
        <w:ind w:left="720"/>
      </w:pPr>
      <w:r/>
      <w:hyperlink r:id="rId13">
        <w:r>
          <w:rPr>
            <w:color w:val="0000EE"/>
            <w:u w:val="single"/>
          </w:rPr>
          <w:t>https://www.out.com/television/2019/12/09/willam-drag-race-just-got-her-own-tv-show</w:t>
        </w:r>
      </w:hyperlink>
      <w:r>
        <w:t xml:space="preserve"> - Out.com reports that Willam, known from 'RuPaul's Drag Race', is set to launch her own television show titled 'Fashion's a Drag'. The show is scheduled to launch in April 2020 on Quibi, a mobile-first streaming service. In collaboration with Hearst Originals, Willam and other drag experts from Elle will discuss fashion trends and news. Willam expressed her excitement, stating, 'People have looked up to drag queens for style cues for years and that's not just a joke about men being taller in heels and wigs.' (</w:t>
      </w:r>
      <w:hyperlink r:id="rId20">
        <w:r>
          <w:rPr>
            <w:color w:val="0000EE"/>
            <w:u w:val="single"/>
          </w:rPr>
          <w:t>out.com</w:t>
        </w:r>
      </w:hyperlink>
      <w:r>
        <w:t>)</w:t>
      </w:r>
      <w:r/>
    </w:p>
    <w:p>
      <w:pPr>
        <w:pStyle w:val="ListNumber"/>
        <w:spacing w:line="240" w:lineRule="auto"/>
        <w:ind w:left="720"/>
      </w:pPr>
      <w:r/>
      <w:hyperlink r:id="rId14">
        <w:r>
          <w:rPr>
            <w:color w:val="0000EE"/>
            <w:u w:val="single"/>
          </w:rPr>
          <w:t>https://pocketmags.com/eu/attitude-magazine/september-october-2025/articles/the-truth-about-willam</w:t>
        </w:r>
      </w:hyperlink>
      <w:r>
        <w:t xml:space="preserve"> - Attitude magazine features an article titled 'The Truth About Willam', where she discusses her new stripping talent show on OUTtv. Willam reveals the real reason for her famous disqualification from 'Drag Race' and shares why she doesn't regret a single thing. The article provides insights into Willam's career and her perspective on her journey in the entertainment industry. (</w:t>
      </w:r>
      <w:hyperlink r:id="rId21">
        <w:r>
          <w:rPr>
            <w:color w:val="0000EE"/>
            <w:u w:val="single"/>
          </w:rPr>
          <w:t>pocketmags.com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socialitelife.com/willam-talks-about-loves-a-drag-giving-dating-shows-the-glow-up-they-needed/" TargetMode="External"/><Relationship Id="rId10" Type="http://schemas.openxmlformats.org/officeDocument/2006/relationships/hyperlink" Target="https://www.castingnetworks.com/talent/project/loves-a-drag-16014191/" TargetMode="External"/><Relationship Id="rId11" Type="http://schemas.openxmlformats.org/officeDocument/2006/relationships/hyperlink" Target="https://www.mic.com/articles/192227/willam-interview-a-star-is-born-new-album-now-thats-what-i-call-drag-music" TargetMode="External"/><Relationship Id="rId12" Type="http://schemas.openxmlformats.org/officeDocument/2006/relationships/hyperlink" Target="https://www.edgemedianetwork.com/story/76632" TargetMode="External"/><Relationship Id="rId13" Type="http://schemas.openxmlformats.org/officeDocument/2006/relationships/hyperlink" Target="https://www.out.com/television/2019/12/09/willam-drag-race-just-got-her-own-tv-show" TargetMode="External"/><Relationship Id="rId14" Type="http://schemas.openxmlformats.org/officeDocument/2006/relationships/hyperlink" Target="https://pocketmags.com/eu/attitude-magazine/september-october-2025/articles/the-truth-about-willam" TargetMode="External"/><Relationship Id="rId15" Type="http://schemas.openxmlformats.org/officeDocument/2006/relationships/hyperlink" Target="https://www.pride.com/culture/interviews/willam-belli-dark-room-duel" TargetMode="External"/><Relationship Id="rId16" Type="http://schemas.openxmlformats.org/officeDocument/2006/relationships/hyperlink" Target="https://www.castingnetworks.com/talent/project/loves-a-drag-16014191/?utm_source=openai" TargetMode="External"/><Relationship Id="rId17" Type="http://schemas.openxmlformats.org/officeDocument/2006/relationships/hyperlink" Target="https://www.mic.com/articles/192227/willam-interview-a-star-is-born-new-album-now-thats-what-i-call-drag-music?utm_source=openai" TargetMode="External"/><Relationship Id="rId18" Type="http://schemas.openxmlformats.org/officeDocument/2006/relationships/hyperlink" Target="https://www.edgemedianetwork.com/story/76632?utm_source=openai" TargetMode="External"/><Relationship Id="rId19" Type="http://schemas.openxmlformats.org/officeDocument/2006/relationships/hyperlink" Target="https://www.pride.com/culture/interviews/willam-belli-dark-room-duel?utm_source=openai" TargetMode="External"/><Relationship Id="rId20" Type="http://schemas.openxmlformats.org/officeDocument/2006/relationships/hyperlink" Target="https://www.out.com/television/2019/12/09/willam-drag-race-just-got-her-own-tv-show?utm_source=openai" TargetMode="External"/><Relationship Id="rId21" Type="http://schemas.openxmlformats.org/officeDocument/2006/relationships/hyperlink" Target="https://pocketmags.com/eu/attitude-magazine/september-october-2025/articles/the-truth-about-willam?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