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Moments Proving Love Island Needs More Queer Contestants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 it from the villa: queer contestants would change Love Island for the better , more visibility, softer masculinity and bigger conversations about who finds love on TV. Hosts, fans and former Islanders are calling for inclusive casting as Season 8 proves same-sex chemistry lands with viewers.</w:t>
      </w:r>
      <w:r/>
    </w:p>
    <w:p>
      <w:r/>
      <w:r>
        <w:t>Essential Takeaways</w:t>
      </w:r>
      <w:r/>
      <w:r/>
    </w:p>
    <w:p>
      <w:pPr>
        <w:pStyle w:val="ListBullet"/>
        <w:spacing w:line="240" w:lineRule="auto"/>
        <w:ind w:left="720"/>
      </w:pPr>
      <w:r/>
      <w:r>
        <w:rPr>
          <w:b/>
        </w:rPr>
        <w:t>Trending appetite:</w:t>
      </w:r>
      <w:r>
        <w:t xml:space="preserve"> Season 8’s flirtations and bromances have sparked fresh calls for queer contestants and broader representation.</w:t>
      </w:r>
      <w:r/>
    </w:p>
    <w:p>
      <w:pPr>
        <w:pStyle w:val="ListBullet"/>
        <w:spacing w:line="240" w:lineRule="auto"/>
        <w:ind w:left="720"/>
      </w:pPr>
      <w:r/>
      <w:r>
        <w:rPr>
          <w:b/>
        </w:rPr>
        <w:t>Hosts speak up:</w:t>
      </w:r>
      <w:r>
        <w:t xml:space="preserve"> After Sun hosts Ciara Miller and Tefi Pessoa publicly urged producers to include trans, non-binary and gay bombshells.</w:t>
      </w:r>
      <w:r/>
    </w:p>
    <w:p>
      <w:pPr>
        <w:pStyle w:val="ListBullet"/>
        <w:spacing w:line="240" w:lineRule="auto"/>
        <w:ind w:left="720"/>
      </w:pPr>
      <w:r/>
      <w:r>
        <w:rPr>
          <w:b/>
        </w:rPr>
        <w:t>Emotional shift:</w:t>
      </w:r>
      <w:r>
        <w:t xml:space="preserve"> Tender, affectionate moments between men are reshaping how masculinity looks on reality TV , quieter, softer and relatable.</w:t>
      </w:r>
      <w:r/>
    </w:p>
    <w:p>
      <w:pPr>
        <w:pStyle w:val="ListBullet"/>
        <w:spacing w:line="240" w:lineRule="auto"/>
        <w:ind w:left="720"/>
      </w:pPr>
      <w:r/>
      <w:r>
        <w:rPr>
          <w:b/>
        </w:rPr>
        <w:t>Why it matters:</w:t>
      </w:r>
      <w:r>
        <w:t xml:space="preserve"> Inclusion would normalise diverse love stories and create new conversations about masculinity, friendship and attraction.</w:t>
      </w:r>
      <w:r/>
    </w:p>
    <w:p>
      <w:pPr>
        <w:pStyle w:val="ListBullet"/>
        <w:spacing w:line="240" w:lineRule="auto"/>
        <w:ind w:left="720"/>
      </w:pPr>
      <w:r/>
      <w:r>
        <w:rPr>
          <w:b/>
        </w:rPr>
        <w:t>Practical view:</w:t>
      </w:r>
      <w:r>
        <w:t xml:space="preserve"> Casting queer contestants responsibly means chemistry-led matchmaking, safety measures and viewers prepared for real intimacy.</w:t>
      </w:r>
      <w:r/>
      <w:r/>
    </w:p>
    <w:p>
      <w:r/>
      <w:r>
        <w:t>Why Season 8 Feels Different , and Why It Matters Season 8 arrived with a different hum: more lingering looks, close bromances and on-camera tenderness that made viewers sit up. According to coverage of the latest episodes, Bryce and Zach’s soft, flirty dynamic has become a standout moment, not because producers chased a storyline, but because audiences responded to emotional authenticity. That reaction shows something simple , viewers want to see a wider spectrum of love, not just for novelty but for comfort and recognition.</w:t>
      </w:r>
      <w:r/>
    </w:p>
    <w:p>
      <w:r/>
      <w:r>
        <w:t>How Hosts and Fans Are Pushing for Change On After Sun, Ciara Miller and Tefi Pessoa didn’t hedge; they echoed a growing chorus calling for queer, trans and non-binary contestants. Public figures asking for inclusion matters because shows listen when conversation becomes persistent and mainstream. If producers want the show to reflect the dating landscape, this is the moment to act: casting that includes different sexualities and gender identities would be both culturally relevant and commercially smart.</w:t>
      </w:r>
      <w:r/>
    </w:p>
    <w:p>
      <w:r/>
      <w:r>
        <w:t>What Queer Contestants Would Add , Beyond the Romance Bringing queer contestants into the villa wouldn’t only offer new coupling dynamics; it would broaden the emotional palette of the show. Tenderness between men on Season 8 has already nudged viewers to rethink “masculine” behaviour: crying, hugging and gentle banter become normalised rather than coded as weakness. Including diverse contestants would force conversations about consent, attraction and visibility in ways that benefit everyone watching.</w:t>
      </w:r>
      <w:r/>
    </w:p>
    <w:p>
      <w:r/>
      <w:r>
        <w:t>How to Cast Inclusively Without Tokenising If producers take this on, it needs to be done properly. That means recruiting queer contestants for organic chemistry, not as checkboxes; providing trauma-informed support; and setting clear production practices for consent and safety. Fans and advocacy groups will expect thoughtful representation , and rightly so , because poorly handled portrayal can do more harm than good.</w:t>
      </w:r>
      <w:r/>
    </w:p>
    <w:p>
      <w:r/>
      <w:r>
        <w:t>What This Could Mean for Reality TV Culture The ripple effect could be significant. Shows that normalise affectionate male friendships and open queer dating on mainstream platforms help shift cultural norms. If Love Island integrates queer contestants thoughtfully, other reality formats might follow, and the result would be a TV landscape that mirrors the messy, varied ways people actually fall in love.</w:t>
      </w:r>
      <w:r/>
    </w:p>
    <w:p>
      <w:r/>
      <w:r>
        <w:t>It's a small casting change that could make every reveal, reunion and kiss feel that bit more real.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15">
        <w:r>
          <w:rPr>
            <w:color w:val="0000EE"/>
            <w:u w:val="single"/>
          </w:rPr>
          <w:t>[6]</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https://www.out.com/gay-tv-shows/love-island-queer-contestants</w:t>
        </w:r>
      </w:hyperlink>
      <w:r>
        <w:t xml:space="preserve"> - Please view link - unable to able to access data</w:t>
      </w:r>
      <w:r/>
    </w:p>
    <w:p>
      <w:pPr>
        <w:pStyle w:val="ListNumber"/>
        <w:spacing w:line="240" w:lineRule="auto"/>
        <w:ind w:left="720"/>
      </w:pPr>
      <w:r/>
      <w:hyperlink r:id="rId10">
        <w:r>
          <w:rPr>
            <w:color w:val="0000EE"/>
            <w:u w:val="single"/>
          </w:rPr>
          <w:t>https://www.rottentomatoes.com/tv/love_island_2019/s08/e10/cast-and-crew</w:t>
        </w:r>
      </w:hyperlink>
      <w:r>
        <w:t xml:space="preserve"> - This page provides detailed information about Season 8, Episode 10 of 'Love Island USA', including the cast and crew involved in the episode. It lists the main cast members, such as host Ariana Madix and contestants like Zach Georgiou and Bryce Alakai Dettloff, as well as the directors and executive producers. The episode aired on June 13, 2026, and is available for streaming on Peacock. The page also includes links to watch the episode and view more details about the show.</w:t>
      </w:r>
      <w:r/>
    </w:p>
    <w:p>
      <w:pPr>
        <w:pStyle w:val="ListNumber"/>
        <w:spacing w:line="240" w:lineRule="auto"/>
        <w:ind w:left="720"/>
      </w:pPr>
      <w:r/>
      <w:hyperlink r:id="rId14">
        <w:r>
          <w:rPr>
            <w:color w:val="0000EE"/>
            <w:u w:val="single"/>
          </w:rPr>
          <w:t>https://www.rottentomatoes.com/tv/love_island_2019/s08/e09/cast-and-crew</w:t>
        </w:r>
      </w:hyperlink>
      <w:r>
        <w:t xml:space="preserve"> - This page offers information about Season 8, Episode 9 of 'Love Island USA', detailing the cast and crew involved in the episode. It features hosts Ciara Miller and Tefi Pessoa, along with contestants like Zach Georgiou and Bryce Alakai Dettloff. The episode aired on June 12, 2026, and is available for streaming on Peacock. The page provides links to watch the episode and more details about the show.</w:t>
      </w:r>
      <w:r/>
    </w:p>
    <w:p>
      <w:pPr>
        <w:pStyle w:val="ListNumber"/>
        <w:spacing w:line="240" w:lineRule="auto"/>
        <w:ind w:left="720"/>
      </w:pPr>
      <w:r/>
      <w:hyperlink r:id="rId13">
        <w:r>
          <w:rPr>
            <w:color w:val="0000EE"/>
            <w:u w:val="single"/>
          </w:rPr>
          <w:t>https://loveisland.fandom.com/wiki/Love_Island_USA_(Season_8)</w:t>
        </w:r>
      </w:hyperlink>
      <w:r>
        <w:t xml:space="preserve"> - This fan-made wiki page provides a comprehensive overview of 'Love Island USA' Season 8, including weekly summaries, contestant information, and episode details. It covers the initial coupling of islanders, challenges, dates, and exits, offering insights into the dynamics of the season. The page also includes information about the host, Ariana Madix, and the contestants, such as Zach Georgiou and Bryce Alakai Dettloff.</w:t>
      </w:r>
      <w:r/>
    </w:p>
    <w:p>
      <w:pPr>
        <w:pStyle w:val="ListNumber"/>
        <w:spacing w:line="240" w:lineRule="auto"/>
        <w:ind w:left="720"/>
      </w:pPr>
      <w:r/>
      <w:hyperlink r:id="rId11">
        <w:r>
          <w:rPr>
            <w:color w:val="0000EE"/>
            <w:u w:val="single"/>
          </w:rPr>
          <w:t>https://www.rottentomatoes.com/tv/love_island_2019/s08</w:t>
        </w:r>
      </w:hyperlink>
      <w:r>
        <w:t xml:space="preserve"> - This page provides an overview of 'Love Island USA' Season 8, including episode details, cast and crew information, and streaming options. It lists the main cast members, such as host Ariana Madix and contestants like Zach Georgiou and Bryce Alakai Dettloff. The page also includes links to watch the episodes on Peacock and more details about the show.</w:t>
      </w:r>
      <w:r/>
    </w:p>
    <w:p>
      <w:pPr>
        <w:pStyle w:val="ListNumber"/>
        <w:spacing w:line="240" w:lineRule="auto"/>
        <w:ind w:left="720"/>
      </w:pPr>
      <w:r/>
      <w:hyperlink r:id="rId15">
        <w:r>
          <w:rPr>
            <w:color w:val="0000EE"/>
            <w:u w:val="single"/>
          </w:rPr>
          <w:t>https://www.rottentomatoes.com/tv/love_island_2019/s08/e07</w:t>
        </w:r>
      </w:hyperlink>
      <w:r>
        <w:t xml:space="preserve"> - This page offers information about Season 8, Episode 7 of 'Love Island USA', detailing the cast and crew involved in the episode. It features hosts Ciara Miller and Tefi Pessoa, along with contestants like Zach Georgiou and Bryce Alakai Dettloff. The episode aired on June 9, 2026, and is available for streaming on Peacock. The page provides links to watch the episode and more details about the show.</w:t>
      </w:r>
      <w:r/>
    </w:p>
    <w:p>
      <w:pPr>
        <w:pStyle w:val="ListNumber"/>
        <w:spacing w:line="240" w:lineRule="auto"/>
        <w:ind w:left="720"/>
      </w:pPr>
      <w:r/>
      <w:hyperlink r:id="rId12">
        <w:r>
          <w:rPr>
            <w:color w:val="0000EE"/>
            <w:u w:val="single"/>
          </w:rPr>
          <w:t>https://www.justjared.com/2026/05/13/love-island-usa-taps-ciara-miller-tefi-pessoa-as-new-aftersun-hosts-for-season-8/</w:t>
        </w:r>
      </w:hyperlink>
      <w:r>
        <w:t xml:space="preserve"> - This article announces that Ciara Miller and Tefi Pessoa have been selected as the new hosts for 'Aftersun', the weekly recap show for 'Love Island USA' Season 8. The announcement was made on May 11, 2026, during the NBCUniversal Upfronts presentation. The article provides details about the hosts and the upcoming season, which is set to premiere on June 2, 2026, on Peacock.</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gay-tv-shows/love-island-queer-contestants" TargetMode="External"/><Relationship Id="rId10" Type="http://schemas.openxmlformats.org/officeDocument/2006/relationships/hyperlink" Target="https://www.rottentomatoes.com/tv/love_island_2019/s08/e10/cast-and-crew" TargetMode="External"/><Relationship Id="rId11" Type="http://schemas.openxmlformats.org/officeDocument/2006/relationships/hyperlink" Target="https://www.rottentomatoes.com/tv/love_island_2019/s08" TargetMode="External"/><Relationship Id="rId12" Type="http://schemas.openxmlformats.org/officeDocument/2006/relationships/hyperlink" Target="https://www.justjared.com/2026/05/13/love-island-usa-taps-ciara-miller-tefi-pessoa-as-new-aftersun-hosts-for-season-8/" TargetMode="External"/><Relationship Id="rId13" Type="http://schemas.openxmlformats.org/officeDocument/2006/relationships/hyperlink" Target="https://loveisland.fandom.com/wiki/Love_Island_USA_(Season_8)" TargetMode="External"/><Relationship Id="rId14" Type="http://schemas.openxmlformats.org/officeDocument/2006/relationships/hyperlink" Target="https://www.rottentomatoes.com/tv/love_island_2019/s08/e09/cast-and-crew" TargetMode="External"/><Relationship Id="rId15" Type="http://schemas.openxmlformats.org/officeDocument/2006/relationships/hyperlink" Target="https://www.rottentomatoes.com/tv/love_island_2019/s08/e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