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Local Pride Options After Waco Pride Network Closure — Where to Turn in Central Texas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community spirit are regrouping: the Waco Pride Network is ending its near‑decade run, cancelling its flagship Out on the Brazos festival and leaving a gap for LGBTQIA+ community events in Central Texas. Here’s who’s stepping up and how locals can stay connected, volunteer, or keep the celebration alive.</w:t>
      </w:r>
      <w:r/>
    </w:p>
    <w:p>
      <w:r/>
      <w:r>
        <w:t>Essential takeaways</w:t>
      </w:r>
      <w:r/>
      <w:r/>
    </w:p>
    <w:p>
      <w:pPr>
        <w:pStyle w:val="ListBullet"/>
        <w:spacing w:line="240" w:lineRule="auto"/>
        <w:ind w:left="720"/>
      </w:pPr>
      <w:r/>
      <w:r>
        <w:rPr>
          <w:b/>
        </w:rPr>
        <w:t>Waco Pride Network closing:</w:t>
      </w:r>
      <w:r>
        <w:t xml:space="preserve"> The volunteer‑led group announced it will conclude operations after nearly ten years, cancelling Out on the Brazos. It cited staffing limits and increasing opposition. </w:t>
      </w:r>
      <w:r/>
    </w:p>
    <w:p>
      <w:pPr>
        <w:pStyle w:val="ListBullet"/>
        <w:spacing w:line="240" w:lineRule="auto"/>
        <w:ind w:left="720"/>
      </w:pPr>
      <w:r/>
      <w:r>
        <w:rPr>
          <w:b/>
        </w:rPr>
        <w:t>Out on the Brazos history:</w:t>
      </w:r>
      <w:r>
        <w:t xml:space="preserve"> The October festival began in 2017 and grew into a signature community gathering with family‑friendly programming and local support. </w:t>
      </w:r>
      <w:r/>
    </w:p>
    <w:p>
      <w:pPr>
        <w:pStyle w:val="ListBullet"/>
        <w:spacing w:line="240" w:lineRule="auto"/>
        <w:ind w:left="720"/>
      </w:pPr>
      <w:r/>
      <w:r>
        <w:rPr>
          <w:b/>
        </w:rPr>
        <w:t>Other local groups listed:</w:t>
      </w:r>
      <w:r>
        <w:t xml:space="preserve"> Organisations like RSI Court of the Central, Texas Empire, Waco Trans Group, Temple Pride and Central Texas Pride Community Center were highlighted as alternatives. </w:t>
      </w:r>
      <w:r/>
    </w:p>
    <w:p>
      <w:pPr>
        <w:pStyle w:val="ListBullet"/>
        <w:spacing w:line="240" w:lineRule="auto"/>
        <w:ind w:left="720"/>
      </w:pPr>
      <w:r/>
      <w:r>
        <w:rPr>
          <w:b/>
        </w:rPr>
        <w:t>Community momentum remains:</w:t>
      </w:r>
      <w:r>
        <w:t xml:space="preserve"> Local churches, campuses and partners have shown support in the past, suggesting community networks exist to rebuild events. </w:t>
      </w:r>
      <w:r/>
    </w:p>
    <w:p>
      <w:pPr>
        <w:pStyle w:val="ListBullet"/>
        <w:spacing w:line="240" w:lineRule="auto"/>
        <w:ind w:left="720"/>
      </w:pPr>
      <w:r/>
      <w:r>
        <w:rPr>
          <w:b/>
        </w:rPr>
        <w:t>Practical next steps:</w:t>
      </w:r>
      <w:r>
        <w:t xml:space="preserve"> Volunteers, donors and event partners can connect with the named groups, or contact past organisers to explore handing off programming or forming a new collective.</w:t>
      </w:r>
      <w:r/>
      <w:r/>
    </w:p>
    <w:p>
      <w:pPr>
        <w:pStyle w:val="Heading2"/>
      </w:pPr>
      <w:r>
        <w:t>What happened: Waco Pride Network announced a difficult decision</w:t>
      </w:r>
      <w:r/>
    </w:p>
    <w:p>
      <w:r/>
      <w:r>
        <w:t>The Waco Pride Network told the public it will "conclude its operations" after nearly a decade of work, a move that immediately cancels this autumn’s Out on the Brazos festival. The statement framed the decision as a practical response to sustained volunteer fatigue and mounting external pressures. According to their message, being entirely volunteer‑run left the organisation vulnerable to staffing shortfalls and the burdens of running signature events. That combination, they said, made continuing untenable.</w:t>
      </w:r>
      <w:r/>
    </w:p>
    <w:p>
      <w:r/>
      <w:r>
        <w:t>For locals who’ve come to expect Out on the Brazos each October, the news lands as disappointment but not surprise; small, volunteer‑led charities often buckle under steady demands. The group thanked volunteers, donors and partners and urged the community to carry the mission forward, signalling a hope rather than a full stop.</w:t>
      </w:r>
      <w:r/>
    </w:p>
    <w:p>
      <w:pPr>
        <w:pStyle w:val="Heading2"/>
      </w:pPr>
      <w:r>
        <w:t>Out on the Brazos: how the festival grew into a community fixture</w:t>
      </w:r>
      <w:r/>
    </w:p>
    <w:p>
      <w:r/>
      <w:r>
        <w:t>Out on the Brazos first launched in 2017 and over several years became Waco’s visible Pride celebration, featuring music, educational booths and family‑friendly activities. Coverage of previous festivals showed crowds, supportive local churches and university involvement, which helped the event feel like part of the city’s civic calendar. The festival’s tone was welcoming and grassroots, a reflection of the network’s volunteer ethos.</w:t>
      </w:r>
      <w:r/>
    </w:p>
    <w:p>
      <w:r/>
      <w:r>
        <w:t>That growth also meant heavier logistics and fundraising demands. As events scale, organisers need paid staff, insurance, and consistent donor streams , things the Waco Pride Network struggled to sustain. For anyone who’s organised local festivals, that tension between grassroots warmth and operational complexity will ring true.</w:t>
      </w:r>
      <w:r/>
    </w:p>
    <w:p>
      <w:pPr>
        <w:pStyle w:val="Heading2"/>
      </w:pPr>
      <w:r>
        <w:t>Alternatives in Central Texas: groups you can join or support</w:t>
      </w:r>
      <w:r/>
    </w:p>
    <w:p>
      <w:r/>
      <w:r>
        <w:t>The Waco Pride Network pointed people toward neighbouring organisations that already serve Central Texans, including RSI Court of the Central, Texas Empire, Waco Trans Group, Temple Pride and the Central Texas Pride Community Center. These groups cover a range of needs, from social gatherings and advocacy to trans‑specific support. If you want to stay plugged in, reaching out to any of them is a practical next step.</w:t>
      </w:r>
      <w:r/>
    </w:p>
    <w:p>
      <w:r/>
      <w:r>
        <w:t>Some of these organisations focus on event programming, others on peer support or advocacy; consider what you care about most , festival‑style visibility, direct services, or policy work , and pick groups to match. Pledging a few hours a month can make a big difference to volunteer‑run outfits.</w:t>
      </w:r>
      <w:r/>
    </w:p>
    <w:p>
      <w:pPr>
        <w:pStyle w:val="Heading2"/>
      </w:pPr>
      <w:r>
        <w:t>How the wider community has shown support , and why it matters</w:t>
      </w:r>
      <w:r/>
    </w:p>
    <w:p>
      <w:r/>
      <w:r>
        <w:t>Local churches, Baylor student groups and community partners have previously joined Out on the Brazos, offering resources and a visible sign of support. Those relationships suggest a base of goodwill that could be mobilised to preserve Pride activities even without the original organiser. When institutions publicly back Pride events, it reduces stigma and helps attract sponsors.</w:t>
      </w:r>
      <w:r/>
    </w:p>
    <w:p>
      <w:r/>
      <w:r>
        <w:t>If you represent a business, faith group or campus organisation, consider hosting a small pop‑up, sponsoring a safety budget, or providing meeting space for local groups. Those practical contributions keep inclusive programming alive even as formal structures shift.</w:t>
      </w:r>
      <w:r/>
    </w:p>
    <w:p>
      <w:pPr>
        <w:pStyle w:val="Heading2"/>
      </w:pPr>
      <w:r>
        <w:t>Practical steps if you want to help or keep Pride alive in Waco</w:t>
      </w:r>
      <w:r/>
    </w:p>
    <w:p>
      <w:r/>
      <w:r>
        <w:t>Start by following and contacting the organisations the Waco Pride Network listed; they may need extra volunteers, event planners or donors. If you’re a past volunteer or sponsor, ask the board if there’s a short‑term transition plan or archive of contacts and vendor relationships , handing those on saves months of work. For those wanting to launch new events, consider a coalition model so no single volunteer group carries the full load.</w:t>
      </w:r>
      <w:r/>
    </w:p>
    <w:p>
      <w:r/>
      <w:r>
        <w:t>Finally, small actions matter: show up to meetings, offer pro bono services like accounting or marketing, or host a community listening session. Building sustainable Pride programming is mostly about spreading responsibility and creating a tiny paid core where possible.</w:t>
      </w:r>
      <w:r/>
    </w:p>
    <w:p>
      <w:r/>
      <w:r>
        <w:t>It's a small shift that can help keep community celebrations and support networks thriving.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9">
        <w:r>
          <w:rPr>
            <w:color w:val="0000EE"/>
            <w:u w:val="single"/>
          </w:rPr>
          <w:t>[1]</w:t>
        </w:r>
      </w:hyperlink>
      <w:r>
        <w:t xml:space="preserve">, </w:t>
      </w:r>
      <w:hyperlink r:id="rId11">
        <w:r>
          <w:rPr>
            <w:color w:val="0000EE"/>
            <w:u w:val="single"/>
          </w:rPr>
          <w:t>[6]</w:t>
        </w:r>
      </w:hyperlink>
      <w:r>
        <w:t xml:space="preserve">- Paragraph 3: </w:t>
      </w:r>
      <w:hyperlink r:id="rId12">
        <w:r>
          <w:rPr>
            <w:color w:val="0000EE"/>
            <w:u w:val="single"/>
          </w:rPr>
          <w:t>[3]</w:t>
        </w:r>
      </w:hyperlink>
      <w:r>
        <w:t xml:space="preserve">, </w:t>
      </w:r>
      <w:hyperlink r:id="rId10">
        <w:r>
          <w:rPr>
            <w:color w:val="0000EE"/>
            <w:u w:val="single"/>
          </w:rPr>
          <w:t>[4]</w:t>
        </w:r>
      </w:hyperlink>
      <w:r>
        <w:t xml:space="preserve">- Paragraph 4: </w:t>
      </w:r>
      <w:hyperlink r:id="rId13">
        <w:r>
          <w:rPr>
            <w:color w:val="0000EE"/>
            <w:u w:val="single"/>
          </w:rPr>
          <w:t>[5]</w:t>
        </w:r>
      </w:hyperlink>
      <w:r>
        <w:t xml:space="preserve">, </w:t>
      </w:r>
      <w:hyperlink r:id="rId14">
        <w:r>
          <w:rPr>
            <w:color w:val="0000EE"/>
            <w:u w:val="single"/>
          </w:rPr>
          <w:t>[7]</w:t>
        </w:r>
      </w:hyperlink>
      <w:r>
        <w:t xml:space="preserve">- Paragraph 5: </w:t>
      </w:r>
      <w:hyperlink r:id="rId9">
        <w:r>
          <w:rPr>
            <w:color w:val="0000EE"/>
            <w:u w:val="single"/>
          </w:rPr>
          <w:t>[2]</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https://www.kxxv.com/news/local-news/in-your-neighborhood/waco-pride-network-ending-after-nearly-10-years-out-on-the-brazos-events-canceled</w:t>
        </w:r>
      </w:hyperlink>
      <w:r>
        <w:t xml:space="preserve"> - Please view link - unable to able to access data</w:t>
      </w:r>
      <w:r/>
    </w:p>
    <w:p>
      <w:pPr>
        <w:pStyle w:val="ListNumber"/>
        <w:spacing w:line="240" w:lineRule="auto"/>
        <w:ind w:left="720"/>
      </w:pPr>
      <w:r/>
      <w:hyperlink r:id="rId9">
        <w:r>
          <w:rPr>
            <w:color w:val="0000EE"/>
            <w:u w:val="single"/>
          </w:rPr>
          <w:t>https://www.kxxv.com/news/local-news/in-your-neighborhood/waco-pride-network-ending-after-nearly-10-years-out-on-the-brazos-events-canceled</w:t>
        </w:r>
      </w:hyperlink>
      <w:r>
        <w:t xml:space="preserve"> - The Waco Pride Network has announced the conclusion of its operations after nearly a decade of service to the Greater Waco community. This decision effectively cancels the signature LGBTQIA+ event, Out on the Brazos, which had been held annually since 2017. The organization highlighted other local Pride groups in Central Texas, such as RSI Court of the Central, Texas Empire, Waco Trans Group, Temple Pride, and Central Texas Pride Community Center, encouraging community members to engage with these organisations.</w:t>
      </w:r>
      <w:r/>
    </w:p>
    <w:p>
      <w:pPr>
        <w:pStyle w:val="ListNumber"/>
        <w:spacing w:line="240" w:lineRule="auto"/>
        <w:ind w:left="720"/>
      </w:pPr>
      <w:r/>
      <w:hyperlink r:id="rId12">
        <w:r>
          <w:rPr>
            <w:color w:val="0000EE"/>
            <w:u w:val="single"/>
          </w:rPr>
          <w:t>https://www.kwtx.com/2023/10/08/fifth-annual-out-on-the-brazos-pride-festival-held-waco/</w:t>
        </w:r>
      </w:hyperlink>
      <w:r>
        <w:t xml:space="preserve"> - The fifth annual Out on the Brazos pride festival took place in Waco, featuring performances from local artists, food trucks, vendors, and a dog parade. The event also offered activities for children, including bubbles, cornhole, and face painting. The theme for this year's festival was 'Live and Love Loud'.</w:t>
      </w:r>
      <w:r/>
    </w:p>
    <w:p>
      <w:pPr>
        <w:pStyle w:val="ListNumber"/>
        <w:spacing w:line="240" w:lineRule="auto"/>
        <w:ind w:left="720"/>
      </w:pPr>
      <w:r/>
      <w:hyperlink r:id="rId10">
        <w:r>
          <w:rPr>
            <w:color w:val="0000EE"/>
            <w:u w:val="single"/>
          </w:rPr>
          <w:t>https://baylorlariat.com/2023/10/05/waco-pride-network-to-host-out-on-the-brazos-celebrating-lgbtq-community/</w:t>
        </w:r>
      </w:hyperlink>
      <w:r>
        <w:t xml:space="preserve"> - The Waco Pride Network announced plans to host the Out on the Brazos event, celebrating LGBTQ+ visibility. Scheduled for October 7, 2023, the event aimed to commemorate National Coming Out Day and featured over 100 vendors and 500 attendees. The theme for the event was 'Live and Love Loud'.</w:t>
      </w:r>
      <w:r/>
    </w:p>
    <w:p>
      <w:pPr>
        <w:pStyle w:val="ListNumber"/>
        <w:spacing w:line="240" w:lineRule="auto"/>
        <w:ind w:left="720"/>
      </w:pPr>
      <w:r/>
      <w:hyperlink r:id="rId13">
        <w:r>
          <w:rPr>
            <w:color w:val="0000EE"/>
            <w:u w:val="single"/>
          </w:rPr>
          <w:t>https://baylorlariat.com/2023/10/09/local-churches-show-support-for-lgbtq-community-at-out-on-the-brazos/</w:t>
        </w:r>
      </w:hyperlink>
      <w:r>
        <w:t xml:space="preserve"> - Five local churches participated in the Out on the Brazos event to show support for the LGBTQ+ community. The churches included Metropolitan Community Church, Seventh and James Baptist Church, University Baptist Church, Central Presbyterian Church Waco, and Lake Shore Baptist Church. This marked the highest number of churches participating in the event to date.</w:t>
      </w:r>
      <w:r/>
    </w:p>
    <w:p>
      <w:pPr>
        <w:pStyle w:val="ListNumber"/>
        <w:spacing w:line="240" w:lineRule="auto"/>
        <w:ind w:left="720"/>
      </w:pPr>
      <w:r/>
      <w:hyperlink r:id="rId11">
        <w:r>
          <w:rPr>
            <w:color w:val="0000EE"/>
            <w:u w:val="single"/>
          </w:rPr>
          <w:t>https://www.wacopridenetwork.org/events/out-on-the-brazos-1</w:t>
        </w:r>
      </w:hyperlink>
      <w:r>
        <w:t xml:space="preserve"> - The Waco Pride Network announced the relocation of the Out on the Brazos event to Indian Spring Park, scheduled for October 18, 2025. The event was free and open to everyone, requiring a ticket for entry. The announcement included information on obtaining tickets and opportunities to volunteer.</w:t>
      </w:r>
      <w:r/>
    </w:p>
    <w:p>
      <w:pPr>
        <w:pStyle w:val="ListNumber"/>
        <w:spacing w:line="240" w:lineRule="auto"/>
        <w:ind w:left="720"/>
      </w:pPr>
      <w:r/>
      <w:hyperlink r:id="rId14">
        <w:r>
          <w:rPr>
            <w:color w:val="0000EE"/>
            <w:u w:val="single"/>
          </w:rPr>
          <w:t>https://www.wacopridenetwork.org/out-on-the-brazos</w:t>
        </w:r>
      </w:hyperlink>
      <w:r>
        <w:t xml:space="preserve"> - Out on the Brazos is Waco's annual Pride festival, bringing together hundreds of people to honour love, inclusion, and resilience. The event features musical performances, food trucks, vendors, and community activities. The festival takes place in October each year to commemorate National Coming Out Day.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kxxv.com/news/local-news/in-your-neighborhood/waco-pride-network-ending-after-nearly-10-years-out-on-the-brazos-events-canceled" TargetMode="External"/><Relationship Id="rId10" Type="http://schemas.openxmlformats.org/officeDocument/2006/relationships/hyperlink" Target="https://baylorlariat.com/2023/10/05/waco-pride-network-to-host-out-on-the-brazos-celebrating-lgbtq-community/" TargetMode="External"/><Relationship Id="rId11" Type="http://schemas.openxmlformats.org/officeDocument/2006/relationships/hyperlink" Target="https://www.wacopridenetwork.org/events/out-on-the-brazos-1" TargetMode="External"/><Relationship Id="rId12" Type="http://schemas.openxmlformats.org/officeDocument/2006/relationships/hyperlink" Target="https://www.kwtx.com/2023/10/08/fifth-annual-out-on-the-brazos-pride-festival-held-waco/" TargetMode="External"/><Relationship Id="rId13" Type="http://schemas.openxmlformats.org/officeDocument/2006/relationships/hyperlink" Target="https://baylorlariat.com/2023/10/09/local-churches-show-support-for-lgbtq-community-at-out-on-the-brazos/" TargetMode="External"/><Relationship Id="rId14" Type="http://schemas.openxmlformats.org/officeDocument/2006/relationships/hyperlink" Target="https://www.wacopridenetwork.org/out-on-the-brazo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