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Limerick Pride 2026 Events to Catch This Weekend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Burst into colour: Limerick Pride 2026 ramps up from Friday with family-friendly mornings, history walks, youth gatherings and the city’s big Saturday parade , here’s what to book, where to go and how to make the most of the celebrations.</w:t>
      </w:r>
      <w:r/>
    </w:p>
    <w:p>
      <w:r/>
      <w:r>
        <w:t>Essential Takeaways</w:t>
      </w:r>
      <w:r/>
      <w:r/>
    </w:p>
    <w:p>
      <w:pPr>
        <w:pStyle w:val="ListBullet"/>
        <w:spacing w:line="240" w:lineRule="auto"/>
        <w:ind w:left="720"/>
      </w:pPr>
      <w:r/>
      <w:r>
        <w:rPr>
          <w:b/>
        </w:rPr>
        <w:t>Main parade time:</w:t>
      </w:r>
      <w:r>
        <w:t xml:space="preserve"> The Pride Parade assembles in Pery Square and steps off at 2.15pm, finishing at the Hunt Museum. Expect crowds and a festival atmosphere.</w:t>
      </w:r>
      <w:r/>
    </w:p>
    <w:p>
      <w:pPr>
        <w:pStyle w:val="ListBullet"/>
        <w:spacing w:line="240" w:lineRule="auto"/>
        <w:ind w:left="720"/>
      </w:pPr>
      <w:r/>
      <w:r>
        <w:rPr>
          <w:b/>
        </w:rPr>
        <w:t>Family-friendly festival:</w:t>
      </w:r>
      <w:r>
        <w:t xml:space="preserve"> PrideFest at the Hunt Museum runs from 2.45pm–5.45pm with children's activities, live acts and community stalls , easy to enjoy with little ones.</w:t>
      </w:r>
      <w:r/>
    </w:p>
    <w:p>
      <w:pPr>
        <w:pStyle w:val="ListBullet"/>
        <w:spacing w:line="240" w:lineRule="auto"/>
        <w:ind w:left="720"/>
      </w:pPr>
      <w:r/>
      <w:r>
        <w:rPr>
          <w:b/>
        </w:rPr>
        <w:t>Youth-focused events:</w:t>
      </w:r>
      <w:r>
        <w:t xml:space="preserve"> The Lavender Ball at Lava Javas (4–8pm) and an alcohol-free Wickham Way takeover offer safe, creative spaces for 14–19 year olds.</w:t>
      </w:r>
      <w:r/>
    </w:p>
    <w:p>
      <w:pPr>
        <w:pStyle w:val="ListBullet"/>
        <w:spacing w:line="240" w:lineRule="auto"/>
        <w:ind w:left="720"/>
      </w:pPr>
      <w:r/>
      <w:r>
        <w:rPr>
          <w:b/>
        </w:rPr>
        <w:t>Nightlife highlights:</w:t>
      </w:r>
      <w:r>
        <w:t xml:space="preserve"> Late-night parties include Dolan’s Climax Party and Stateside Pride at Amber nightclub with DJs and drag; theatre fans can catch For Dolores at Belltable.</w:t>
      </w:r>
      <w:r/>
    </w:p>
    <w:p>
      <w:pPr>
        <w:pStyle w:val="ListBullet"/>
        <w:spacing w:line="240" w:lineRule="auto"/>
        <w:ind w:left="720"/>
      </w:pPr>
      <w:r/>
      <w:r>
        <w:rPr>
          <w:b/>
        </w:rPr>
        <w:t>Local fringe offerings:</w:t>
      </w:r>
      <w:r>
        <w:t xml:space="preserve"> History walks, Pride-themed exhibitions, café meet-ups and free HIV testing at community coffee mornings give quieter, meaningful ways to join in.</w:t>
      </w:r>
      <w:r/>
      <w:r/>
    </w:p>
    <w:p>
      <w:pPr>
        <w:pStyle w:val="Heading2"/>
      </w:pPr>
      <w:r>
        <w:t>Why this weekend feels bigger than ever</w:t>
      </w:r>
      <w:r/>
    </w:p>
    <w:p>
      <w:r/>
      <w:r>
        <w:t>Limerick has shaped up a programme that mixes colour with substance, and you'll notice it the moment you hit the city centre , bright banners, pop-up stalls and a buzzy, friendly hum. Organisers have spread events across cafes, museums, theatres and nightspots so Pride feels like the whole town celebrating. For anyone who likes variety, that’s ideal: you can do a guided walk in the evening then swap into a late-night club set.</w:t>
      </w:r>
      <w:r/>
    </w:p>
    <w:p>
      <w:pPr>
        <w:pStyle w:val="Heading2"/>
      </w:pPr>
      <w:r>
        <w:t>What to do if you’ve got kids or prefer daytime fun</w:t>
      </w:r>
      <w:r/>
    </w:p>
    <w:p>
      <w:r/>
      <w:r>
        <w:t>If you’re coming with family, the Saturday PrideFest at the Hunt Museum is the place to be. There are performances, hands-on kids’ activities and stallholders from local community groups, so it’s relaxed and inclusive. Morning options include Pride Breakfasts and coffee meet-ups that pair well with a riverside stroll afterwards , an easy, low-key way to soak in the weekend without the crowds.</w:t>
      </w:r>
      <w:r/>
    </w:p>
    <w:p>
      <w:pPr>
        <w:pStyle w:val="Heading2"/>
      </w:pPr>
      <w:r>
        <w:t>Best picks for young people and creatives</w:t>
      </w:r>
      <w:r/>
    </w:p>
    <w:p>
      <w:r/>
      <w:r>
        <w:t>Young people aged 14–19 are catered for with The Lavender Ball at Lava Javas, which mixes live music, art and food in a safe, age-appropriate setting. Creative types will enjoy The Wickham Way Pride Takeover, featuring a Splatter Room and tufting workshop, plus an alcohol-free open mic in the evening. These events are good reminders that Pride isn’t just about spectacle , it’s also about making space for creativity and connection.</w:t>
      </w:r>
      <w:r/>
    </w:p>
    <w:p>
      <w:pPr>
        <w:pStyle w:val="Heading2"/>
      </w:pPr>
      <w:r>
        <w:t>Evening entertainment: drag, DJs and theatre</w:t>
      </w:r>
      <w:r/>
    </w:p>
    <w:p>
      <w:r/>
      <w:r>
        <w:t>When night falls, Limerick turns up the volume. Drag shows and DJs feature across venues from Mickey Martin’s to Dolan’s, where The Climax Party promises late-night performances and dancing. If you’d rather sit down, Belltable Theatre is running For Dolores across the weekend , a quieter but powerful counterpoint to the club scene. It’s wise to book tickets or arrive early for popular nights, as venues will fill fast.</w:t>
      </w:r>
      <w:r/>
    </w:p>
    <w:p>
      <w:pPr>
        <w:pStyle w:val="Heading2"/>
      </w:pPr>
      <w:r>
        <w:t>Practical tips for enjoying Pride like a local</w:t>
      </w:r>
      <w:r/>
    </w:p>
    <w:p>
      <w:r/>
      <w:r>
        <w:t>Arrive early for the parade if you want a good vantage point, and dress for changeable Irish weather , the celebrations move between outdoor and indoor spaces. If you’d prefer quieter moments, check out the history walk exploring LGBTQ+ stories, or pop into Pride-themed exhibitions at local galleries and cafes. And if you want to be helpful, remember some stalls offer volunteering opportunities and community groups welcome donations.</w:t>
      </w:r>
      <w:r/>
    </w:p>
    <w:p>
      <w:r/>
      <w:r>
        <w:t>It’s a weekend where spectacle and community mingle , go with an open heart and a comfy pair of shoes.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[4]</w:t>
        </w:r>
      </w:hyperlink>
      <w:r>
        <w:t xml:space="preserve">, </w:t>
      </w:r>
      <w:hyperlink r:id="rId11">
        <w:r>
          <w:rPr>
            <w:color w:val="0000EE"/>
            <w:u w:val="single"/>
          </w:rPr>
          <w:t>[5]</w:t>
        </w:r>
      </w:hyperlink>
      <w:r>
        <w:t xml:space="preserve">- Paragraph 3: </w:t>
      </w:r>
      <w:hyperlink r:id="rId10">
        <w:r>
          <w:rPr>
            <w:color w:val="0000EE"/>
            <w:u w:val="single"/>
          </w:rPr>
          <w:t>[2]</w:t>
        </w:r>
      </w:hyperlink>
      <w:r>
        <w:t xml:space="preserve">, </w:t>
      </w:r>
      <w:hyperlink r:id="rId10">
        <w:r>
          <w:rPr>
            <w:color w:val="0000EE"/>
            <w:u w:val="single"/>
          </w:rPr>
          <w:t>[6]</w:t>
        </w:r>
      </w:hyperlink>
      <w:r>
        <w:t xml:space="preserve">- Paragraph 4: </w:t>
      </w:r>
      <w:hyperlink r:id="rId11">
        <w:r>
          <w:rPr>
            <w:color w:val="0000EE"/>
            <w:u w:val="single"/>
          </w:rPr>
          <w:t>[3]</w:t>
        </w:r>
      </w:hyperlink>
      <w:r>
        <w:t xml:space="preserve">, </w:t>
      </w:r>
      <w:hyperlink r:id="rId11">
        <w:r>
          <w:rPr>
            <w:color w:val="0000EE"/>
            <w:u w:val="single"/>
          </w:rPr>
          <w:t>[7]</w:t>
        </w:r>
      </w:hyperlink>
      <w:r>
        <w:t xml:space="preserve">- Paragraph 5: </w:t>
      </w:r>
      <w:hyperlink r:id="rId10">
        <w:r>
          <w:rPr>
            <w:color w:val="0000EE"/>
            <w:u w:val="single"/>
          </w:rPr>
          <w:t>[4]</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https://www.independent.ie/county/limerick/limerick-pride-2026-drag-shows-djs-and-parade-to-dazzle-city-this-weekend/a/158558834.html</w:t>
        </w:r>
      </w:hyperlink>
      <w:r>
        <w:t xml:space="preserve"> - Please view link - unable to able to access data</w:t>
      </w:r>
      <w:r/>
    </w:p>
    <w:p>
      <w:pPr>
        <w:pStyle w:val="ListNumber"/>
        <w:spacing w:line="240" w:lineRule="auto"/>
        <w:ind w:left="720"/>
      </w:pPr>
      <w:r/>
      <w:hyperlink r:id="rId10">
        <w:r>
          <w:rPr>
            <w:color w:val="0000EE"/>
            <w:u w:val="single"/>
          </w:rPr>
          <w:t>https://www.limerick.ie/discover/whats-on/festivals/limerick-pride-festival-2026</w:t>
        </w:r>
      </w:hyperlink>
      <w:r>
        <w:t xml:space="preserve"> - The Limerick Pride Festival 2026, running from 6th to 11th July, celebrates love, diversity, and community. The festival culminates in the colourful Pride Parade on Saturday, 11th July, gathering at Pery Square from 1pm. This year's theme, 'Pride In Our Community', highlights the importance of local connections and inclusivity, celebrating all LGBTQ+ individuals and allies coming together to foster a sense of belonging in Limerick. The festival offers a variety of events, including arts and crafts, community gatherings, and performances, aiming to create a vibrant and inclusive atmosphere for all attendees.</w:t>
      </w:r>
      <w:r/>
    </w:p>
    <w:p>
      <w:pPr>
        <w:pStyle w:val="ListNumber"/>
        <w:spacing w:line="240" w:lineRule="auto"/>
        <w:ind w:left="720"/>
      </w:pPr>
      <w:r/>
      <w:hyperlink r:id="rId11">
        <w:r>
          <w:rPr>
            <w:color w:val="0000EE"/>
            <w:u w:val="single"/>
          </w:rPr>
          <w:t>https://www.limerickpost.ie/2026/07/06/limerick-shows-pride-in-our-community/</w:t>
        </w:r>
      </w:hyperlink>
      <w:r>
        <w:t xml:space="preserve"> - Limerick Pride 2026 is officially underway, showcasing the theme 'Pride in Our Community' with a vibrant array of events throughout the week. The festival features live comedy, music, arts and crafts, and culminates in the annual Limerick Pride Parade on Saturday, 11th July. The parade steps off from Pery Square at 2.15pm, winding through the city to the Hunt Museum, where PrideFest offers family-friendly activities, live entertainment, and music. The celebrations conclude with the Climax Party at Dolan's, featuring a special performance from The Cheeky Girls. The festival also highlights Limerick's upcoming role as the host of EuroPride 2028, marking the first time the all-Europe Pride celebration will be held on the island of Ireland.</w:t>
      </w:r>
      <w:r/>
    </w:p>
    <w:p>
      <w:pPr>
        <w:pStyle w:val="ListNumber"/>
        <w:spacing w:line="240" w:lineRule="auto"/>
        <w:ind w:left="720"/>
      </w:pPr>
      <w:r/>
      <w:hyperlink r:id="rId10">
        <w:r>
          <w:rPr>
            <w:color w:val="0000EE"/>
            <w:u w:val="single"/>
          </w:rPr>
          <w:t>https://www.limerick.ie/discover/whats-on/festivals/limerick-pride-festival-2026</w:t>
        </w:r>
      </w:hyperlink>
      <w:r>
        <w:t xml:space="preserve"> - The Limerick Pride Festival 2026, running from 6th to 11th July, celebrates love, diversity, and community. The festival culminates in the colourful Pride Parade on Saturday, 11th July, gathering at Pery Square from 1pm. This year's theme, 'Pride In Our Community', highlights the importance of local connections and inclusivity, celebrating all LGBTQ+ individuals and allies coming together to foster a sense of belonging in Limerick. The festival offers a variety of events, including arts and crafts, community gatherings, and performances, aiming to create a vibrant and inclusive atmosphere for all attendees.</w:t>
      </w:r>
      <w:r/>
    </w:p>
    <w:p>
      <w:pPr>
        <w:pStyle w:val="ListNumber"/>
        <w:spacing w:line="240" w:lineRule="auto"/>
        <w:ind w:left="720"/>
      </w:pPr>
      <w:r/>
      <w:hyperlink r:id="rId11">
        <w:r>
          <w:rPr>
            <w:color w:val="0000EE"/>
            <w:u w:val="single"/>
          </w:rPr>
          <w:t>https://www.limerickpost.ie/2026/07/06/limerick-shows-pride-in-our-community/</w:t>
        </w:r>
      </w:hyperlink>
      <w:r>
        <w:t xml:space="preserve"> - Limerick Pride 2026 is officially underway, showcasing the theme 'Pride in Our Community' with a vibrant array of events throughout the week. The festival features live comedy, music, arts and crafts, and culminates in the annual Limerick Pride Parade on Saturday, 11th July. The parade steps off from Pery Square at 2.15pm, winding through the city to the Hunt Museum, where PrideFest offers family-friendly activities, live entertainment, and music. The celebrations conclude with the Climax Party at Dolan's, featuring a special performance from The Cheeky Girls. The festival also highlights Limerick's upcoming role as the host of EuroPride 2028, marking the first time the all-Europe Pride celebration will be held on the island of Ireland.</w:t>
      </w:r>
      <w:r/>
    </w:p>
    <w:p>
      <w:pPr>
        <w:pStyle w:val="ListNumber"/>
        <w:spacing w:line="240" w:lineRule="auto"/>
        <w:ind w:left="720"/>
      </w:pPr>
      <w:r/>
      <w:hyperlink r:id="rId10">
        <w:r>
          <w:rPr>
            <w:color w:val="0000EE"/>
            <w:u w:val="single"/>
          </w:rPr>
          <w:t>https://www.limerick.ie/discover/whats-on/festivals/limerick-pride-festival-2026</w:t>
        </w:r>
      </w:hyperlink>
      <w:r>
        <w:t xml:space="preserve"> - The Limerick Pride Festival 2026, running from 6th to 11th July, celebrates love, diversity, and community. The festival culminates in the colourful Pride Parade on Saturday, 11th July, gathering at Pery Square from 1pm. This year's theme, 'Pride In Our Community', highlights the importance of local connections and inclusivity, celebrating all LGBTQ+ individuals and allies coming together to foster a sense of belonging in Limerick. The festival offers a variety of events, including arts and crafts, community gatherings, and performances, aiming to create a vibrant and inclusive atmosphere for all attendees.</w:t>
      </w:r>
      <w:r/>
    </w:p>
    <w:p>
      <w:pPr>
        <w:pStyle w:val="ListNumber"/>
        <w:spacing w:line="240" w:lineRule="auto"/>
        <w:ind w:left="720"/>
      </w:pPr>
      <w:r/>
      <w:hyperlink r:id="rId11">
        <w:r>
          <w:rPr>
            <w:color w:val="0000EE"/>
            <w:u w:val="single"/>
          </w:rPr>
          <w:t>https://www.limerickpost.ie/2026/07/06/limerick-shows-pride-in-our-community/</w:t>
        </w:r>
      </w:hyperlink>
      <w:r>
        <w:t xml:space="preserve"> - Limerick Pride 2026 is officially underway, showcasing the theme 'Pride in Our Community' with a vibrant array of events throughout the week. The festival features live comedy, music, arts and crafts, and culminates in the annual Limerick Pride Parade on Saturday, 11th July. The parade steps off from Pery Square at 2.15pm, winding through the city to the Hunt Museum, where PrideFest offers family-friendly activities, live entertainment, and music. The celebrations conclude with the Climax Party at Dolan's, featuring a special performance from The Cheeky Girls. The festival also highlights Limerick's upcoming role as the host of EuroPride 2028, marking the first time the all-Europe Pride celebration will be held on the island of Ireland.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independent.ie/county/limerick/limerick-pride-2026-drag-shows-djs-and-parade-to-dazzle-city-this-weekend/a/158558834.html" TargetMode="External"/><Relationship Id="rId10" Type="http://schemas.openxmlformats.org/officeDocument/2006/relationships/hyperlink" Target="https://www.limerick.ie/discover/whats-on/festivals/limerick-pride-festival-2026" TargetMode="External"/><Relationship Id="rId11" Type="http://schemas.openxmlformats.org/officeDocument/2006/relationships/hyperlink" Target="https://www.limerickpost.ie/2026/07/06/limerick-shows-pride-in-our-communit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