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LGBTQI Documentaries to Watch This Pride Month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streamers are building Pride watchlists: put recent festival favourites and public-broadcast picks on yours to learn, feel and celebrate. From intimate portraits to archival histories, these documentaries show why film remains a powerful way to mark Pride and keep the conversation alive.</w:t>
      </w:r>
      <w:r/>
    </w:p>
    <w:p>
      <w:r/>
      <w:r>
        <w:t>Essential Takeaways</w:t>
      </w:r>
      <w:r/>
      <w:r/>
    </w:p>
    <w:p>
      <w:pPr>
        <w:pStyle w:val="ListBullet"/>
        <w:spacing w:line="240" w:lineRule="auto"/>
        <w:ind w:left="720"/>
      </w:pPr>
      <w:r/>
      <w:r>
        <w:rPr>
          <w:b/>
        </w:rPr>
        <w:t>Festival standout:</w:t>
      </w:r>
      <w:r>
        <w:t xml:space="preserve"> Come See Me in the Good Light won Sundance’s Festival Favorite award and is getting wider attention for its intimate portrait of poet Andrea Gibson. </w:t>
      </w:r>
      <w:r/>
    </w:p>
    <w:p>
      <w:pPr>
        <w:pStyle w:val="ListBullet"/>
        <w:spacing w:line="240" w:lineRule="auto"/>
        <w:ind w:left="720"/>
      </w:pPr>
      <w:r/>
      <w:r>
        <w:rPr>
          <w:b/>
        </w:rPr>
        <w:t>Archival history:</w:t>
      </w:r>
      <w:r>
        <w:t xml:space="preserve"> Parade uses archival footage to map Canadian 2SLGBTQ+ milestones, giving context to contemporary rights debates. </w:t>
      </w:r>
      <w:r/>
    </w:p>
    <w:p>
      <w:pPr>
        <w:pStyle w:val="ListBullet"/>
        <w:spacing w:line="240" w:lineRule="auto"/>
        <w:ind w:left="720"/>
      </w:pPr>
      <w:r/>
      <w:r>
        <w:rPr>
          <w:b/>
        </w:rPr>
        <w:t>Public access:</w:t>
      </w:r>
      <w:r>
        <w:t xml:space="preserve"> PBS and KERA carried key titles during Pride 2026, making history and personal stories easy to watch without a subscription. </w:t>
      </w:r>
      <w:r/>
    </w:p>
    <w:p>
      <w:pPr>
        <w:pStyle w:val="ListBullet"/>
        <w:spacing w:line="240" w:lineRule="auto"/>
        <w:ind w:left="720"/>
      </w:pPr>
      <w:r/>
      <w:r>
        <w:rPr>
          <w:b/>
        </w:rPr>
        <w:t>Short-form impact:</w:t>
      </w:r>
      <w:r>
        <w:t xml:space="preserve"> Why We Pride links UK Pride events with legal and cultural milestones in a concise, event-tied short. </w:t>
      </w:r>
      <w:r/>
    </w:p>
    <w:p>
      <w:pPr>
        <w:pStyle w:val="ListBullet"/>
        <w:spacing w:line="240" w:lineRule="auto"/>
        <w:ind w:left="720"/>
      </w:pPr>
      <w:r/>
      <w:r>
        <w:rPr>
          <w:b/>
        </w:rPr>
        <w:t>Range and reach:</w:t>
      </w:r>
      <w:r>
        <w:t xml:space="preserve"> Streaming platforms, festivals and public media together mean there’s a queer documentary for every mood and moment.</w:t>
      </w:r>
      <w:r/>
      <w:r/>
    </w:p>
    <w:p>
      <w:pPr>
        <w:pStyle w:val="Heading2"/>
      </w:pPr>
      <w:r>
        <w:t>Why Come See Me in the Good Light is the film people are talking about</w:t>
      </w:r>
      <w:r/>
    </w:p>
    <w:p>
      <w:r/>
      <w:r>
        <w:t>If you want a film that lands emotionally, this is it , quiet, raw and focused on the small details of a life lived boldly. The Sundance Festival Favourite award gave the film a spotlight, and it’s now on the radar of larger platforms looking to bring the story to more viewers. According to Apple’s announcement and Sundance coverage, the documentary follows poet and activist Andrea Gibson through identity, art and illness, offering a personal story that also speaks to community resilience. For viewers, the film feels almost like a series of letters , intimate confessions and poetic readings that linger. If you’re choosing one feature to watch this Pride, this one’s suited for late-night viewing with tissues at the ready.</w:t>
      </w:r>
      <w:r/>
    </w:p>
    <w:p>
      <w:pPr>
        <w:pStyle w:val="Heading2"/>
      </w:pPr>
      <w:r>
        <w:t>Archive-rich films that teach as much as they move</w:t>
      </w:r>
      <w:r/>
    </w:p>
    <w:p>
      <w:r/>
      <w:r>
        <w:t>There’s a satisfying difference between films that tell one person’s story and those that stitch together multiple voices and moments. Parade, which opened Hot Docs, and other archival-heavy documentaries use old footage, news clips and interviews to show how campaigns, protests and small community acts accumulated into broader change. That kind of archival texture helps viewers understand why anniversaries matter and why legal wins are never guaranteed. If you like documentaries that double as history lessons, lean into titles with archives , they reward patience and attention with context you won’t get from a short news piece.</w:t>
      </w:r>
      <w:r/>
    </w:p>
    <w:p>
      <w:pPr>
        <w:pStyle w:val="Heading2"/>
      </w:pPr>
      <w:r>
        <w:t>How public broadcasters widened access in 2026</w:t>
      </w:r>
      <w:r/>
    </w:p>
    <w:p>
      <w:r/>
      <w:r>
        <w:t>One thing that stood out this Pride season was how public media made core titles freely available. PBS and KERA scheduled several documentaries for Pride slots, from Stonewall retrospectives to regionally focused films about community organising. That accessibility means teachers, families and older viewers can engage without needing a subscription, and public slots often spark local conversations at screenings and community centres. If you’re planning a group watch, check your local PBS or KERA listings first , you might find a ready-made programme and post-screening discussion guides.</w:t>
      </w:r>
      <w:r/>
    </w:p>
    <w:p>
      <w:pPr>
        <w:pStyle w:val="Heading2"/>
      </w:pPr>
      <w:r>
        <w:t>Shorts and festival programming keep things fresh</w:t>
      </w:r>
      <w:r/>
    </w:p>
    <w:p>
      <w:r/>
      <w:r>
        <w:t>Short documentaries like Why We Pride offer quick, topical punches that pair well with live Pride events. Festivals such as QDoc, Outfest and NewFest still serve as vital launchpads for these films, giving directors a chance to test work with engaged audiences and to start conversations that travel beyond the festival circuit. If you’ve limited time, shorts are a great way to sample new voices; they’re easy to program into a Pride night alongside a feature and often highlight emerging issues or local stories that larger films miss.</w:t>
      </w:r>
      <w:r/>
    </w:p>
    <w:p>
      <w:pPr>
        <w:pStyle w:val="Heading2"/>
      </w:pPr>
      <w:r>
        <w:t>Choosing what to watch: mood, access and runtime matter</w:t>
      </w:r>
      <w:r/>
    </w:p>
    <w:p>
      <w:r/>
      <w:r>
        <w:t>Think about why you’re watching. Want to be moved? Pick intimate portraits or survivor stories. Want to learn? Choose archival features or retrospectives. Want something short and punchy between events? Go for festival shorts or queued-up streaming selections. Streaming services and Rotten Tomatoes-style guides make it straightforward to assemble a queue, while public broadcasters cover the essentials for free. And remember: subtitles, runtime and content warnings help make a screening inclusive , check those before you invite a group.</w:t>
      </w:r>
      <w:r/>
    </w:p>
    <w:p>
      <w:r/>
      <w:r>
        <w:t>It's a small change that can make Pride feel richer , watch, talk and share what you learn.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[5]</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1">
        <w:r>
          <w:rPr>
            <w:color w:val="0000EE"/>
            <w:u w:val="single"/>
          </w:rPr>
          <w:t>[3]</w:t>
        </w:r>
      </w:hyperlink>
      <w:r>
        <w:t xml:space="preserve">- Paragraph 5: </w:t>
      </w:r>
      <w:hyperlink r:id="rId9">
        <w:r>
          <w:rPr>
            <w:color w:val="0000EE"/>
            <w:u w:val="single"/>
          </w:rPr>
          <w:t>[1]</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https://filmdaily.co/obsessions/lgbtqi-documentaries-to-watch-during-pride/</w:t>
        </w:r>
      </w:hyperlink>
      <w:r>
        <w:t xml:space="preserve"> - Please view link - unable to able to access data</w:t>
      </w:r>
      <w:r/>
    </w:p>
    <w:p>
      <w:pPr>
        <w:pStyle w:val="ListNumber"/>
        <w:spacing w:line="240" w:lineRule="auto"/>
        <w:ind w:left="720"/>
      </w:pPr>
      <w:r/>
      <w:hyperlink r:id="rId10">
        <w:r>
          <w:rPr>
            <w:color w:val="0000EE"/>
            <w:u w:val="single"/>
          </w:rPr>
          <w:t>https://www.apple.com/tv-pr/news/2025/04/apple-original-films-lands-sundance-festival-favorite-award-winning-film-come-see-me-in-the-good-light/</w:t>
        </w:r>
      </w:hyperlink>
      <w:r>
        <w:t xml:space="preserve"> - Apple TV+ acquired the global rights to the acclaimed 2025 Sundance Film Festival selection and Festival Favorite Award-winning documentary, 'Come See Me in the Good Light', directed by Ryan White. The film, which premiered at Sundance, has been widely praised as a 'beautifully crafted' and 'exceptional documentary' that offers a 'touching look at the fragility of human life'. It also won the Audience Award at the Boulder International Film Festival, Cleveland International Film Festival, and Full Frame Documentary Film Festival.</w:t>
      </w:r>
      <w:r/>
    </w:p>
    <w:p>
      <w:pPr>
        <w:pStyle w:val="ListNumber"/>
        <w:spacing w:line="240" w:lineRule="auto"/>
        <w:ind w:left="720"/>
      </w:pPr>
      <w:r/>
      <w:hyperlink r:id="rId11">
        <w:r>
          <w:rPr>
            <w:color w:val="0000EE"/>
            <w:u w:val="single"/>
          </w:rPr>
          <w:t>https://www.sundance.org/blogs/come-see-me-in-the-good-light-wins-festival-favorite-award-at-2025-sundance-film-festival-and-2026-sundance-film-festival-dates-revealed/</w:t>
        </w:r>
      </w:hyperlink>
      <w:r>
        <w:t xml:space="preserve"> - At the 2025 Sundance Film Festival, 'Come See Me in the Good Light' won the Festival Favorite Award in the Premieres category, voted by audiences from all new feature films presented at the festival. The 2026 Sundance Film Festival is scheduled to take place in Park City and Salt Lake City, Utah, from January 22 to February 1, 2026.</w:t>
      </w:r>
      <w:r/>
    </w:p>
    <w:p>
      <w:pPr>
        <w:pStyle w:val="ListNumber"/>
        <w:spacing w:line="240" w:lineRule="auto"/>
        <w:ind w:left="720"/>
      </w:pPr>
      <w:r/>
      <w:hyperlink r:id="rId14">
        <w:r>
          <w:rPr>
            <w:color w:val="0000EE"/>
            <w:u w:val="single"/>
          </w:rPr>
          <w:t>https://www.siff.net/festival/archives/festival-2025/come-see-me-in-the-good-light</w:t>
        </w:r>
      </w:hyperlink>
      <w:r>
        <w:t xml:space="preserve"> - The Seattle International Film Festival (SIFF) showcased 'Come See Me in the Good Light', a 2025 documentary directed by Ryan White. The film follows spoken word performer and Colorado poet laureate Andrea Gibson and their partner Megan Falley during Gibson's battle with ovarian cancer. The documentary was produced by Tig Notaro and was part of SIFF's 2025 festival lineup.</w:t>
      </w:r>
      <w:r/>
    </w:p>
    <w:p>
      <w:pPr>
        <w:pStyle w:val="ListNumber"/>
        <w:spacing w:line="240" w:lineRule="auto"/>
        <w:ind w:left="720"/>
      </w:pPr>
      <w:r/>
      <w:hyperlink r:id="rId12">
        <w:r>
          <w:rPr>
            <w:color w:val="0000EE"/>
            <w:u w:val="single"/>
          </w:rPr>
          <w:t>https://www.sundance.org/blogs/how-come-see-me-in-the-good-light-director-ryan-white-fulfilled-poet-andrea-gibsons-final-wish/</w:t>
        </w:r>
      </w:hyperlink>
      <w:r>
        <w:t xml:space="preserve"> - Filmmaker Ryan White fulfilled poet Andrea Gibson's final wish by ensuring that their performance at Denver's Paramount Theatre, which became their last live performance, would be shared with a wider audience. This performance is featured in the documentary 'Come See Me in the Good Light', which premiered at the 2025 Sundance Film Festival.</w:t>
      </w:r>
      <w:r/>
    </w:p>
    <w:p>
      <w:pPr>
        <w:pStyle w:val="ListNumber"/>
        <w:spacing w:line="240" w:lineRule="auto"/>
        <w:ind w:left="720"/>
      </w:pPr>
      <w:r/>
      <w:hyperlink r:id="rId13">
        <w:r>
          <w:rPr>
            <w:color w:val="0000EE"/>
            <w:u w:val="single"/>
          </w:rPr>
          <w:t>https://apnews.com/article/6df88bcefe8739ad3d866b2567ba7047</w:t>
        </w:r>
      </w:hyperlink>
      <w:r>
        <w:t xml:space="preserve"> - The Associated Press article discusses the documentary 'Come See Me in the Good Light', which chronicles the final year of poet and performance artist Andrea Gibson's life following a terminal ovarian cancer diagnosis. The film captures intimate moments with Gibson and their wife Megan Falley, blending humor with raw honesty amidst chemotherapy treatment. The documentary premiered at the 2025 Sundance Film Festival and is now streaming on Apple TV.</w:t>
      </w:r>
      <w:r/>
    </w:p>
    <w:p>
      <w:pPr>
        <w:pStyle w:val="ListNumber"/>
        <w:spacing w:line="240" w:lineRule="auto"/>
        <w:ind w:left="720"/>
      </w:pPr>
      <w:r/>
      <w:hyperlink r:id="rId15">
        <w:r>
          <w:rPr>
            <w:color w:val="0000EE"/>
            <w:u w:val="single"/>
          </w:rPr>
          <w:t>https://www.youtube.com/watch?v=_H87BKOeieQ</w:t>
        </w:r>
      </w:hyperlink>
      <w:r>
        <w:t xml:space="preserve"> - This YouTube video features a segment from the 2025 Sundance Film Festival titled 'Come See Me in the Good Light'. The video provides insights into the documentary, which follows poet Andrea Gibson and their partner Megan Falley during Gibson's battle with ovarian cancer. The film was directed by Ryan White and was part of the Sundance 2025 lineup.</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obsessions/lgbtqi-documentaries-to-watch-during-pride/" TargetMode="External"/><Relationship Id="rId10" Type="http://schemas.openxmlformats.org/officeDocument/2006/relationships/hyperlink" Target="https://www.apple.com/tv-pr/news/2025/04/apple-original-films-lands-sundance-festival-favorite-award-winning-film-come-see-me-in-the-good-light/" TargetMode="External"/><Relationship Id="rId11" Type="http://schemas.openxmlformats.org/officeDocument/2006/relationships/hyperlink" Target="https://www.sundance.org/blogs/come-see-me-in-the-good-light-wins-festival-favorite-award-at-2025-sundance-film-festival-and-2026-sundance-film-festival-dates-revealed/" TargetMode="External"/><Relationship Id="rId12" Type="http://schemas.openxmlformats.org/officeDocument/2006/relationships/hyperlink" Target="https://www.sundance.org/blogs/how-come-see-me-in-the-good-light-director-ryan-white-fulfilled-poet-andrea-gibsons-final-wish/" TargetMode="External"/><Relationship Id="rId13" Type="http://schemas.openxmlformats.org/officeDocument/2006/relationships/hyperlink" Target="https://apnews.com/article/6df88bcefe8739ad3d866b2567ba7047" TargetMode="External"/><Relationship Id="rId14" Type="http://schemas.openxmlformats.org/officeDocument/2006/relationships/hyperlink" Target="https://www.siff.net/festival/archives/festival-2025/come-see-me-in-the-good-light" TargetMode="External"/><Relationship Id="rId15" Type="http://schemas.openxmlformats.org/officeDocument/2006/relationships/hyperlink" Target="https://www.youtube.com/watch?v=_H87BKOeieQ"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