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 Characters on TV: Why These Roles Still Matter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streaming new seasons and digging through reruns as LGBTQI characters move from coded asides to fully realised people on screen; this guide looks at the standout roles, why they changed TV storytelling, and what to watch next if you want authentic, varied queer representation.</w:t>
      </w:r>
      <w:r/>
    </w:p>
    <w:p>
      <w:r/>
      <w:r>
        <w:t>Essential Takeaways</w:t>
      </w:r>
      <w:r/>
      <w:r/>
    </w:p>
    <w:p>
      <w:pPr>
        <w:pStyle w:val="ListBullet"/>
        <w:spacing w:line="240" w:lineRule="auto"/>
        <w:ind w:left="720"/>
      </w:pPr>
      <w:r/>
      <w:r>
        <w:rPr>
          <w:b/>
        </w:rPr>
        <w:t>Growing presence:</w:t>
      </w:r>
      <w:r>
        <w:t xml:space="preserve"> Industry counts show a steady rise in LGBTQ+ regulars on scripted primetime, though turnover remains high.</w:t>
      </w:r>
      <w:r/>
    </w:p>
    <w:p>
      <w:pPr>
        <w:pStyle w:val="ListBullet"/>
        <w:spacing w:line="240" w:lineRule="auto"/>
        <w:ind w:left="720"/>
      </w:pPr>
      <w:r/>
      <w:r>
        <w:rPr>
          <w:b/>
        </w:rPr>
        <w:t>Animated wins:</w:t>
      </w:r>
      <w:r>
        <w:t xml:space="preserve"> Cartoons like Steven Universe made queer relationships feel natural and kid-friendly, with characters who linger in memory.</w:t>
      </w:r>
      <w:r/>
    </w:p>
    <w:p>
      <w:pPr>
        <w:pStyle w:val="ListBullet"/>
        <w:spacing w:line="240" w:lineRule="auto"/>
        <w:ind w:left="720"/>
      </w:pPr>
      <w:r/>
      <w:r>
        <w:rPr>
          <w:b/>
        </w:rPr>
        <w:t>Ensemble shift:</w:t>
      </w:r>
      <w:r>
        <w:t xml:space="preserve"> Newer shows favour multiple queer storylines rather than single ‘token’ roles, broadening representation.</w:t>
      </w:r>
      <w:r/>
    </w:p>
    <w:p>
      <w:pPr>
        <w:pStyle w:val="ListBullet"/>
        <w:spacing w:line="240" w:lineRule="auto"/>
        <w:ind w:left="720"/>
      </w:pPr>
      <w:r/>
      <w:r>
        <w:rPr>
          <w:b/>
        </w:rPr>
        <w:t>Endings affect access:</w:t>
      </w:r>
      <w:r>
        <w:t xml:space="preserve"> Series finales freeze beloved characters in time, but streaming keeps them discoverable for new audiences.</w:t>
      </w:r>
      <w:r/>
    </w:p>
    <w:p>
      <w:pPr>
        <w:pStyle w:val="ListBullet"/>
        <w:spacing w:line="240" w:lineRule="auto"/>
        <w:ind w:left="720"/>
      </w:pPr>
      <w:r/>
      <w:r>
        <w:rPr>
          <w:b/>
        </w:rPr>
        <w:t>Practical tip:</w:t>
      </w:r>
      <w:r>
        <w:t xml:space="preserve"> Look for ensemble casts and shows from streaming platforms if you want sustained, varied queer narratives.</w:t>
      </w:r>
      <w:r/>
      <w:r/>
    </w:p>
    <w:p>
      <w:pPr>
        <w:pStyle w:val="Heading2"/>
      </w:pPr>
      <w:r>
        <w:t>Why representation numbers matter , and what they really show</w:t>
      </w:r>
      <w:r/>
    </w:p>
    <w:p>
      <w:r/>
      <w:r>
        <w:t>The headline stat is simple: more LGBTQ+ characters are appearing on TV than a decade ago, and that matters because visibility shapes how people understand identity. According to recent industry tallies, the number of regular and recurring queer characters has climbed, yet a big slice won’t return next season because of cancellations and series finales. That churn means progress is real, but fragile. So while it’s worth celebrating the volume, remember availability shifts with a network’s budget cycle and a streamer’s taste.</w:t>
      </w:r>
      <w:r/>
    </w:p>
    <w:p>
      <w:pPr>
        <w:pStyle w:val="Heading2"/>
      </w:pPr>
      <w:r>
        <w:t>When cartoons led the charge , animation’s gentle revolution</w:t>
      </w:r>
      <w:r/>
    </w:p>
    <w:p>
      <w:r/>
      <w:r>
        <w:t>Cartoons proved an unlikely but durable home for queer storytelling, with shows that made relationships feel as ordinary as hobbies or favourite colours. Series like Steven Universe used visual metaphors , a fusion that is also a loving partnership , to normalise queer love and longing without heavy-handedness. The wins here are practical: animation lets creators develop characters over many episodes and seasons with a playful tone that families can share. If you want an entry point for younger viewers, start with animated series that treat identity as one part of a wider personality.</w:t>
      </w:r>
      <w:r/>
    </w:p>
    <w:p>
      <w:pPr>
        <w:pStyle w:val="Heading2"/>
      </w:pPr>
      <w:r>
        <w:t>The sitcom and workplace sitcom lesson , steady normalcy wins hearts</w:t>
      </w:r>
      <w:r/>
    </w:p>
    <w:p>
      <w:r/>
      <w:r>
        <w:t>Sitcoms such as Modern Family and Brooklyn Nine-Nine showed how same-sex couples and queer colleagues can be central, funny, and emotionally rounded without sermons. Those characters did quiet work: they normalised parenting, leadership and romance in everyday plots. When shows like these end, their portrayals become reference points for newer writers. For viewers choosing what to watch, sitcoms remain useful because they often keep characters in familiar situations where identity is part of life, not the whole plot.</w:t>
      </w:r>
      <w:r/>
    </w:p>
    <w:p>
      <w:pPr>
        <w:pStyle w:val="Heading2"/>
      </w:pPr>
      <w:r>
        <w:t>Ensembles over solo heroes , diversity across the cast</w:t>
      </w:r>
      <w:r/>
    </w:p>
    <w:p>
      <w:r/>
      <w:r>
        <w:t>Contemporary writers tend to put several queer storylines side-by-side, so representation isn’t carried by a single character. Series that follow friend groups or workplace teams can show different orientations, ages and backgrounds at once, giving viewers more ways to connect. This ensemble approach also reduces the pressure on one role to represent an entire community. If you care about nuance, pick ensemble dramas and comedies where sexuality is a thread among many in the characters’ lives.</w:t>
      </w:r>
      <w:r/>
    </w:p>
    <w:p>
      <w:pPr>
        <w:pStyle w:val="Heading2"/>
      </w:pPr>
      <w:r>
        <w:t>Endings, reruns and the streaming afterlife , where to find these characters now</w:t>
      </w:r>
      <w:r/>
    </w:p>
    <w:p>
      <w:r/>
      <w:r>
        <w:t>When a series wraps, characters stop evolving, but streaming has become the safety net that keeps them discoverable. That permanence is comforting for fans and instructive for new viewers who want to binge through a character’s arc from start to finish. Still, the fact that many LGBTQ+ roles vanish with cancelled shows is a reminder to support current projects: watching, recommending and subscribing can influence which stories get renewed.</w:t>
      </w:r>
      <w:r/>
    </w:p>
    <w:p>
      <w:pPr>
        <w:pStyle w:val="Heading2"/>
      </w:pPr>
      <w:r>
        <w:t>Picking what to watch next , quick practical tips</w:t>
      </w:r>
      <w:r/>
    </w:p>
    <w:p>
      <w:r/>
      <w:r>
        <w:t>If you want sustained representation, favour streaming originals and shows with ensemble casts. For family viewing, choose animated series praised for warm, non-tokenising portrayals. If you want landmark performances, seek out long-running network comedies and prestige dramas that allowed queer characters to grow over multiple seasons. And don’t forget to revisit concluded favourites on platforms that host the back catalogue.</w:t>
      </w:r>
      <w:r/>
    </w:p>
    <w:p>
      <w:r/>
      <w:r>
        <w:t>It’s a small change in viewing habit that helps keep these stories on air and makes the next wave of queer characters that bit richer.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11">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https://filmdaily.co/obsessions/best-lgbtqi-characters-on-tv/</w:t>
        </w:r>
      </w:hyperlink>
      <w:r>
        <w:t xml:space="preserve"> - Please view link - unable to able to access data</w:t>
      </w:r>
      <w:r/>
    </w:p>
    <w:p>
      <w:pPr>
        <w:pStyle w:val="ListNumber"/>
        <w:spacing w:line="240" w:lineRule="auto"/>
        <w:ind w:left="720"/>
      </w:pPr>
      <w:r/>
      <w:hyperlink r:id="rId10">
        <w:r>
          <w:rPr>
            <w:color w:val="0000EE"/>
            <w:u w:val="single"/>
          </w:rPr>
          <w:t>https://time.com/4556362/lgbtq-characters-television-glaad/</w:t>
        </w:r>
      </w:hyperlink>
      <w:r>
        <w:t xml:space="preserve"> - A 2016 GLAAD survey revealed that LGBTQ characters on broadcast television reached a record high, comprising 4.8% of series regulars. The survey also highlighted increased representation of Black series regulars (20%) and characters with disabilities (1.7%). While the number of LGBTQ characters on cable remained stable, streaming platforms saw an increase, registering a total of 65 LGBTQ characters. Importantly, many transgender characters are portrayed by transgender actors across different platforms. Despite these advancements, GLAAD President Sarah Kate Ellis emphasized the need for more depth and accuracy in LGBTQ character portrayals to avoid harmful stereotypes.</w:t>
      </w:r>
      <w:r/>
    </w:p>
    <w:p>
      <w:pPr>
        <w:pStyle w:val="ListNumber"/>
        <w:spacing w:line="240" w:lineRule="auto"/>
        <w:ind w:left="720"/>
      </w:pPr>
      <w:r/>
      <w:hyperlink r:id="rId11">
        <w:r>
          <w:rPr>
            <w:color w:val="0000EE"/>
            <w:u w:val="single"/>
          </w:rPr>
          <w:t>https://www.cosmopolitan.com/entertainment/tv/g34978080/best-lgbtq-characters-on-tv-shows/</w:t>
        </w:r>
      </w:hyperlink>
      <w:r>
        <w:t xml:space="preserve"> - An article from June 2026 highlights the evolution of LGBTQ+ representation on television, noting that it is now uncommon to find shows without openly queer characters. The piece showcases 33 of the best LGBTQ+ characters on TV, reflecting the progress in representation and the shift towards more inclusive storytelling. The article emphasizes the importance of diverse and authentic portrayals of LGBTQ+ individuals in media, acknowledging the strides made while also recognizing the ongoing need for further representation and depth in character development.</w:t>
      </w:r>
      <w:r/>
    </w:p>
    <w:p>
      <w:pPr>
        <w:pStyle w:val="ListNumber"/>
        <w:spacing w:line="240" w:lineRule="auto"/>
        <w:ind w:left="720"/>
      </w:pPr>
      <w:r/>
      <w:hyperlink r:id="rId13">
        <w:r>
          <w:rPr>
            <w:color w:val="0000EE"/>
            <w:u w:val="single"/>
          </w:rPr>
          <w:t>https://comicbook.com/tv-shows/news/8-best-lgbt-characters-on-tv/</w:t>
        </w:r>
      </w:hyperlink>
      <w:r>
        <w:t xml:space="preserve"> - A 2018 article celebrates Pride month by highlighting eight of the best LGBTQ characters on TV. The piece features characters like Clarke Griffin from 'The 100', the first bisexual lead character on The CW, and Titus Andromedon from 'Unbreakable Kimmy Schmidt', known for his confident and humorous portrayal of a gay man. The article underscores the significance of these characters in providing representation and breaking stereotypes, contributing to the broader conversation about LGBTQ+ visibility and acceptance in television.</w:t>
      </w:r>
      <w:r/>
    </w:p>
    <w:p>
      <w:pPr>
        <w:pStyle w:val="ListNumber"/>
        <w:spacing w:line="240" w:lineRule="auto"/>
        <w:ind w:left="720"/>
      </w:pPr>
      <w:r/>
      <w:hyperlink r:id="rId14">
        <w:r>
          <w:rPr>
            <w:color w:val="0000EE"/>
            <w:u w:val="single"/>
          </w:rPr>
          <w:t>https://www.pride.com/tv/2017/6/14/25-most-important-lgbtq-characters-tv</w:t>
        </w:r>
      </w:hyperlink>
      <w:r>
        <w:t xml:space="preserve"> - A 2017 article presents a list of the 25 most important LGBTQ characters on TV, as voted by editors at PRIDE, Out Magazine, and The Advocate. The list includes characters like Jodie Dallas, the first openly gay character on television, and Jamal Lyon from 'Empire'. The article emphasizes the impact of these characters in reflecting diverse experiences and identities, highlighting the role of media in shaping societal perceptions and the importance of representation in fostering inclusivity and understanding.</w:t>
      </w:r>
      <w:r/>
    </w:p>
    <w:p>
      <w:pPr>
        <w:pStyle w:val="ListNumber"/>
        <w:spacing w:line="240" w:lineRule="auto"/>
        <w:ind w:left="720"/>
      </w:pPr>
      <w:r/>
      <w:hyperlink r:id="rId12">
        <w:r>
          <w:rPr>
            <w:color w:val="0000EE"/>
            <w:u w:val="single"/>
          </w:rPr>
          <w:t>https://www.looper.com/462926/the-best-lgbtq-characters-on-tv-history/</w:t>
        </w:r>
      </w:hyperlink>
      <w:r>
        <w:t xml:space="preserve"> - A 2021 article explores the evolution of LGBTQ+ characters on television, noting the progress from one-dimensional and stereotypical portrayals to more complex and authentic representations. The piece highlights characters like Sophie from 'Orange Is the New Black' and discusses the significance of their roles in challenging traditional narratives and providing viewers with diverse perspectives. The article underscores the importance of continued representation and the positive impact of well-developed LGBTQ+ characters on audiences.</w:t>
      </w:r>
      <w:r/>
    </w:p>
    <w:p>
      <w:pPr>
        <w:pStyle w:val="ListNumber"/>
        <w:spacing w:line="240" w:lineRule="auto"/>
        <w:ind w:left="720"/>
      </w:pPr>
      <w:r/>
      <w:hyperlink r:id="rId15">
        <w:r>
          <w:rPr>
            <w:color w:val="0000EE"/>
            <w:u w:val="single"/>
          </w:rPr>
          <w:t>https://www.buzzfeed.com/jemimaskelley/lgbt-tv-shows</w:t>
        </w:r>
      </w:hyperlink>
      <w:r>
        <w:t xml:space="preserve"> - A 2026 BuzzFeed article features 19 of the best LGBTQ characters on TV, showcasing a range of characters from various shows. The piece highlights characters like Clarke from 'The 100', Annalise Keating from 'How to Get Away With Murder', and Sophia from 'Orange Is The New Black', emphasizing their significance in providing representation and breaking stereotypes. The article reflects on the progress made in LGBTQ+ representation on television and the ongoing need for diverse and authentic portrayals.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best-lgbtqi-characters-on-tv/" TargetMode="External"/><Relationship Id="rId10" Type="http://schemas.openxmlformats.org/officeDocument/2006/relationships/hyperlink" Target="https://time.com/4556362/lgbtq-characters-television-glaad/" TargetMode="External"/><Relationship Id="rId11" Type="http://schemas.openxmlformats.org/officeDocument/2006/relationships/hyperlink" Target="https://www.cosmopolitan.com/entertainment/tv/g34978080/best-lgbtq-characters-on-tv-shows/" TargetMode="External"/><Relationship Id="rId12" Type="http://schemas.openxmlformats.org/officeDocument/2006/relationships/hyperlink" Target="https://www.looper.com/462926/the-best-lgbtq-characters-on-tv-history/" TargetMode="External"/><Relationship Id="rId13" Type="http://schemas.openxmlformats.org/officeDocument/2006/relationships/hyperlink" Target="https://comicbook.com/tv-shows/news/8-best-lgbt-characters-on-tv/" TargetMode="External"/><Relationship Id="rId14" Type="http://schemas.openxmlformats.org/officeDocument/2006/relationships/hyperlink" Target="https://www.pride.com/tv/2017/6/14/25-most-important-lgbtq-characters-tv" TargetMode="External"/><Relationship Id="rId15" Type="http://schemas.openxmlformats.org/officeDocument/2006/relationships/hyperlink" Target="https://www.buzzfeed.com/jemimaskelley/lgbt-tv-sho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