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Events This Week in DC: July 10–16 Community Picks and Practical Tips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lively, welcoming gatherings across Washington, D.C., this week , from retro happy hours and brunches at Freddie’s to virtual support circles and free produce pick-ups that matter to older adults and trans neighbours. Here’s what to expect, how to join, and a few simple tips to make the most of each meet-up.</w:t>
      </w:r>
      <w:r/>
    </w:p>
    <w:p>
      <w:r/>
      <w:r>
        <w:t>Essential Takeaways</w:t>
      </w:r>
      <w:r/>
      <w:r/>
    </w:p>
    <w:p>
      <w:pPr>
        <w:pStyle w:val="ListBullet"/>
        <w:spacing w:line="240" w:lineRule="auto"/>
        <w:ind w:left="720"/>
      </w:pPr>
      <w:r/>
      <w:r>
        <w:rPr>
          <w:b/>
        </w:rPr>
        <w:t>Weekly hotspots:</w:t>
      </w:r>
      <w:r>
        <w:t xml:space="preserve"> Freddie’s hosts free community happy hour and brunch events with relaxed vibes and drink specials. </w:t>
      </w:r>
      <w:r/>
    </w:p>
    <w:p>
      <w:pPr>
        <w:pStyle w:val="ListBullet"/>
        <w:spacing w:line="240" w:lineRule="auto"/>
        <w:ind w:left="720"/>
      </w:pPr>
      <w:r/>
      <w:r>
        <w:rPr>
          <w:b/>
        </w:rPr>
        <w:t>Virtual options:</w:t>
      </w:r>
      <w:r>
        <w:t xml:space="preserve"> Multiple Zoom groups offer support and social time for older adults, genderqueer people, and those coming out. </w:t>
      </w:r>
      <w:r/>
    </w:p>
    <w:p>
      <w:pPr>
        <w:pStyle w:val="ListBullet"/>
        <w:spacing w:line="240" w:lineRule="auto"/>
        <w:ind w:left="720"/>
      </w:pPr>
      <w:r/>
      <w:r>
        <w:rPr>
          <w:b/>
        </w:rPr>
        <w:t>Sapphic dating night:</w:t>
      </w:r>
      <w:r>
        <w:t xml:space="preserve"> A curated karaoke event for single queer women 35+ provides a low-pressure way to meet people. </w:t>
      </w:r>
      <w:r/>
    </w:p>
    <w:p>
      <w:pPr>
        <w:pStyle w:val="ListBullet"/>
        <w:spacing w:line="240" w:lineRule="auto"/>
        <w:ind w:left="720"/>
      </w:pPr>
      <w:r/>
      <w:r>
        <w:rPr>
          <w:b/>
        </w:rPr>
        <w:t>Practical help:</w:t>
      </w:r>
      <w:r>
        <w:t xml:space="preserve"> Job Club sessions and a Fresh Produce Program at the DC LGBTQ+ Community Center offer tangible support. </w:t>
      </w:r>
      <w:r/>
    </w:p>
    <w:p>
      <w:pPr>
        <w:pStyle w:val="ListBullet"/>
        <w:spacing w:line="240" w:lineRule="auto"/>
        <w:ind w:left="720"/>
      </w:pPr>
      <w:r/>
      <w:r>
        <w:rPr>
          <w:b/>
        </w:rPr>
        <w:t>Accessibility and ease:</w:t>
      </w:r>
      <w:r>
        <w:t xml:space="preserve"> Many events are free or low-cost and list RSVP details on Eventbrite or the DC Center website.</w:t>
      </w:r>
      <w:r/>
      <w:r/>
    </w:p>
    <w:p>
      <w:pPr>
        <w:pStyle w:val="Heading2"/>
      </w:pPr>
      <w:r>
        <w:t>Retro happy hour and brunch at Freddie’s , why locals keep returning</w:t>
      </w:r>
      <w:r/>
    </w:p>
    <w:p>
      <w:r/>
      <w:r>
        <w:t>Start with a relaxed sip and a friendly chat , that’s the draw of Freddie’s this week. Go Gay DC is running its LGBTQ+ Community Happy Hour on Friday evening and a Community Brunch on Saturday morning, so whether you’re easing into the weekend or catching up after it, there’s company and cheap food or drinks. Go Gay DC is well known around the DMV for consistent, welcoming socials, and Eventbrite listings make RSVP straightforward. If you’re new, arrive early to snag a seat and tell the bartender you’re there for the community event , it’s an easy icebreaker. Expect a retro, buzzy room and the kind of warmth that makes you want to come back.</w:t>
      </w:r>
      <w:r/>
    </w:p>
    <w:p>
      <w:pPr>
        <w:pStyle w:val="Heading2"/>
      </w:pPr>
      <w:r>
        <w:t>Reel Affirmations film screening , film, popcorn and conversation</w:t>
      </w:r>
      <w:r/>
    </w:p>
    <w:p>
      <w:r/>
      <w:r>
        <w:t>On Saturday at the DC LGBTQ+ Community Center, Reel Affirmations XTRA screens Bookends with free popcorn and soft drinks offered. Movie nights like this are about more than just the film; they’re a chance to talk about queer stories and perspectives afterwards. The DC Center’s calendar often ties screenings to discussion time, which is perfect if you like your cinema with context. If you’d rather listen than speak, sit near the back or hang around afterward for smaller group chats , people tend to drift into conversation naturally.</w:t>
      </w:r>
      <w:r/>
    </w:p>
    <w:p>
      <w:pPr>
        <w:pStyle w:val="Heading2"/>
      </w:pPr>
      <w:r>
        <w:t>Sapphic karaoke dating , a playful way to meet in your 35s and up</w:t>
      </w:r>
      <w:r/>
    </w:p>
    <w:p>
      <w:r/>
      <w:r>
        <w:t>Duet: A Curated Sapphic Karaoke Dating Experience at Muzette is pitched at single queer women and sapphics aged 35+. It’s designed to be low-pressure, so think light-hearted performances and pre-arranged mingling rather than high-stakes matchmaking. Events like this can be ideal if typical dating apps have grown stale; they let you see someone sing off-key and suddenly they seem human. Dress comfortably, pick a duet that’s fun rather than earnest, and bring an open sense of humour , you’ll enjoy it more and others will too.</w:t>
      </w:r>
      <w:r/>
    </w:p>
    <w:p>
      <w:pPr>
        <w:pStyle w:val="Heading2"/>
      </w:pPr>
      <w:r>
        <w:t>Virtual community spaces , support, identity, and quiet check-ins</w:t>
      </w:r>
      <w:r/>
    </w:p>
    <w:p>
      <w:r/>
      <w:r>
        <w:t>All week the DC-area calendar includes several Zoom groups: Women in their Twenties and Thirties, Center Aging Coffee Klatch for older adults, Genderqueer DC, Coming Out Discussion Group, and Trans Discussion Group. These rooms often feel quieter and more intimate than in-person meet-ups, which helps with deep sharing. Providers like the DC Center and community-run groups post details on Facebook or their own sites; check times and whether you need to register. For privacy, join from a quiet room, use headphones, and test your camera and mic beforehand. These meet-ups are particularly helpful if you’re seeking listening ears or practical advice about identity and wellness.</w:t>
      </w:r>
      <w:r/>
    </w:p>
    <w:p>
      <w:pPr>
        <w:pStyle w:val="Heading2"/>
      </w:pPr>
      <w:r>
        <w:t>Practical programmes that make a difference , jobs and fresh produce</w:t>
      </w:r>
      <w:r/>
    </w:p>
    <w:p>
      <w:r/>
      <w:r>
        <w:t>Beyond socials, the DC LGBTQ+ Community Center runs Job Club sessions to help people sharpen applications and interview confidence, and they’re offering a Fresh Produce Program with no residency or income proof required. These are the kinds of services that meet everyday needs , not flashy, but deeply useful. If you’re job-seeking, email ahead to request a slot and bring a recent CV; for the produce boxes, note the centre informs recipients on Wednesday evenings, so check in early. Small, regular supports like these can stabilise a tough month and connect you to further resources.</w:t>
      </w:r>
      <w:r/>
    </w:p>
    <w:p>
      <w:r/>
      <w:r>
        <w:t>Closing line</w:t>
      </w:r>
      <w:r/>
    </w:p>
    <w:p>
      <w:r/>
      <w:r>
        <w:t>Drop in, RSVP where asked, and try one new thing this week , you might find a new friend, fresh food, or a helpful community.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[4]</w:t>
        </w:r>
      </w:hyperlink>
      <w:r>
        <w:t xml:space="preserve">- Paragraph 5: </w:t>
      </w:r>
      <w:hyperlink r:id="rId9">
        <w:r>
          <w:rPr>
            <w:color w:val="0000EE"/>
            <w:u w:val="single"/>
          </w:rPr>
          <w:t>[1]</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https://www.washingtonblade.com/2026/07/10/lgbtq-events-calendar-july-10-16/?utm_source=rss&amp;utm_medium=rss&amp;utm_campaign=lgbtq-events-calendar-july-10-16</w:t>
        </w:r>
      </w:hyperlink>
      <w:r>
        <w:t xml:space="preserve"> - Please view link - unable to able to access data</w:t>
      </w:r>
      <w:r/>
    </w:p>
    <w:p>
      <w:pPr>
        <w:pStyle w:val="ListNumber"/>
        <w:spacing w:line="240" w:lineRule="auto"/>
        <w:ind w:left="720"/>
      </w:pPr>
      <w:r/>
      <w:hyperlink r:id="rId10">
        <w:r>
          <w:rPr>
            <w:color w:val="0000EE"/>
            <w:u w:val="single"/>
          </w:rPr>
          <w:t>https://www.gogaydc.com/</w:t>
        </w:r>
      </w:hyperlink>
      <w:r>
        <w:t xml:space="preserve"> - Go Gay DC is a community organisation dedicated to bringing together the LGBTQ+ community in the Washington, D.C. area. They host various events, including the 'LGBTQ+ Community Happy Hour' at Freddie's Beach Bar &amp; Restaurant every Saturday at 11 a.m. This weekly brunch offers a buffet and serves as a social gathering for the community. More details about this event and other activities can be found on their official website.</w:t>
      </w:r>
      <w:r/>
    </w:p>
    <w:p>
      <w:pPr>
        <w:pStyle w:val="ListNumber"/>
        <w:spacing w:line="240" w:lineRule="auto"/>
        <w:ind w:left="720"/>
      </w:pPr>
      <w:r/>
      <w:hyperlink r:id="rId13">
        <w:r>
          <w:rPr>
            <w:color w:val="0000EE"/>
            <w:u w:val="single"/>
          </w:rPr>
          <w:t>https://www.eventbrite.com/e/lgbtq-uniformed-services-happy-hour-freddies-tickets-1989182640826</w:t>
        </w:r>
      </w:hyperlink>
      <w:r>
        <w:t xml:space="preserve"> - Go Gay DC hosts the 'LGBTQ+ Uniformed Services Happy Hour' at Freddie's Beach Bar &amp; Restaurant on the third Thursday of every month, starting at 5 p.m. This event is designed for LGBTQ+ personnel from the Pentagon and other Department of Defense sectors to gather and socialise. Attendees can enjoy happy hour drink specials and dine at the venue. Reservations can be made by calling (703) 685-0555 or online. The menu is available on Freddie's official website.</w:t>
      </w:r>
      <w:r/>
    </w:p>
    <w:p>
      <w:pPr>
        <w:pStyle w:val="ListNumber"/>
        <w:spacing w:line="240" w:lineRule="auto"/>
        <w:ind w:left="720"/>
      </w:pPr>
      <w:r/>
      <w:hyperlink r:id="rId12">
        <w:r>
          <w:rPr>
            <w:color w:val="0000EE"/>
            <w:u w:val="single"/>
          </w:rPr>
          <w:t>https://thedccenter.org/events/women-in-their-twenties-and-thirties-witt-3-2026-08-14/</w:t>
        </w:r>
      </w:hyperlink>
      <w:r>
        <w:t xml:space="preserve"> - The DC LGBTQ+ Community Center hosts 'Women in their Twenties and Thirties (WiTT)', a social discussion group for queer women in the Washington, D.C. area. Meetings occur on the second Friday of each month via Zoom. WiTT provides opportunities for queer women to make new friends and engage in various community activities, including happy hours and picnics. For more information or to join, contact [email protected]</w:t>
      </w:r>
      <w:r/>
    </w:p>
    <w:p>
      <w:pPr>
        <w:pStyle w:val="ListNumber"/>
        <w:spacing w:line="240" w:lineRule="auto"/>
        <w:ind w:left="720"/>
      </w:pPr>
      <w:r/>
      <w:hyperlink r:id="rId11">
        <w:r>
          <w:rPr>
            <w:color w:val="0000EE"/>
            <w:u w:val="single"/>
          </w:rPr>
          <w:t>https://www.eventbrite.com/e/lgbtq-community-happy-hour-meetup-tickets-1982407462084</w:t>
        </w:r>
      </w:hyperlink>
      <w:r>
        <w:t xml:space="preserve"> - Go Gay DC organises the 'LGBTQ+ Community Happy Hour Meetup' at Freddie's Beach Bar &amp; Restaurant in Arlington, VA. This event is ideal for making new friends and is free to attend. Attendees gather inside at the purple booth to the left upon entering. The happy hour officially starts at 5:30 p.m., with drink specials lasting until 7 p.m. The menu is available on Freddie's official website. Parking is usually available nearby on residential side streets.</w:t>
      </w:r>
      <w:r/>
    </w:p>
    <w:p>
      <w:pPr>
        <w:pStyle w:val="ListNumber"/>
        <w:spacing w:line="240" w:lineRule="auto"/>
        <w:ind w:left="720"/>
      </w:pPr>
      <w:r/>
      <w:hyperlink r:id="rId14">
        <w:r>
          <w:rPr>
            <w:color w:val="0000EE"/>
            <w:u w:val="single"/>
          </w:rPr>
          <w:t>https://www.eventbrite.com/e/lgbtq-uniformed-services-happy-hour-freddies-beach-bar-restaurant-tickets-1979033237688</w:t>
        </w:r>
      </w:hyperlink>
      <w:r>
        <w:t xml:space="preserve"> - Go Gay DC hosts the 'LGBTQ+ Uniformed Services Happy Hour' at Freddie's Beach Bar &amp; Restaurant on the third Thursday of every month, starting at 5 p.m. This event is designed for LGBTQ+ personnel from the Pentagon and other Department of Defense sectors to gather and socialise. Attendees can enjoy happy hour drink specials and dine at the venue. Reservations can be made by calling (703) 685-0555 or online. The menu is available on Freddie's official website.</w:t>
      </w:r>
      <w:r/>
    </w:p>
    <w:p>
      <w:pPr>
        <w:pStyle w:val="ListNumber"/>
        <w:spacing w:line="240" w:lineRule="auto"/>
        <w:ind w:left="720"/>
      </w:pPr>
      <w:r/>
      <w:hyperlink r:id="rId15">
        <w:r>
          <w:rPr>
            <w:color w:val="0000EE"/>
            <w:u w:val="single"/>
          </w:rPr>
          <w:t>https://www.eventbrite.com/e/lgbtq-community-happy-hour-meetup-tickets-1980279141219</w:t>
        </w:r>
      </w:hyperlink>
      <w:r>
        <w:t xml:space="preserve"> - Go Gay DC organises the 'LGBTQ+ Community Happy Hour Meetup' at Freddie's Beach Bar &amp; Restaurant in Arlington, VA. This event is ideal for making new friends and is free to attend. Attendees gather inside at the purple booth to the left upon entering. The happy hour officially starts at 5:30 p.m., with drink specials lasting until 7 p.m. The menu is available on Freddie's official website. Parking is usually available nearby on residential side streets.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10/lgbtq-events-calendar-july-10-16/?utm_source=rss&amp;utm_medium=rss&amp;utm_campaign=lgbtq-events-calendar-july-10-16" TargetMode="External"/><Relationship Id="rId10" Type="http://schemas.openxmlformats.org/officeDocument/2006/relationships/hyperlink" Target="https://www.gogaydc.com/" TargetMode="External"/><Relationship Id="rId11" Type="http://schemas.openxmlformats.org/officeDocument/2006/relationships/hyperlink" Target="https://www.eventbrite.com/e/lgbtq-community-happy-hour-meetup-tickets-1982407462084" TargetMode="External"/><Relationship Id="rId12" Type="http://schemas.openxmlformats.org/officeDocument/2006/relationships/hyperlink" Target="https://thedccenter.org/events/women-in-their-twenties-and-thirties-witt-3-2026-08-14/" TargetMode="External"/><Relationship Id="rId13" Type="http://schemas.openxmlformats.org/officeDocument/2006/relationships/hyperlink" Target="https://www.eventbrite.com/e/lgbtq-uniformed-services-happy-hour-freddies-tickets-1989182640826" TargetMode="External"/><Relationship Id="rId14" Type="http://schemas.openxmlformats.org/officeDocument/2006/relationships/hyperlink" Target="https://www.eventbrite.com/e/lgbtq-uniformed-services-happy-hour-freddies-beach-bar-restaurant-tickets-1979033237688" TargetMode="External"/><Relationship Id="rId15" Type="http://schemas.openxmlformats.org/officeDocument/2006/relationships/hyperlink" Target="https://www.eventbrite.com/e/lgbtq-community-happy-hour-meetup-tickets-19802791412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