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Gay Enemies-to-Lovers Movies to Stream Tonight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revisiting slow-burn queer romance: this roundup points you to nine gay enemies-to-lovers films that genuinely earn their sparks, where to stream them, and why each one hits differently , from cheeky rom-coms to raw dramas that linger. Perfect for a cosy night in or a deep-dive binge.</w:t>
      </w:r>
      <w:r/>
    </w:p>
    <w:p>
      <w:r/>
      <w:r>
        <w:t>Essential Takeaways</w:t>
      </w:r>
      <w:r/>
      <w:r/>
    </w:p>
    <w:p>
      <w:pPr>
        <w:pStyle w:val="ListBullet"/>
        <w:spacing w:line="240" w:lineRule="auto"/>
        <w:ind w:left="720"/>
      </w:pPr>
      <w:r/>
      <w:r>
        <w:rPr>
          <w:b/>
        </w:rPr>
        <w:t>Top pick:</w:t>
      </w:r>
      <w:r>
        <w:t xml:space="preserve"> Red, White &amp; Royal Blue is a crowd-pleasing rivals-to-lovers rom-com with a feel-good payoff and easy streaming on Prime Video. </w:t>
      </w:r>
      <w:r/>
    </w:p>
    <w:p>
      <w:pPr>
        <w:pStyle w:val="ListBullet"/>
        <w:spacing w:line="240" w:lineRule="auto"/>
        <w:ind w:left="720"/>
      </w:pPr>
      <w:r/>
      <w:r>
        <w:rPr>
          <w:b/>
        </w:rPr>
        <w:t>Broad range:</w:t>
      </w:r>
      <w:r>
        <w:t xml:space="preserve"> Titles span light and funny (Fire Island) to heavy and lasting (Free Fall), so pick by mood and emotional stamina. </w:t>
      </w:r>
      <w:r/>
    </w:p>
    <w:p>
      <w:pPr>
        <w:pStyle w:val="ListBullet"/>
        <w:spacing w:line="240" w:lineRule="auto"/>
        <w:ind w:left="720"/>
      </w:pPr>
      <w:r/>
      <w:r>
        <w:rPr>
          <w:b/>
        </w:rPr>
        <w:t>Standouts for craft:</w:t>
      </w:r>
      <w:r>
        <w:t xml:space="preserve"> God’s Own Country and Mario lean into naturalism and character work, with quiet chemistry and real stakes. </w:t>
      </w:r>
      <w:r/>
    </w:p>
    <w:p>
      <w:pPr>
        <w:pStyle w:val="ListBullet"/>
        <w:spacing w:line="240" w:lineRule="auto"/>
        <w:ind w:left="720"/>
      </w:pPr>
      <w:r/>
      <w:r>
        <w:rPr>
          <w:b/>
        </w:rPr>
        <w:t>Practical tip:</w:t>
      </w:r>
      <w:r>
        <w:t xml:space="preserve"> Streaming availability varies by region , check local services or JustWatch if a title doesn’t appear in your catalogue. </w:t>
      </w:r>
      <w:r/>
      <w:r/>
    </w:p>
    <w:p>
      <w:pPr>
        <w:pStyle w:val="Heading2"/>
      </w:pPr>
      <w:r>
        <w:t>Why Red, White &amp; Royal Blue is the comfy place to start</w:t>
      </w:r>
      <w:r/>
    </w:p>
    <w:p>
      <w:r/>
      <w:r>
        <w:t>If you want an enemies-to-lovers story that’s warm, glossy and immediately satisfying, this is it. The film leans into public sparring that flips to private tenderness, and the leads sell the emotional arc with effortless charm. According to reviews and aggregator pages, it’s one of the easiest press-play options and lives on Prime Video for many viewers. For a first watch, expect sunshine, a few dramatic gestures and a happily achieved conversion from snark to softness.</w:t>
      </w:r>
      <w:r/>
    </w:p>
    <w:p>
      <w:pPr>
        <w:pStyle w:val="Heading2"/>
      </w:pPr>
      <w:r>
        <w:t>Fire Island brings Pride-era humour to the trope</w:t>
      </w:r>
      <w:r/>
    </w:p>
    <w:p>
      <w:r/>
      <w:r>
        <w:t>Joel Kim Booster’s Fire Island recasts Pride and Prejudice for a gay summer getaway, so the rivals-to-lovers setup is built right into the DNA. The chemistry is wrapped in sharp jokes and modern social navigation, and it’s breezy enough for viewers who want romance with bite. Streaming homes change, but it’s listed on Hulu in the US and appears on other regional platforms; if you’re hunting it down, a quick JustWatch check will help.</w:t>
      </w:r>
      <w:r/>
    </w:p>
    <w:p>
      <w:pPr>
        <w:pStyle w:val="Heading2"/>
      </w:pPr>
      <w:r>
        <w:t>God’s Own Country proves slow burns can be quiet and seismic</w:t>
      </w:r>
      <w:r/>
    </w:p>
    <w:p>
      <w:r/>
      <w:r>
        <w:t>If you prefer your enemies-to-lovers on the understated end, Francis Lee’s Yorkshire-set drama is a perfect choice. The thawing of a closed-off farmer’s heart plays out in small, tactile moments , windy fields, silent labour, and gestures that speak louder than lines. It won attention on the festival circuit for good reason, and it’s available on Prime Video and some free services as a rental or stream. This one lingers; be ready for emotional gravity rather than rom-com thrills.</w:t>
      </w:r>
      <w:r/>
    </w:p>
    <w:p>
      <w:pPr>
        <w:pStyle w:val="Heading2"/>
      </w:pPr>
      <w:r>
        <w:t>In From the Side and 10Dance: sport, discipline and forbidden attraction</w:t>
      </w:r>
      <w:r/>
    </w:p>
    <w:p>
      <w:r/>
      <w:r>
        <w:t>Two very different athletic backdrops show how rivalry translates into desire. In From the Side uses a London gay rugby club to frame forbidden office-and-bedroom tension, leaning on intimate performances and a sense of community pressure. 10Dance, meanwhile, is pure competitive heat: two top ballroom dancers forced together, bristling at first and then utterly absorbed by movement and proximity. Netflix hosts 10Dance in many regions, while In From the Side turns up on Tubi, Prime or rental platforms.</w:t>
      </w:r>
      <w:r/>
    </w:p>
    <w:p>
      <w:pPr>
        <w:pStyle w:val="Heading2"/>
      </w:pPr>
      <w:r>
        <w:t>Mario and Free Fall: when rivalry costs everything</w:t>
      </w:r>
      <w:r/>
    </w:p>
    <w:p>
      <w:r/>
      <w:r>
        <w:t>Some entries don’t stay cosy , Mario and Free Fall put professional stakes and personal consequences at the centre of the romance. Both follow men whose careers and reputations hinge on secrecy and control; the transition from rivalry to romance complicates everything. These films are often grittier, with a nervous energy that keeps you engaged and uneasy in equal measure. Check Netflix, Prime Video or MUBI depending on where you are.</w:t>
      </w:r>
      <w:r/>
    </w:p>
    <w:p>
      <w:pPr>
        <w:pStyle w:val="Heading2"/>
      </w:pPr>
      <w:r>
        <w:t>Lighter fare that still respects the trope: The Thing About Harry and Eismayer</w:t>
      </w:r>
      <w:r/>
    </w:p>
    <w:p>
      <w:r/>
      <w:r>
        <w:t>Not every enemies-to-lovers story needs to end in heartbreak or fireworks. The Thing About Harry offers a sweet, small-scale high-school road-to-romance that’s earnest and charming; it’s an accessible pick if you want tenderness without trauma. Eismayer is a surprising true-story turn: a stern sergeant and a defiant recruit whose clash becomes something deeper. Both titles underscore that the trope can be played for sweetness or social realism, depending on what you need from a night in.</w:t>
      </w:r>
      <w:r/>
    </w:p>
    <w:p>
      <w:r/>
      <w:r>
        <w:t>Closing line Pick by mood, queue a contrasting double bill, and let a well-earned slow burn do the emotional lifting , your perfect enemies-to-lovers film is waiting.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9">
        <w:r>
          <w:rPr>
            <w:color w:val="0000EE"/>
            <w:u w:val="single"/>
          </w:rPr>
          <w:t>[1]</w:t>
        </w:r>
      </w:hyperlink>
      <w:r>
        <w:t xml:space="preserve">, </w:t>
      </w:r>
      <w:hyperlink r:id="rId11">
        <w:r>
          <w:rPr>
            <w:color w:val="0000EE"/>
            <w:u w:val="single"/>
          </w:rPr>
          <w:t>[4]</w:t>
        </w:r>
      </w:hyperlink>
      <w:r>
        <w:t xml:space="preserve">- Paragraph 4: </w:t>
      </w:r>
      <w:hyperlink r:id="rId9">
        <w:r>
          <w:rPr>
            <w:color w:val="0000EE"/>
            <w:u w:val="single"/>
          </w:rPr>
          <w:t>[1]</w:t>
        </w:r>
      </w:hyperlink>
      <w:r>
        <w:t xml:space="preserve">, </w:t>
      </w:r>
      <w:hyperlink r:id="rId14">
        <w:r>
          <w:rPr>
            <w:color w:val="0000EE"/>
            <w:u w:val="single"/>
          </w:rPr>
          <w:t>[6]</w:t>
        </w:r>
      </w:hyperlink>
      <w:r>
        <w:t xml:space="preserve">- Paragraph 5: </w:t>
      </w:r>
      <w:hyperlink r:id="rId9">
        <w:r>
          <w:rPr>
            <w:color w:val="0000EE"/>
            <w:u w:val="single"/>
          </w:rPr>
          <w:t>[1]</w:t>
        </w:r>
      </w:hyperlink>
      <w:r>
        <w:t xml:space="preserve">, </w:t>
      </w:r>
      <w:hyperlink r:id="rId10">
        <w:r>
          <w:rPr>
            <w:color w:val="0000EE"/>
            <w:u w:val="single"/>
          </w:rPr>
          <w:t>[2]</w:t>
        </w:r>
      </w:hyperlink>
      <w:r>
        <w:t xml:space="preserve">- Paragraph 6: </w:t>
      </w:r>
      <w:hyperlink r:id="rId9">
        <w:r>
          <w:rPr>
            <w:color w:val="0000EE"/>
            <w:u w:val="single"/>
          </w:rPr>
          <w:t>[1]</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https://www.dnamagazine.com.au/gay-enemies-to-lovers-movies-streaming/</w:t>
        </w:r>
      </w:hyperlink>
      <w:r>
        <w:t xml:space="preserve"> - Please view link - unable to able to access data</w:t>
      </w:r>
      <w:r/>
    </w:p>
    <w:p>
      <w:pPr>
        <w:pStyle w:val="ListNumber"/>
        <w:spacing w:line="240" w:lineRule="auto"/>
        <w:ind w:left="720"/>
      </w:pPr>
      <w:r/>
      <w:hyperlink r:id="rId10">
        <w:r>
          <w:rPr>
            <w:color w:val="0000EE"/>
            <w:u w:val="single"/>
          </w:rPr>
          <w:t>https://www.rottentomatoes.com/m/red_white_and_royal_blue</w:t>
        </w:r>
      </w:hyperlink>
      <w:r>
        <w:t xml:space="preserve"> - 'Red, White &amp; Royal Blue' is a romantic comedy that follows the son of the U.S. president and a British prince who, after a public altercation, are forced to fake a friendship, which eventually evolves into a genuine romantic relationship. The film has received positive reviews, holding a 75% rating on Rotten Tomatoes. (</w:t>
      </w:r>
      <w:hyperlink r:id="rId15">
        <w:r>
          <w:rPr>
            <w:color w:val="0000EE"/>
            <w:u w:val="single"/>
          </w:rPr>
          <w:t>static.rottentomatoes.com</w:t>
        </w:r>
      </w:hyperlink>
      <w:r>
        <w:t>)</w:t>
      </w:r>
      <w:r/>
    </w:p>
    <w:p>
      <w:pPr>
        <w:pStyle w:val="ListNumber"/>
        <w:spacing w:line="240" w:lineRule="auto"/>
        <w:ind w:left="720"/>
      </w:pPr>
      <w:r/>
      <w:hyperlink r:id="rId12">
        <w:r>
          <w:rPr>
            <w:color w:val="0000EE"/>
            <w:u w:val="single"/>
          </w:rPr>
          <w:t>https://www.rottentomatoes.com/m/fire_island_2022</w:t>
        </w:r>
      </w:hyperlink>
      <w:r>
        <w:t xml:space="preserve"> - 'Fire Island' is a modern-day romantic comedy inspired by Jane Austen's 'Pride and Prejudice'. The film follows a group of friends on vacation at Fire Island, where romance becomes complicated by classism. It has received positive reviews, holding a 94% rating on Rotten Tomatoes. (</w:t>
      </w:r>
      <w:hyperlink r:id="rId16">
        <w:r>
          <w:rPr>
            <w:color w:val="0000EE"/>
            <w:u w:val="single"/>
          </w:rPr>
          <w:t>rottentomatoes.com</w:t>
        </w:r>
      </w:hyperlink>
      <w:r>
        <w:t>)</w:t>
      </w:r>
      <w:r/>
    </w:p>
    <w:p>
      <w:pPr>
        <w:pStyle w:val="ListNumber"/>
        <w:spacing w:line="240" w:lineRule="auto"/>
        <w:ind w:left="720"/>
      </w:pPr>
      <w:r/>
      <w:hyperlink r:id="rId11">
        <w:r>
          <w:rPr>
            <w:color w:val="0000EE"/>
            <w:u w:val="single"/>
          </w:rPr>
          <w:t>https://www.rogerebert.com/reviews/red-white-and-royal-blue-movie-review-2023</w:t>
        </w:r>
      </w:hyperlink>
      <w:r>
        <w:t xml:space="preserve"> - This review of 'Red, White &amp; Royal Blue' praises the film for blending classic romantic comedy elements with the unique challenges faced by two public figures trying to keep their relationship private. The film is noted for its charming leads and engaging storyline. (</w:t>
      </w:r>
      <w:hyperlink r:id="rId17">
        <w:r>
          <w:rPr>
            <w:color w:val="0000EE"/>
            <w:u w:val="single"/>
          </w:rPr>
          <w:t>rogerebert.com</w:t>
        </w:r>
      </w:hyperlink>
      <w:r>
        <w:t>)</w:t>
      </w:r>
      <w:r/>
    </w:p>
    <w:p>
      <w:pPr>
        <w:pStyle w:val="ListNumber"/>
        <w:spacing w:line="240" w:lineRule="auto"/>
        <w:ind w:left="720"/>
      </w:pPr>
      <w:r/>
      <w:hyperlink r:id="rId13">
        <w:r>
          <w:rPr>
            <w:color w:val="0000EE"/>
            <w:u w:val="single"/>
          </w:rPr>
          <w:t>https://www.flixist.com/review-fire-island/</w:t>
        </w:r>
      </w:hyperlink>
      <w:r>
        <w:t xml:space="preserve"> - This review of 'Fire Island' highlights the film's sharp wit and romantic elements, noting its resemblance to classic romance films. The film is praised for its humour and the performances of its cast. (</w:t>
      </w:r>
      <w:hyperlink r:id="rId18">
        <w:r>
          <w:rPr>
            <w:color w:val="0000EE"/>
            <w:u w:val="single"/>
          </w:rPr>
          <w:t>flixist.com</w:t>
        </w:r>
      </w:hyperlink>
      <w:r>
        <w:t>)</w:t>
      </w:r>
      <w:r/>
    </w:p>
    <w:p>
      <w:pPr>
        <w:pStyle w:val="ListNumber"/>
        <w:spacing w:line="240" w:lineRule="auto"/>
        <w:ind w:left="720"/>
      </w:pPr>
      <w:r/>
      <w:hyperlink r:id="rId14">
        <w:r>
          <w:rPr>
            <w:color w:val="0000EE"/>
            <w:u w:val="single"/>
          </w:rPr>
          <w:t>https://www.commonsensemedia.org/movie-reviews/red-white-royal-blue</w:t>
        </w:r>
      </w:hyperlink>
      <w:r>
        <w:t xml:space="preserve"> - This review of 'Red, White &amp; Royal Blue' discusses the film's campy nature and its appeal to fans of the book and LGBTQ romances. It notes the film's use of humour and its portrayal of a romantic relationship between two public figures. (</w:t>
      </w:r>
      <w:hyperlink r:id="rId19">
        <w:r>
          <w:rPr>
            <w:color w:val="0000EE"/>
            <w:u w:val="single"/>
          </w:rPr>
          <w:t>commonsensemedia.org</w:t>
        </w:r>
      </w:hyperlink>
      <w:r>
        <w:t>)</w:t>
      </w:r>
      <w:r/>
    </w:p>
    <w:p>
      <w:pPr>
        <w:pStyle w:val="ListNumber"/>
        <w:spacing w:line="240" w:lineRule="auto"/>
        <w:ind w:left="720"/>
      </w:pPr>
      <w:r/>
      <w:hyperlink r:id="rId20">
        <w:r>
          <w:rPr>
            <w:color w:val="0000EE"/>
            <w:u w:val="single"/>
          </w:rPr>
          <w:t>https://www.youtube.com/watch?v=6Em00jZzD8U</w:t>
        </w:r>
      </w:hyperlink>
      <w:r>
        <w:t xml:space="preserve"> - This video review of 'Red, White &amp; Royal Blue' discusses the film's adaptation from the book, the enemies-to-friends-to-love story, and the performances of the lead actors. The reviewers also discuss their favourite moments from the film.</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dnamagazine.com.au/gay-enemies-to-lovers-movies-streaming/" TargetMode="External"/><Relationship Id="rId10" Type="http://schemas.openxmlformats.org/officeDocument/2006/relationships/hyperlink" Target="https://www.rottentomatoes.com/m/red_white_and_royal_blue" TargetMode="External"/><Relationship Id="rId11" Type="http://schemas.openxmlformats.org/officeDocument/2006/relationships/hyperlink" Target="https://www.rogerebert.com/reviews/red-white-and-royal-blue-movie-review-2023" TargetMode="External"/><Relationship Id="rId12" Type="http://schemas.openxmlformats.org/officeDocument/2006/relationships/hyperlink" Target="https://www.rottentomatoes.com/m/fire_island_2022" TargetMode="External"/><Relationship Id="rId13" Type="http://schemas.openxmlformats.org/officeDocument/2006/relationships/hyperlink" Target="https://www.flixist.com/review-fire-island/" TargetMode="External"/><Relationship Id="rId14" Type="http://schemas.openxmlformats.org/officeDocument/2006/relationships/hyperlink" Target="https://www.commonsensemedia.org/movie-reviews/red-white-royal-blue" TargetMode="External"/><Relationship Id="rId15" Type="http://schemas.openxmlformats.org/officeDocument/2006/relationships/hyperlink" Target="https://static.rottentomatoes.com/m/red_white_and_royal_blue?utm_source=openai" TargetMode="External"/><Relationship Id="rId16" Type="http://schemas.openxmlformats.org/officeDocument/2006/relationships/hyperlink" Target="https://www.rottentomatoes.com/m/fire_island_2022?utm_source=openai" TargetMode="External"/><Relationship Id="rId17" Type="http://schemas.openxmlformats.org/officeDocument/2006/relationships/hyperlink" Target="https://www.rogerebert.com/reviews/red-white-and-royal-blue-movie-review-2023?utm_source=openai" TargetMode="External"/><Relationship Id="rId18" Type="http://schemas.openxmlformats.org/officeDocument/2006/relationships/hyperlink" Target="https://www.flixist.com/review-fire-island/?utm_source=openai" TargetMode="External"/><Relationship Id="rId19" Type="http://schemas.openxmlformats.org/officeDocument/2006/relationships/hyperlink" Target="https://www.commonsensemedia.org/movie-reviews/red-white-royal-blue?utm_source=openai" TargetMode="External"/><Relationship Id="rId20" Type="http://schemas.openxmlformats.org/officeDocument/2006/relationships/hyperlink" Target="https://www.youtube.com/watch?v=6Em00jZzD8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