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Free Pride Storytelling Night in Richmond: True Voices at Gateway Theatre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are gathering for an intimate night of storytelling , Gateway Theatre hosts True Voices: Pride Storytelling &amp; Tea on Thursday July 30, 2026, offering free admission and an evening of local LGBTQ2S+ stories that matter. Reserve a spot, bring curiosity, and expect warmth and reflection.</w:t>
      </w:r>
      <w:r/>
    </w:p>
    <w:p>
      <w:r/>
      <w:r>
        <w:t>Essential Takeaways</w:t>
      </w:r>
      <w:r/>
      <w:r/>
    </w:p>
    <w:p>
      <w:pPr>
        <w:pStyle w:val="ListBullet"/>
        <w:spacing w:line="240" w:lineRule="auto"/>
        <w:ind w:left="720"/>
      </w:pPr>
      <w:r/>
      <w:r>
        <w:rPr>
          <w:b/>
        </w:rPr>
        <w:t>When and where:</w:t>
      </w:r>
      <w:r>
        <w:t xml:space="preserve"> Free event on Thursday 30 July 2026 at 7pm in Gateway Theatre’s second-floor lobby, Richmond. </w:t>
      </w:r>
      <w:r/>
    </w:p>
    <w:p>
      <w:pPr>
        <w:pStyle w:val="ListBullet"/>
        <w:spacing w:line="240" w:lineRule="auto"/>
        <w:ind w:left="720"/>
      </w:pPr>
      <w:r/>
      <w:r>
        <w:rPr>
          <w:b/>
        </w:rPr>
        <w:t>What to expect:</w:t>
      </w:r>
      <w:r>
        <w:t xml:space="preserve"> Personal, live stories from local LGBTQ2S+ artists and community members followed by tea and a Q&amp;A. </w:t>
      </w:r>
      <w:r/>
    </w:p>
    <w:p>
      <w:pPr>
        <w:pStyle w:val="ListBullet"/>
        <w:spacing w:line="240" w:lineRule="auto"/>
        <w:ind w:left="720"/>
      </w:pPr>
      <w:r/>
      <w:r>
        <w:rPr>
          <w:b/>
        </w:rPr>
        <w:t>New this year:</w:t>
      </w:r>
      <w:r>
        <w:t xml:space="preserve"> Each storyteller will bring a meaningful personal artifact to deepen connection and context. </w:t>
      </w:r>
      <w:r/>
    </w:p>
    <w:p>
      <w:pPr>
        <w:pStyle w:val="ListBullet"/>
        <w:spacing w:line="240" w:lineRule="auto"/>
        <w:ind w:left="720"/>
      </w:pPr>
      <w:r/>
      <w:r>
        <w:rPr>
          <w:b/>
        </w:rPr>
        <w:t>Accessibility note:</w:t>
      </w:r>
      <w:r>
        <w:t xml:space="preserve"> Admission is free but you should reserve tickets online; donations are welcome to keep community events free. </w:t>
      </w:r>
      <w:r/>
    </w:p>
    <w:p>
      <w:pPr>
        <w:pStyle w:val="ListBullet"/>
        <w:spacing w:line="240" w:lineRule="auto"/>
        <w:ind w:left="720"/>
      </w:pPr>
      <w:r/>
      <w:r>
        <w:rPr>
          <w:b/>
        </w:rPr>
        <w:t>Atmosphere:</w:t>
      </w:r>
      <w:r>
        <w:t xml:space="preserve"> Intimate, heartfelt storytelling with a mix of voices , expect courage, humour, and quiet moments.</w:t>
      </w:r>
      <w:r/>
      <w:r/>
    </w:p>
    <w:p>
      <w:pPr>
        <w:pStyle w:val="Heading2"/>
      </w:pPr>
      <w:r>
        <w:t>Why True Voices feels different , an intimate Pride night</w:t>
      </w:r>
      <w:r/>
    </w:p>
    <w:p>
      <w:r/>
      <w:r>
        <w:t>Gateway Theatre has shaped the evening to feel like being invited into someone’s living room, not a lecture hall. The space on the second-floor lobby is compact and conversational, which means you’ll be close enough to read expressions and feel the texture of each story. Audience members from 2025 described a full house and an atmosphere that was both celebratory and tender. If you like events that are low-key but emotionally resonant, this is likely to be your kind of night.</w:t>
      </w:r>
      <w:r/>
    </w:p>
    <w:p>
      <w:pPr>
        <w:pStyle w:val="Heading2"/>
      </w:pPr>
      <w:r>
        <w:t>Who’s on the mic , local faces, diverse stories</w:t>
      </w:r>
      <w:r/>
    </w:p>
    <w:p>
      <w:r/>
      <w:r>
        <w:t>The line-up mixes seasoned storytellers, community members and facilitators. Yanting Qiu curates and hosts, while names like Marylee Stephenson, Irene Hwang, Oliver Isbister, Esmé Demers and Jeff Rotin are billed to share personal journeys. Gateway Theatre also includes roles like active listener and storytelling consultant, showing that the evening is deliberately crafted rather than ad hoc. In short, expect a range of perspectives , from coming-out narratives to reflections on family, love and belonging.</w:t>
      </w:r>
      <w:r/>
    </w:p>
    <w:p>
      <w:pPr>
        <w:pStyle w:val="Heading2"/>
      </w:pPr>
      <w:r>
        <w:t>The extra touch: tea, questions and personal artefacts</w:t>
      </w:r>
      <w:r/>
    </w:p>
    <w:p>
      <w:r/>
      <w:r>
        <w:t>After the performances, the audience is invited to stay for tea and a Q&amp;A, which turns a one-way show into a conversation. New for this year, each storyteller brings a personal artefact tied to their narrative , a small but powerful detail that helps anchor memory and makes stories feel lived-in. If you appreciate the tactile alongside the verbal, this detail will likely be a highlight; it’s a simple device that deepens empathy and sparks better conversation.</w:t>
      </w:r>
      <w:r/>
    </w:p>
    <w:p>
      <w:pPr>
        <w:pStyle w:val="Heading2"/>
      </w:pPr>
      <w:r>
        <w:t>Practical bits: how to go, what to bring, and etiquette</w:t>
      </w:r>
      <w:r/>
    </w:p>
    <w:p>
      <w:r/>
      <w:r>
        <w:t>Seats are free but limited, so reserve online in advance , Gateway Theatre suggests up to two tickets per order. The lobby location makes the event accessible but check the theatre’s site for any mobility details you might need. Consider arriving a little early to grab a good seat and to settle into the informal tea service. As with any storytelling night, listen actively: phones off, attention on, applause and gentle questions welcomed.</w:t>
      </w:r>
      <w:r/>
    </w:p>
    <w:p>
      <w:pPr>
        <w:pStyle w:val="Heading2"/>
      </w:pPr>
      <w:r>
        <w:t>Why community events like this matter locally</w:t>
      </w:r>
      <w:r/>
    </w:p>
    <w:p>
      <w:r/>
      <w:r>
        <w:t>True Voices is now in its third year after a welcomed return in 2025, and it’s part of a broader push to make local arts inclusive and community-focused. According to the theatre’s programming, events like this honour resilience while celebrating progress toward belonging , a reminder that small, public acts of storytelling build neighbourhood understanding. For Richmond Pride week, this is the sort of gathering that knits people together rather than simply entertaining them.</w:t>
      </w:r>
      <w:r/>
    </w:p>
    <w:p>
      <w:r/>
      <w:r>
        <w:t>It's an evening built around listening , go to hear, to reflect, and to support voices that help make the community kinder.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[5]</w:t>
        </w:r>
      </w:hyperlink>
      <w:r>
        <w:t xml:space="preserve">- Paragraph 4: </w:t>
      </w:r>
      <w:hyperlink r:id="rId11">
        <w:r>
          <w:rPr>
            <w:color w:val="0000EE"/>
            <w:u w:val="single"/>
          </w:rPr>
          <w:t>[4]</w:t>
        </w:r>
      </w:hyperlink>
      <w:r>
        <w:t xml:space="preserve">, </w:t>
      </w:r>
      <w:hyperlink r:id="rId14">
        <w:r>
          <w:rPr>
            <w:color w:val="0000EE"/>
            <w:u w:val="single"/>
          </w:rPr>
          <w:t>[6]</w:t>
        </w:r>
      </w:hyperlink>
      <w:r>
        <w:t xml:space="preserve">- Paragraph 5: </w:t>
      </w:r>
      <w:hyperlink r:id="rId13">
        <w:r>
          <w:rPr>
            <w:color w:val="0000EE"/>
            <w:u w:val="single"/>
          </w:rPr>
          <w:t>[5]</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https://miss604.com/2026/07/free-pride-storytelling-event-at-gateway-theatre/</w:t>
        </w:r>
      </w:hyperlink>
      <w:r>
        <w:t xml:space="preserve"> - Please view link - unable to able to access data</w:t>
      </w:r>
      <w:r/>
    </w:p>
    <w:p>
      <w:pPr>
        <w:pStyle w:val="ListNumber"/>
        <w:spacing w:line="240" w:lineRule="auto"/>
        <w:ind w:left="720"/>
      </w:pPr>
      <w:r/>
      <w:hyperlink r:id="rId10">
        <w:r>
          <w:rPr>
            <w:color w:val="0000EE"/>
            <w:u w:val="single"/>
          </w:rPr>
          <w:t>https://www.gatewaytheatre.com/events/true-voices-2/</w:t>
        </w:r>
      </w:hyperlink>
      <w:r>
        <w:t xml:space="preserve"> - Gateway Theatre is hosting 'True Voices: Pride Storytelling &amp; Tea' on July 30, 2026, at 7:00 pm in their Second Floor Lobby at 6500 Gilbert Road, Richmond. This free event features live storytelling from members of the LGBTQ2S+ community, sharing personal experiences filled with humour, honesty, and resilience, followed by a Q&amp;A over tea. Attendees can reserve up to two tickets per order and are encouraged to consider donating to support such community events. The event is recommended for ages 13 and up.</w:t>
      </w:r>
      <w:r/>
    </w:p>
    <w:p>
      <w:pPr>
        <w:pStyle w:val="ListNumber"/>
        <w:spacing w:line="240" w:lineRule="auto"/>
        <w:ind w:left="720"/>
      </w:pPr>
      <w:r/>
      <w:hyperlink r:id="rId12">
        <w:r>
          <w:rPr>
            <w:color w:val="0000EE"/>
            <w:u w:val="single"/>
          </w:rPr>
          <w:t>https://richmondartscoalition.com/event/true-voices-pride-storytelling-event/</w:t>
        </w:r>
      </w:hyperlink>
      <w:r>
        <w:t xml:space="preserve"> - The Richmond Arts Coalition is promoting the 'True Voices: Pride Storytelling Event' scheduled for July 30, 2026, at 7:00 pm at Gateway Theatre, 6500 Gilbert Road, Richmond. This free community event celebrates Richmond Pride Week with live storytelling from members of the LGBTQ2S+ community, followed by a Q&amp;A over tea. It's an opportunity to honour the experiences of the LGBTQ2S+ community and their allies in a welcoming space where everyone feels respected and valued.</w:t>
      </w:r>
      <w:r/>
    </w:p>
    <w:p>
      <w:pPr>
        <w:pStyle w:val="ListNumber"/>
        <w:spacing w:line="240" w:lineRule="auto"/>
        <w:ind w:left="720"/>
      </w:pPr>
      <w:r/>
      <w:hyperlink r:id="rId11">
        <w:r>
          <w:rPr>
            <w:color w:val="0000EE"/>
            <w:u w:val="single"/>
          </w:rPr>
          <w:t>https://www.gatewaytheatre.com/events/pride-storytelling/</w:t>
        </w:r>
      </w:hyperlink>
      <w:r>
        <w:t xml:space="preserve"> - Gateway Theatre's 'True Voices: Pride Storytelling &amp; Tea' event on July 31, 2025, featured powerful and inspiring stories from local queer voices. After the storytelling, attendees enjoyed a warm cup of tea and engaged in an intimate Q&amp;A with the storytellers. The event provided a safe space for the queer community and allies, welcoming those who were curious, anxious, or looking to connect with the community.</w:t>
      </w:r>
      <w:r/>
    </w:p>
    <w:p>
      <w:pPr>
        <w:pStyle w:val="ListNumber"/>
        <w:spacing w:line="240" w:lineRule="auto"/>
        <w:ind w:left="720"/>
      </w:pPr>
      <w:r/>
      <w:hyperlink r:id="rId13">
        <w:r>
          <w:rPr>
            <w:color w:val="0000EE"/>
            <w:u w:val="single"/>
          </w:rPr>
          <w:t>https://www.gatewaytheatre.com/events/true-voices/</w:t>
        </w:r>
      </w:hyperlink>
      <w:r>
        <w:t xml:space="preserve"> - In August 2024, Gateway Theatre hosted 'True Voices: Pride Storytelling &amp; Tea,' a free event where attendees heard powerful and inspiring stories from local queer voices. After the storytelling, participants enjoyed a warm cup of tea and engaged in an intimate Q&amp;A with the storytellers. The event aimed to provide a safe space for the queer community and allies, welcoming those who were curious, anxious, or looking to connect with the community.</w:t>
      </w:r>
      <w:r/>
    </w:p>
    <w:p>
      <w:pPr>
        <w:pStyle w:val="ListNumber"/>
        <w:spacing w:line="240" w:lineRule="auto"/>
        <w:ind w:left="720"/>
      </w:pPr>
      <w:r/>
      <w:hyperlink r:id="rId14">
        <w:r>
          <w:rPr>
            <w:color w:val="0000EE"/>
            <w:u w:val="single"/>
          </w:rPr>
          <w:t>https://www.gatewaytheatre.com/events/the-flame/</w:t>
        </w:r>
      </w:hyperlink>
      <w:r>
        <w:t xml:space="preserve"> - On April 12, 2026, Gateway Theatre presented 'The Flame: Storytelling Showcase,' a special performance of Vancouver’s popular storytelling series, The Flame. Hosted by Deborah Williams, the event featured real people sharing their personal true stories in front of a live audience. The performance was sold out, highlighting the community's enthusiasm for authentic storytelling.</w:t>
      </w:r>
      <w:r/>
    </w:p>
    <w:p>
      <w:pPr>
        <w:pStyle w:val="ListNumber"/>
        <w:spacing w:line="240" w:lineRule="auto"/>
        <w:ind w:left="720"/>
      </w:pPr>
      <w:r/>
      <w:hyperlink r:id="rId15">
        <w:r>
          <w:rPr>
            <w:color w:val="0000EE"/>
            <w:u w:val="single"/>
          </w:rPr>
          <w:t>https://www.gatewaytheatre.com/blog/2026-27-season-announcement/</w:t>
        </w:r>
      </w:hyperlink>
      <w:r>
        <w:t xml:space="preserve"> - Gateway Theatre's 2026-27 season announcement includes 'True Voices: Pride Storytelling Event' on July 30, 2026, in celebration of Richmond Pride Week. The event features live storytelling from members of the LGBTQ2S+ community, followed by a Q&amp;A over tea. The season also includes other events like the Mid-Autumn Festival Celebration on September 20, 2026, and the Lunar New Year Celebration on February 6, 2027.</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iss604.com/2026/07/free-pride-storytelling-event-at-gateway-theatre/" TargetMode="External"/><Relationship Id="rId10" Type="http://schemas.openxmlformats.org/officeDocument/2006/relationships/hyperlink" Target="https://www.gatewaytheatre.com/events/true-voices-2/" TargetMode="External"/><Relationship Id="rId11" Type="http://schemas.openxmlformats.org/officeDocument/2006/relationships/hyperlink" Target="https://www.gatewaytheatre.com/events/pride-storytelling/" TargetMode="External"/><Relationship Id="rId12" Type="http://schemas.openxmlformats.org/officeDocument/2006/relationships/hyperlink" Target="https://richmondartscoalition.com/event/true-voices-pride-storytelling-event/" TargetMode="External"/><Relationship Id="rId13" Type="http://schemas.openxmlformats.org/officeDocument/2006/relationships/hyperlink" Target="https://www.gatewaytheatre.com/events/true-voices/" TargetMode="External"/><Relationship Id="rId14" Type="http://schemas.openxmlformats.org/officeDocument/2006/relationships/hyperlink" Target="https://www.gatewaytheatre.com/events/the-flame/" TargetMode="External"/><Relationship Id="rId15" Type="http://schemas.openxmlformats.org/officeDocument/2006/relationships/hyperlink" Target="https://www.gatewaytheatre.com/blog/2026-27-season-announc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