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Free Downloadable Pride Leather Posters for Paid Substack Members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exclusive, high‑impact leather-themed Pride graphics now available as free downloadable posters for paid Substack members , bold, printable art that supports gay disabled creators and lets you decorate with confidence. Find out how to access, print and use these designs responsibly.</w:t>
      </w:r>
      <w:r/>
    </w:p>
    <w:p>
      <w:r/>
      <w:r>
        <w:t>Essential Takeaways</w:t>
      </w:r>
      <w:r/>
      <w:r/>
    </w:p>
    <w:p>
      <w:pPr>
        <w:pStyle w:val="ListBullet"/>
        <w:spacing w:line="240" w:lineRule="auto"/>
        <w:ind w:left="720"/>
      </w:pPr>
      <w:r/>
      <w:r>
        <w:rPr>
          <w:b/>
        </w:rPr>
        <w:t>Who it's for:</w:t>
      </w:r>
      <w:r>
        <w:t xml:space="preserve"> Paid subscribers of The Art of Gay Style get exclusive access to printable leather‑themed Pride images.</w:t>
      </w:r>
      <w:r/>
    </w:p>
    <w:p>
      <w:pPr>
        <w:pStyle w:val="ListBullet"/>
        <w:spacing w:line="240" w:lineRule="auto"/>
        <w:ind w:left="720"/>
      </w:pPr>
      <w:r/>
      <w:r>
        <w:rPr>
          <w:b/>
        </w:rPr>
        <w:t>What you get:</w:t>
      </w:r>
      <w:r>
        <w:t xml:space="preserve"> High‑resolution graphics suitable for posters, screensavers and personal prints , watermark removed if purchased on merch.</w:t>
      </w:r>
      <w:r/>
    </w:p>
    <w:p>
      <w:pPr>
        <w:pStyle w:val="ListBullet"/>
        <w:spacing w:line="240" w:lineRule="auto"/>
        <w:ind w:left="720"/>
      </w:pPr>
      <w:r/>
      <w:r>
        <w:rPr>
          <w:b/>
        </w:rPr>
        <w:t>How to use:</w:t>
      </w:r>
      <w:r>
        <w:t xml:space="preserve"> Non‑commercial, personal use only; right‑click to save or print from your member page.</w:t>
      </w:r>
      <w:r/>
    </w:p>
    <w:p>
      <w:pPr>
        <w:pStyle w:val="ListBullet"/>
        <w:spacing w:line="240" w:lineRule="auto"/>
        <w:ind w:left="720"/>
      </w:pPr>
      <w:r/>
      <w:r>
        <w:rPr>
          <w:b/>
        </w:rPr>
        <w:t>Why it matters:</w:t>
      </w:r>
      <w:r>
        <w:t xml:space="preserve"> Support from paid members funds videos, articles and artwork created by gay disabled artists.</w:t>
      </w:r>
      <w:r/>
    </w:p>
    <w:p>
      <w:pPr>
        <w:pStyle w:val="ListBullet"/>
        <w:spacing w:line="240" w:lineRule="auto"/>
        <w:ind w:left="720"/>
      </w:pPr>
      <w:r/>
      <w:r>
        <w:rPr>
          <w:b/>
        </w:rPr>
        <w:t>Practical note:</w:t>
      </w:r>
      <w:r>
        <w:t xml:space="preserve"> If you can’t see the images, you likely need to join as a paid subscriber to unlock downloads.</w:t>
      </w:r>
      <w:r/>
      <w:r/>
    </w:p>
    <w:p>
      <w:r/>
      <w:r>
        <w:t>Why these downloadable designs feel different</w:t>
      </w:r>
      <w:r/>
    </w:p>
    <w:p>
      <w:r/>
      <w:r>
        <w:t>If you like your Pride art with a cheeky, leathery edge, these downloads hit the spot , think saturated reds, strong blacks and a tactile, almost smoky vibe. The Art of Gay Style has turned popular imagery from its Leather Legends YouTube Stories into printable posters and screensavers, which is a nice way to bring a story-driven aesthetic into your home. According to the site, the images are only visible to paid members, so there’s a small gate keeping the exclusivity , which also helps funnel support back to creators.</w:t>
      </w:r>
      <w:r/>
    </w:p>
    <w:p>
      <w:r/>
      <w:r>
        <w:t>How to access and download the artwork</w:t>
      </w:r>
      <w:r/>
    </w:p>
    <w:p>
      <w:r/>
      <w:r>
        <w:t>Getting hold of the files is straightforward if you’re already a paid subscriber. Visit the member‑only page on The Art of Gay Style, scroll to the gallery and right‑click to save any image you want. The publisher makes clear these are for non‑commercial personal use, so print them for your wall, set them as a screensaver, or give a friend a handmade card , but don’t sell them or republish them. If you prefer merchandise without watermarks, the same designs are available to buy on the creator’s store, where prints, T‑shirts and cards come ready to ship.</w:t>
      </w:r>
      <w:r/>
    </w:p>
    <w:p>
      <w:r/>
      <w:r>
        <w:t>Printing tips for the best result</w:t>
      </w:r>
      <w:r/>
    </w:p>
    <w:p>
      <w:r/>
      <w:r>
        <w:t>To get that gallery‑finish look, choose a heavyweight paper or a satin photographic stock and set your printer to its highest quality. If you’re scaling up to poster size, export to a print shop in a lossless format or order directly from the online store to avoid pixelation. For a contemporary touch, try a matte laminate to soften gloss and bring out rich reds, or mount on foamboard for a sturdy wall display.</w:t>
      </w:r>
      <w:r/>
    </w:p>
    <w:p>
      <w:r/>
      <w:r>
        <w:t>Why joining helps more than just your walls</w:t>
      </w:r>
      <w:r/>
    </w:p>
    <w:p>
      <w:r/>
      <w:r>
        <w:t>The membership model here does more than unlock downloads. The Art of Gay Style says member income supports gay disabled artists producing videos, articles and artwork , so your subscription is both a fan move and a small act of patronage. If you’re undecided, have a look at the About page to see creator goals and the project’s wider mission before you commit.</w:t>
      </w:r>
      <w:r/>
    </w:p>
    <w:p>
      <w:r/>
      <w:r>
        <w:t>Is this right for you? A quick checklist</w:t>
      </w:r>
      <w:r/>
      <w:r/>
    </w:p>
    <w:p>
      <w:pPr>
        <w:pStyle w:val="ListBullet"/>
        <w:spacing w:line="240" w:lineRule="auto"/>
        <w:ind w:left="720"/>
      </w:pPr>
      <w:r/>
      <w:r>
        <w:t>Want bold, leather‑inspired Pride art for personal use: yes.</w:t>
      </w:r>
      <w:r/>
    </w:p>
    <w:p>
      <w:pPr>
        <w:pStyle w:val="ListBullet"/>
        <w:spacing w:line="240" w:lineRule="auto"/>
        <w:ind w:left="720"/>
      </w:pPr>
      <w:r/>
      <w:r>
        <w:t>Need commercial licensing or resale rights: no, contact the artist/store.</w:t>
      </w:r>
      <w:r/>
    </w:p>
    <w:p>
      <w:pPr>
        <w:pStyle w:val="ListBullet"/>
        <w:spacing w:line="240" w:lineRule="auto"/>
        <w:ind w:left="720"/>
      </w:pPr>
      <w:r/>
      <w:r>
        <w:t>Prefer physical products without watermark: consider buying from the store.</w:t>
      </w:r>
      <w:r/>
    </w:p>
    <w:p>
      <w:pPr>
        <w:pStyle w:val="ListBullet"/>
        <w:spacing w:line="240" w:lineRule="auto"/>
        <w:ind w:left="720"/>
      </w:pPr>
      <w:r/>
      <w:r>
        <w:t>Looking to support queer disabled creators directly: subscription is a simple way to contribute.</w:t>
      </w:r>
      <w:r/>
      <w:r/>
    </w:p>
    <w:p>
      <w:r/>
      <w:r>
        <w:t>It’s a small change that can make your space feel more personal , and your support helps keep niche queer creativity thriving.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11">
        <w:r>
          <w:rPr>
            <w:color w:val="0000EE"/>
            <w:u w:val="single"/>
          </w:rPr>
          <w:t>[3]</w:t>
        </w:r>
      </w:hyperlink>
      <w:r>
        <w:t xml:space="preserve">, </w:t>
      </w:r>
      <w:hyperlink r:id="rId12">
        <w:r>
          <w:rPr>
            <w:color w:val="0000EE"/>
            <w:u w:val="single"/>
          </w:rPr>
          <w:t>[6]</w:t>
        </w:r>
      </w:hyperlink>
      <w:r>
        <w:t xml:space="preserve">- Paragraph 5: </w:t>
      </w:r>
      <w:hyperlink r:id="rId9">
        <w:r>
          <w:rPr>
            <w:color w:val="0000EE"/>
            <w:u w:val="single"/>
          </w:rPr>
          <w:t>[1]</w:t>
        </w:r>
      </w:hyperlink>
      <w:r>
        <w:t xml:space="preserve">, </w:t>
      </w:r>
      <w:hyperlink r:id="rId10">
        <w:r>
          <w:rPr>
            <w:color w:val="0000EE"/>
            <w:u w:val="single"/>
          </w:rPr>
          <w:t>[4]</w:t>
        </w:r>
      </w:hyperlink>
      <w:r>
        <w:t xml:space="preserve">- Paragraph 6: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https://theartofgaystyle.substack.com/p/paid-substack-members-free-downloadable-472</w:t>
        </w:r>
      </w:hyperlink>
      <w:r>
        <w:t xml:space="preserve"> - Please view link - unable to able to access data</w:t>
      </w:r>
      <w:r/>
    </w:p>
    <w:p>
      <w:pPr>
        <w:pStyle w:val="ListNumber"/>
        <w:spacing w:line="240" w:lineRule="auto"/>
        <w:ind w:left="720"/>
      </w:pPr>
      <w:r/>
      <w:hyperlink r:id="rId9">
        <w:r>
          <w:rPr>
            <w:color w:val="0000EE"/>
            <w:u w:val="single"/>
          </w:rPr>
          <w:t>https://theartofgaystyle.substack.com/p/paid-substack-members-free-downloadable-472</w:t>
        </w:r>
      </w:hyperlink>
      <w:r>
        <w:t xml:space="preserve"> - This Substack post announces the release of exclusive designs for paid subscribers, featuring red hot leather images from the 'Leather Legends' YouTube series. These designs are available for non-commercial personal use and can be downloaded as posters, graphics, or screensavers. Paid members can access these images by right-clicking and saving them to their devices. The post also encourages readers to join as paid subscribers to support the content and the community of gay disabled artists creating videos, articles, and artwork.</w:t>
      </w:r>
      <w:r/>
    </w:p>
    <w:p>
      <w:pPr>
        <w:pStyle w:val="ListNumber"/>
        <w:spacing w:line="240" w:lineRule="auto"/>
        <w:ind w:left="720"/>
      </w:pPr>
      <w:r/>
      <w:hyperlink r:id="rId11">
        <w:r>
          <w:rPr>
            <w:color w:val="0000EE"/>
            <w:u w:val="single"/>
          </w:rPr>
          <w:t>https://alpha-dom.pixels.com/featured/hot-leather-gay-pride-graphic-art-design-alpha-dom-art-iconic-lgbtq-the-art-of-gay-style.html</w:t>
        </w:r>
      </w:hyperlink>
      <w:r>
        <w:t xml:space="preserve"> - This page showcases a 'Hot Leather Gay Pride Graphic Art Design' by Alpha Dom Art, part of the Iconic LGBTQ collection. The design is available for purchase on various merchandise items, including T-shirts, mouse mats, greeting cards, posters, and more. The artwork is also available as a fine art print through the Premium Fine Art America Store. The page provides options to purchase the design without the watermark, supporting the artist and the LGBTQ community.</w:t>
      </w:r>
      <w:r/>
    </w:p>
    <w:p>
      <w:pPr>
        <w:pStyle w:val="ListNumber"/>
        <w:spacing w:line="240" w:lineRule="auto"/>
        <w:ind w:left="720"/>
      </w:pPr>
      <w:r/>
      <w:hyperlink r:id="rId10">
        <w:r>
          <w:rPr>
            <w:color w:val="0000EE"/>
            <w:u w:val="single"/>
          </w:rPr>
          <w:t>https://theartofgaystyle.substack.com/about</w:t>
        </w:r>
      </w:hyperlink>
      <w:r>
        <w:t xml:space="preserve"> - The 'About' page of The Art of Gay Style Substack provides information about the publication's mission and offerings. It celebrates queer creativity and offers both free and paid subscriptions. Paid subscribers enjoy benefits such as access to exclusive images, courses, videos, music, metaphysical musings, discounts, and members-only gay leather designs. The page also includes links to the publication's online stores and social media channels, encouraging readers to join and support the community.</w:t>
      </w:r>
      <w:r/>
    </w:p>
    <w:p>
      <w:pPr>
        <w:pStyle w:val="ListNumber"/>
        <w:spacing w:line="240" w:lineRule="auto"/>
        <w:ind w:left="720"/>
      </w:pPr>
      <w:r/>
      <w:hyperlink r:id="rId13">
        <w:r>
          <w:rPr>
            <w:color w:val="0000EE"/>
            <w:u w:val="single"/>
          </w:rPr>
          <w:t>https://sidestack.io/directory/substack/theartofgaystyle</w:t>
        </w:r>
      </w:hyperlink>
      <w:r>
        <w:t xml:space="preserve"> - This directory entry for The Art of Gay Style Substack provides an overview of the publication, including its ranking, subscriber count, and country of origin. It highlights the free and paid subscription benefits, such as access to exclusive content and discounts. The page also lists the publication's recommended Substacks, offering readers additional resources related to LGBTQ+ culture and art.</w:t>
      </w:r>
      <w:r/>
    </w:p>
    <w:p>
      <w:pPr>
        <w:pStyle w:val="ListNumber"/>
        <w:spacing w:line="240" w:lineRule="auto"/>
        <w:ind w:left="720"/>
      </w:pPr>
      <w:r/>
      <w:hyperlink r:id="rId12">
        <w:r>
          <w:rPr>
            <w:color w:val="0000EE"/>
            <w:u w:val="single"/>
          </w:rPr>
          <w:t>https://www.pictorem.com/profile/Iconic.LGBTQ...The.Art.of.Gay.Style</w:t>
        </w:r>
      </w:hyperlink>
      <w:r>
        <w:t xml:space="preserve"> - This Pictorem profile features original gay leather art by LGBTQ+ disabled artists, distinct from works by Tom of Finland or the Foundation. Purchases support the artists and the community. The profile includes links to free content on The Art of Gay Style Substack, as well as options to own the artwork on various products through Redbubble and the Premium Fine Art America Store. It also provides links to the artists' YouTube channel and other platforms.</w:t>
      </w:r>
      <w:r/>
    </w:p>
    <w:p>
      <w:pPr>
        <w:pStyle w:val="ListNumber"/>
        <w:spacing w:line="240" w:lineRule="auto"/>
        <w:ind w:left="720"/>
      </w:pPr>
      <w:r/>
      <w:hyperlink r:id="rId14">
        <w:r>
          <w:rPr>
            <w:color w:val="0000EE"/>
            <w:u w:val="single"/>
          </w:rPr>
          <w:t>https://sidestack.io/directory/substack/leathernudist</w:t>
        </w:r>
      </w:hyperlink>
      <w:r>
        <w:t xml:space="preserve"> - This directory entry for The Leather Nudist Substack introduces David Smith's publication, which shares original erotic photographic art and explores topics related to naturism, nudism, and the LGBTQ leather and fetish communities. The page outlines the benefits of both free and paid subscriptions, including access to exclusive posts, community engagement, and support for the creator's work. It also provides information about the author's background and the publication's focus.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artofgaystyle.substack.com/p/paid-substack-members-free-downloadable-472" TargetMode="External"/><Relationship Id="rId10" Type="http://schemas.openxmlformats.org/officeDocument/2006/relationships/hyperlink" Target="https://theartofgaystyle.substack.com/about" TargetMode="External"/><Relationship Id="rId11" Type="http://schemas.openxmlformats.org/officeDocument/2006/relationships/hyperlink" Target="https://alpha-dom.pixels.com/featured/hot-leather-gay-pride-graphic-art-design-alpha-dom-art-iconic-lgbtq-the-art-of-gay-style.html" TargetMode="External"/><Relationship Id="rId12" Type="http://schemas.openxmlformats.org/officeDocument/2006/relationships/hyperlink" Target="https://www.pictorem.com/profile/Iconic.LGBTQ...The.Art.of.Gay.Style" TargetMode="External"/><Relationship Id="rId13" Type="http://schemas.openxmlformats.org/officeDocument/2006/relationships/hyperlink" Target="https://sidestack.io/directory/substack/theartofgaystyle" TargetMode="External"/><Relationship Id="rId14" Type="http://schemas.openxmlformats.org/officeDocument/2006/relationships/hyperlink" Target="https://sidestack.io/directory/substack/leathernud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