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Electric Forest Moments for Queer Festivalgoers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with colour and camaraderie, Electric Forest in Rothbury, Michigan has become a beloved Pride-closeout where queer festivalgoers find joy, safety and unexpected healing amid the trees. Here’s why the woods feel like a sanctuary, and how to make the most of it.</w:t>
      </w:r>
      <w:r/>
    </w:p>
    <w:p>
      <w:r/>
      <w:r>
        <w:t>Essential Takeaways</w:t>
      </w:r>
      <w:r/>
      <w:r/>
    </w:p>
    <w:p>
      <w:pPr>
        <w:pStyle w:val="ListBullet"/>
        <w:spacing w:line="240" w:lineRule="auto"/>
        <w:ind w:left="720"/>
      </w:pPr>
      <w:r/>
      <w:r>
        <w:rPr>
          <w:b/>
        </w:rPr>
        <w:t>Inclusive vibe:</w:t>
      </w:r>
      <w:r>
        <w:t xml:space="preserve"> Electric Forest intentionally programmes queer-friendly spaces, workshops and acts, creating a visibly welcoming atmosphere with rainbow energy and gentle warmth.</w:t>
      </w:r>
      <w:r/>
    </w:p>
    <w:p>
      <w:pPr>
        <w:pStyle w:val="ListBullet"/>
        <w:spacing w:line="240" w:lineRule="auto"/>
        <w:ind w:left="720"/>
      </w:pPr>
      <w:r/>
      <w:r>
        <w:rPr>
          <w:b/>
        </w:rPr>
        <w:t>More than music:</w:t>
      </w:r>
      <w:r>
        <w:t xml:space="preserve"> </w:t>
      </w:r>
      <w:r>
        <w:rPr>
          <w:b/>
        </w:rPr>
        <w:t>The Brainery</w:t>
      </w:r>
      <w:r>
        <w:t xml:space="preserve"> panels and community-driven activations offer emotional support and practical resources in an intimate, easy-to-digest way.</w:t>
      </w:r>
      <w:r/>
    </w:p>
    <w:p>
      <w:pPr>
        <w:pStyle w:val="ListBullet"/>
        <w:spacing w:line="240" w:lineRule="auto"/>
        <w:ind w:left="720"/>
      </w:pPr>
      <w:r/>
      <w:r>
        <w:rPr>
          <w:b/>
        </w:rPr>
        <w:t>Joyful social rituals:</w:t>
      </w:r>
      <w:r>
        <w:t xml:space="preserve"> Expect kandi exchanges, warm hugs and spontaneous dance circles, little rituals that lift spirits and build quick friendships.</w:t>
      </w:r>
      <w:r/>
    </w:p>
    <w:p>
      <w:pPr>
        <w:pStyle w:val="ListBullet"/>
        <w:spacing w:line="240" w:lineRule="auto"/>
        <w:ind w:left="720"/>
      </w:pPr>
      <w:r/>
      <w:r>
        <w:rPr>
          <w:b/>
        </w:rPr>
        <w:t>Big-name draws:</w:t>
      </w:r>
      <w:r>
        <w:t xml:space="preserve"> Headliners like ILLENIUM, GRiZ and others anchor the festival with high-energy sets, balanced by softer, reflective moments.</w:t>
      </w:r>
      <w:r/>
    </w:p>
    <w:p>
      <w:pPr>
        <w:pStyle w:val="ListBullet"/>
        <w:spacing w:line="240" w:lineRule="auto"/>
        <w:ind w:left="720"/>
      </w:pPr>
      <w:r/>
      <w:r>
        <w:rPr>
          <w:b/>
        </w:rPr>
        <w:t>Plan for comfort:</w:t>
      </w:r>
      <w:r>
        <w:t xml:space="preserve"> Pack sun protection, cosy layers for nights in the woods and a small first-aid kit, practical measures help you stay present and carefree.</w:t>
      </w:r>
      <w:r/>
      <w:r/>
    </w:p>
    <w:p>
      <w:pPr>
        <w:pStyle w:val="Heading2"/>
      </w:pPr>
      <w:r>
        <w:t>Why the forest feels like a safe, queer-friendly escape</w:t>
      </w:r>
      <w:r/>
    </w:p>
    <w:p>
      <w:r/>
      <w:r>
        <w:t>Electric Forest wears its rainbow proudly, but the feeling runs deeper than aesthetics; it’s a tangible sense of being seen. Many queer attendees describe the event as healing, a place where they can peel off everyday armour and breathe. According to coverage and participant accounts, organisers have leaned into programming that supports visibility and safety, so the festival doesn’t just look inclusive , it acts inclusive.</w:t>
      </w:r>
      <w:r/>
    </w:p>
    <w:p>
      <w:r/>
      <w:r>
        <w:t>The setting helps, too. The hush of trees and the soft glow of installations make even crowded spaces feel intimate. That quiet contrast makes it easier to find meaningful conversations between sets, and for a lot of people that’s the real gift.</w:t>
      </w:r>
      <w:r/>
    </w:p>
    <w:p>
      <w:pPr>
        <w:pStyle w:val="Heading2"/>
      </w:pPr>
      <w:r>
        <w:t>Music, yes, plus talks that actually matter</w:t>
      </w:r>
      <w:r/>
    </w:p>
    <w:p>
      <w:r/>
      <w:r>
        <w:t>Electric Forest still sells itself on lineups that pack a punch, ILLENIUM, GRiZ and other big names draw huge crowds, but it’s the non-musical offerings that give the weekend texture. The Brainery on Main Street runs panels and workshops that tackle identity, mental health and queer issues, turning festival downtime into learning and healing.</w:t>
      </w:r>
      <w:r/>
    </w:p>
    <w:p>
      <w:r/>
      <w:r>
        <w:t>If you want more than just dance-floor catharsis, check the schedule ahead and slot in at least one workshop. People leave those rooms with new tools and new friends, which is exactly the kind of takeaway that stretches beyond the weekend.</w:t>
      </w:r>
      <w:r/>
    </w:p>
    <w:p>
      <w:pPr>
        <w:pStyle w:val="Heading2"/>
      </w:pPr>
      <w:r>
        <w:t>What queer artists bring to the stage and backstage</w:t>
      </w:r>
      <w:r/>
    </w:p>
    <w:p>
      <w:r/>
      <w:r>
        <w:t>Queer performers bring their whole selves to Electric Forest, and that resonance matters. In interviews, artists have described the emotional impact their music has on audiences, especially when their work intersects with trans and human rights messaging. That openness makes performances feel less like spectacle and more like conversation.</w:t>
      </w:r>
      <w:r/>
    </w:p>
    <w:p>
      <w:r/>
      <w:r>
        <w:t>Backstage moments and meet-ups often reflect that ethos: fans trade stories, hugs and encouragement. If you want an audition of community, watch a queer artist’s set and hang around after, the energy is often both celebratory and grounding.</w:t>
      </w:r>
      <w:r/>
    </w:p>
    <w:p>
      <w:pPr>
        <w:pStyle w:val="Heading2"/>
      </w:pPr>
      <w:r>
        <w:t>Small rituals that make big differences</w:t>
      </w:r>
      <w:r/>
    </w:p>
    <w:p>
      <w:r/>
      <w:r>
        <w:t>From kandi exchanges to spontaneous group hugs, the festival cultivates small rituals that create connection fast. Those simple interactions, bright beads, a shared laugh, a stranger pulling you in for a spin, add up to a noticeable emotional lift.</w:t>
      </w:r>
      <w:r/>
    </w:p>
    <w:p>
      <w:r/>
      <w:r>
        <w:t>Practical tip: bring a few extras of anything you’d share (beads, sunscreen, wet wipes). Those tiny acts of generosity make you a popular person in the best possible way.</w:t>
      </w:r>
      <w:r/>
    </w:p>
    <w:p>
      <w:pPr>
        <w:pStyle w:val="Heading2"/>
      </w:pPr>
      <w:r>
        <w:t>How to prepare so the weekend feels restorative</w:t>
      </w:r>
      <w:r/>
    </w:p>
    <w:p>
      <w:r/>
      <w:r>
        <w:t>If you’re going with the intention of rest as well as revelry, plan for comfort. Pack layers for Michigan’s temperature swings, a refillable bottle, electrolytes and a soft blanket or poncho for daytime naps. Map out a flexible schedule: a headline set, a workshop, and a quiet hour in a chill zone can balance intensity.</w:t>
      </w:r>
      <w:r/>
    </w:p>
    <w:p>
      <w:r/>
      <w:r>
        <w:t>Safety-wise, stick to well-lit routes at night, set meeting points with friends, and use the festival’s resources if you need help, volunteer teams are briefed on inclusion and harm reduction. That small preparation frees you to fully lean into the healing side of the weekend.</w:t>
      </w:r>
      <w:r/>
    </w:p>
    <w:p>
      <w:r/>
      <w:r>
        <w:t>It's a small change that can make every visit feel more nourishing and memorable.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[1]</w:t>
        </w:r>
      </w:hyperlink>
      <w:r>
        <w:t xml:space="preserve">, </w:t>
      </w:r>
      <w:hyperlink r:id="rId10">
        <w:r>
          <w:rPr>
            <w:color w:val="0000EE"/>
            <w:u w:val="single"/>
          </w:rPr>
          <w:t>[6]</w:t>
        </w:r>
      </w:hyperlink>
      <w:r>
        <w:t xml:space="preserve">- Paragraph 3: </w:t>
      </w:r>
      <w:hyperlink r:id="rId11">
        <w:r>
          <w:rPr>
            <w:color w:val="0000EE"/>
            <w:u w:val="single"/>
          </w:rPr>
          <w:t>[4]</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14">
        <w:r>
          <w:rPr>
            <w:color w:val="0000EE"/>
            <w:u w:val="single"/>
          </w:rPr>
          <w:t>[7]</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https://www.them.us/electric-forest-queer-festival</w:t>
        </w:r>
      </w:hyperlink>
      <w:r>
        <w:t xml:space="preserve"> - Please view link - unable to able to access data</w:t>
      </w:r>
      <w:r/>
    </w:p>
    <w:p>
      <w:pPr>
        <w:pStyle w:val="ListNumber"/>
        <w:spacing w:line="240" w:lineRule="auto"/>
        <w:ind w:left="720"/>
      </w:pPr>
      <w:r/>
      <w:hyperlink r:id="rId9">
        <w:r>
          <w:rPr>
            <w:color w:val="0000EE"/>
            <w:u w:val="single"/>
          </w:rPr>
          <w:t>https://www.them.us/electric-forest-queer-festival</w:t>
        </w:r>
      </w:hyperlink>
      <w:r>
        <w:t xml:space="preserve"> - An article highlighting Electric Forest as a significant event for the LGBTQ+ community during Pride Month 2026. It discusses the festival's inclusive atmosphere, featuring dynamic music performances, workshops, and a sense of community that offers a therapeutic escape for queer individuals.</w:t>
      </w:r>
      <w:r/>
    </w:p>
    <w:p>
      <w:pPr>
        <w:pStyle w:val="ListNumber"/>
        <w:spacing w:line="240" w:lineRule="auto"/>
        <w:ind w:left="720"/>
      </w:pPr>
      <w:r/>
      <w:hyperlink r:id="rId13">
        <w:r>
          <w:rPr>
            <w:color w:val="0000EE"/>
            <w:u w:val="single"/>
          </w:rPr>
          <w:t>https://www.out.com/travel-nightlife/electric-forest-pride-month</w:t>
        </w:r>
      </w:hyperlink>
      <w:r>
        <w:t xml:space="preserve"> - A piece from Out.com describing Electric Forest as the ultimate festival for queer joy. It details the festival's role in celebrating Pride Month, with numerous Pride activations, music sets, drag brunches, and immersive art installations, making it a must-visit for the LGBTQ+ community.</w:t>
      </w:r>
      <w:r/>
    </w:p>
    <w:p>
      <w:pPr>
        <w:pStyle w:val="ListNumber"/>
        <w:spacing w:line="240" w:lineRule="auto"/>
        <w:ind w:left="720"/>
      </w:pPr>
      <w:r/>
      <w:hyperlink r:id="rId11">
        <w:r>
          <w:rPr>
            <w:color w:val="0000EE"/>
            <w:u w:val="single"/>
          </w:rPr>
          <w:t>https://www.ticketnews.com/2025/12/griz-illenium-excision-lead-electric-forest-2026-lineup/</w:t>
        </w:r>
      </w:hyperlink>
      <w:r>
        <w:t xml:space="preserve"> - An article from TicketNews announcing the 2026 Electric Forest lineup, featuring headliners like GRiZ, ILLENIUM, and Excision. It highlights the festival's expansive billing and its blend of electronic music, jam, indie, and genre-defying performances.</w:t>
      </w:r>
      <w:r/>
    </w:p>
    <w:p>
      <w:pPr>
        <w:pStyle w:val="ListNumber"/>
        <w:spacing w:line="240" w:lineRule="auto"/>
        <w:ind w:left="720"/>
      </w:pPr>
      <w:r/>
      <w:hyperlink r:id="rId12">
        <w:r>
          <w:rPr>
            <w:color w:val="0000EE"/>
            <w:u w:val="single"/>
          </w:rPr>
          <w:t>https://www.festivalmates.com/festivals/electric-forest-2026</w:t>
        </w:r>
      </w:hyperlink>
      <w:r>
        <w:t xml:space="preserve"> - A guide from FestivalMates providing details about Electric Forest 2026, including dates, capacity, and a lineup of 60 artists. It offers insights into the festival's genres, location, and official website for further information.</w:t>
      </w:r>
      <w:r/>
    </w:p>
    <w:p>
      <w:pPr>
        <w:pStyle w:val="ListNumber"/>
        <w:spacing w:line="240" w:lineRule="auto"/>
        <w:ind w:left="720"/>
      </w:pPr>
      <w:r/>
      <w:hyperlink r:id="rId10">
        <w:r>
          <w:rPr>
            <w:color w:val="0000EE"/>
            <w:u w:val="single"/>
          </w:rPr>
          <w:t>https://www.pride.com/gay-travel/electric-forest</w:t>
        </w:r>
      </w:hyperlink>
      <w:r>
        <w:t xml:space="preserve"> - An article from Pride.com describing Electric Forest as a once-in-a-lifetime experience for the LGBTQ+ community. It emphasizes the festival's magical Pride events, including Pride activations, music sets, drag brunches, and immersive art installations.</w:t>
      </w:r>
      <w:r/>
    </w:p>
    <w:p>
      <w:pPr>
        <w:pStyle w:val="ListNumber"/>
        <w:spacing w:line="240" w:lineRule="auto"/>
        <w:ind w:left="720"/>
      </w:pPr>
      <w:r/>
      <w:hyperlink r:id="rId14">
        <w:r>
          <w:rPr>
            <w:color w:val="0000EE"/>
            <w:u w:val="single"/>
          </w:rPr>
          <w:t>https://thepinktimes.com/electric-forests-hunks-are-serving/</w:t>
        </w:r>
      </w:hyperlink>
      <w:r>
        <w:t xml:space="preserve"> - A piece from The Pink Times discussing Electric Forest's 2026 lineup, highlighting headliners like ILLENIUM, Kaskade, T-Pain, and DJ Diesel (Shaquille O'Neal). It emphasizes the festival's queer-inclusive nature and its reputation as a safe and welcoming space for queer ravers.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m.us/electric-forest-queer-festival" TargetMode="External"/><Relationship Id="rId10" Type="http://schemas.openxmlformats.org/officeDocument/2006/relationships/hyperlink" Target="https://www.pride.com/gay-travel/electric-forest" TargetMode="External"/><Relationship Id="rId11" Type="http://schemas.openxmlformats.org/officeDocument/2006/relationships/hyperlink" Target="https://www.ticketnews.com/2025/12/griz-illenium-excision-lead-electric-forest-2026-lineup/" TargetMode="External"/><Relationship Id="rId12" Type="http://schemas.openxmlformats.org/officeDocument/2006/relationships/hyperlink" Target="https://www.festivalmates.com/festivals/electric-forest-2026" TargetMode="External"/><Relationship Id="rId13" Type="http://schemas.openxmlformats.org/officeDocument/2006/relationships/hyperlink" Target="https://www.out.com/travel-nightlife/electric-forest-pride-month" TargetMode="External"/><Relationship Id="rId14" Type="http://schemas.openxmlformats.org/officeDocument/2006/relationships/hyperlink" Target="https://thepinktimes.com/electric-forests-hunks-are-serv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