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Documentary Picks: Why Luke Prokop’s Story Matters for Gay Athletes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sports fans are leaning into stories that matter , like Luke Prokop’s , which humanise the challenges of being openly gay in professional ice hockey. The new documentary paints a personal, often quiet portrait of responsibility, representation and a changing sport, and it’s already trending among fans and advocacy groups.</w:t>
      </w:r>
      <w:r/>
    </w:p>
    <w:p>
      <w:r/>
      <w:r>
        <w:t>Essential Takeaways</w:t>
      </w:r>
      <w:r/>
      <w:r/>
    </w:p>
    <w:p>
      <w:pPr>
        <w:pStyle w:val="ListBullet"/>
        <w:spacing w:line="240" w:lineRule="auto"/>
        <w:ind w:left="720"/>
      </w:pPr>
      <w:r/>
      <w:r>
        <w:rPr>
          <w:b/>
        </w:rPr>
        <w:t>Trailblazing figure:</w:t>
      </w:r>
      <w:r>
        <w:t xml:space="preserve"> Luke Prokop was the first openly gay player under contract with an NHL team, and his experience still carries outsized attention and expectation. </w:t>
      </w:r>
      <w:r/>
    </w:p>
    <w:p>
      <w:pPr>
        <w:pStyle w:val="ListBullet"/>
        <w:spacing w:line="240" w:lineRule="auto"/>
        <w:ind w:left="720"/>
      </w:pPr>
      <w:r/>
      <w:r>
        <w:rPr>
          <w:b/>
        </w:rPr>
        <w:t>Lonely spotlight:</w:t>
      </w:r>
      <w:r>
        <w:t xml:space="preserve"> Prokop describes the role as isolating , many people still turn to him as the only visible player in men’s pro hockey. </w:t>
      </w:r>
      <w:r/>
    </w:p>
    <w:p>
      <w:pPr>
        <w:pStyle w:val="ListBullet"/>
        <w:spacing w:line="240" w:lineRule="auto"/>
        <w:ind w:left="720"/>
      </w:pPr>
      <w:r/>
      <w:r>
        <w:rPr>
          <w:b/>
        </w:rPr>
        <w:t>Documentary focus:</w:t>
      </w:r>
      <w:r>
        <w:t xml:space="preserve"> The film follows his balancing act between pursuing a pro career and supporting the LGBTQ+ community, with candid moments and behind‑the‑scenes access. </w:t>
      </w:r>
      <w:r/>
    </w:p>
    <w:p>
      <w:pPr>
        <w:pStyle w:val="ListBullet"/>
        <w:spacing w:line="240" w:lineRule="auto"/>
        <w:ind w:left="720"/>
      </w:pPr>
      <w:r/>
      <w:r>
        <w:rPr>
          <w:b/>
        </w:rPr>
        <w:t>Cultural shifts underway:</w:t>
      </w:r>
      <w:r>
        <w:t xml:space="preserve"> The NHL has moved back toward allowing some Pride visibility after policy reversals and public pressure, while pop culture portrayals have broadened the audience. </w:t>
      </w:r>
      <w:r/>
    </w:p>
    <w:p>
      <w:pPr>
        <w:pStyle w:val="ListBullet"/>
        <w:spacing w:line="240" w:lineRule="auto"/>
        <w:ind w:left="720"/>
      </w:pPr>
      <w:r/>
      <w:r>
        <w:rPr>
          <w:b/>
        </w:rPr>
        <w:t>Practical access:</w:t>
      </w:r>
      <w:r>
        <w:t xml:space="preserve"> The documentary is available to buy on iTunes and Amazon Prime Video and will appear on OUTtv later in the year.</w:t>
      </w:r>
      <w:r/>
      <w:r/>
    </w:p>
    <w:p>
      <w:pPr>
        <w:pStyle w:val="Heading2"/>
      </w:pPr>
      <w:r>
        <w:t>Why this film lands now: timing, tension and texture</w:t>
      </w:r>
      <w:r/>
    </w:p>
    <w:p>
      <w:r/>
      <w:r>
        <w:t>The documentary arrives at a moment when sports culture and mainstream entertainment are nudging one another. Fans see that a show like HBO Max’s Heated Rivalry can bring new viewers into hockey, and that visibility creates both opportunity and pressure. The film gives a textured look at what fame feels like for someone who never asked to be a symbol, and it’s full of small, human details , the quiet exhaustion, the supportive messages, the micro‑decisions a player makes every day. For anyone wondering why a single coming‑out story still feels newsworthy, this doc explains the emotional stake.</w:t>
      </w:r>
      <w:r/>
    </w:p>
    <w:p>
      <w:pPr>
        <w:pStyle w:val="Heading2"/>
      </w:pPr>
      <w:r>
        <w:t>The lonely work of representation , first‑hand perspective</w:t>
      </w:r>
      <w:r/>
    </w:p>
    <w:p>
      <w:r/>
      <w:r>
        <w:t>Prokop has been clear that being the first publicly out contracted player means a lot of people will seek him out for answers. He says that can feel isolating because there simply aren’t peers in the men’s game who share the same openness. The film follows him juggling calls, interviews and private conversations, and it’s a reminder that representation isn’t only celebratory , it’s sometimes a service role too. If you’re thinking about what to expect when an athlete comes out, expect both congratulations and a sudden inbox of questions.</w:t>
      </w:r>
      <w:r/>
    </w:p>
    <w:p>
      <w:pPr>
        <w:pStyle w:val="Heading2"/>
      </w:pPr>
      <w:r>
        <w:t>Policy swings and public pressure: what’s changed in hockey</w:t>
      </w:r>
      <w:r/>
    </w:p>
    <w:p>
      <w:r/>
      <w:r>
        <w:t>The NHL’s policies on Pride‑related gear have bounced around, with bans and reversals in recent seasons. That back‑and‑forth matters because it signals how leagues respond to players, fans and sponsors. Prokop points to cultural touchstones , shows, documentaries and visible allies , as catalysts that make teams reckon with their responsibilities to fans and future players. For supporters, the practical takeaway is clear: policy statements matter, but sustained fan engagement moves the needle in locker rooms and boardrooms alike.</w:t>
      </w:r>
      <w:r/>
    </w:p>
    <w:p>
      <w:pPr>
        <w:pStyle w:val="Heading2"/>
      </w:pPr>
      <w:r>
        <w:t>How the documentary helps future players , practical takeaways</w:t>
      </w:r>
      <w:r/>
    </w:p>
    <w:p>
      <w:r/>
      <w:r>
        <w:t>One of Prokop’s hopes is simple: that his story helps at least one person. The film is useful for young athletes wondering whether they can be themselves in hockey, for parents looking to support their kids, and for clubs wanting to build genuinely inclusive environments. Practical moments in the film cover how to choose confidantes, how to manage media attention, and why having a support network, coaches, teammates, friends, changes outcomes. If you work in sport or care for a young player, this is a handy primer on empathy and logistics.</w:t>
      </w:r>
      <w:r/>
    </w:p>
    <w:p>
      <w:pPr>
        <w:pStyle w:val="Heading2"/>
      </w:pPr>
      <w:r>
        <w:t>What comes next: momentum, not instant change</w:t>
      </w:r>
      <w:r/>
    </w:p>
    <w:p>
      <w:r/>
      <w:r>
        <w:t>Representation doesn’t flip a switch overnight, and Prokop himself accepts that there may still be no openly gay NHL players for a while. But visibility creates pathways: fans arriving from queer‑focused stories, teams rethinking fan outreach, and media treating these stories as part of the sports landscape. The documentary is less a triumphal headline and more a step in a longer conversation , one that will keep evolving as more players, supporters and executives reckon with it.</w:t>
      </w:r>
      <w:r/>
    </w:p>
    <w:p>
      <w:r/>
      <w:r>
        <w:t>It's a small but meaningful turn: a film that turns a private life into public conversation and, in doing so, nudges a traditional sport toward something more open.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https://www.channelnewsasia.com/sport/ice-hockey-trailblazer-prokop-hopes-inspire-other-gay-athletes-new-documentary-6247106</w:t>
        </w:r>
      </w:hyperlink>
      <w:r>
        <w:t xml:space="preserve"> - Please view link - unable to able to access data</w:t>
      </w:r>
      <w:r/>
    </w:p>
    <w:p>
      <w:pPr>
        <w:pStyle w:val="ListNumber"/>
        <w:spacing w:line="240" w:lineRule="auto"/>
        <w:ind w:left="720"/>
      </w:pPr>
      <w:r/>
      <w:hyperlink r:id="rId10">
        <w:r>
          <w:rPr>
            <w:color w:val="0000EE"/>
            <w:u w:val="single"/>
          </w:rPr>
          <w:t>https://www.nhl.com/news/luke-prokop-working-toward-nhl-dream-2-years-after-coming-out-as-gay-345680466</w:t>
        </w:r>
      </w:hyperlink>
      <w:r>
        <w:t xml:space="preserve"> - This article discusses Luke Prokop's journey towards his NHL aspirations two years after publicly coming out as gay. It highlights his positive experiences with teammates and the support he has received since his announcement in July 2021. Prokop reflects on the progress made and the ongoing journey towards inclusivity in professional hockey.</w:t>
      </w:r>
      <w:r/>
    </w:p>
    <w:p>
      <w:pPr>
        <w:pStyle w:val="ListNumber"/>
        <w:spacing w:line="240" w:lineRule="auto"/>
        <w:ind w:left="720"/>
      </w:pPr>
      <w:r/>
      <w:hyperlink r:id="rId12">
        <w:r>
          <w:rPr>
            <w:color w:val="0000EE"/>
            <w:u w:val="single"/>
          </w:rPr>
          <w:t>https://www.nhl.com/news/luke-prokop-reflects-on-year-since-coming-out-as-gay-334995092</w:t>
        </w:r>
      </w:hyperlink>
      <w:r>
        <w:t xml:space="preserve"> - Luke Prokop reflects on his experiences one year after coming out as gay. The article details his achievements, including winning the Western Hockey League's championship and playing in the Memorial Cup. It also covers the positive reception from teammates and opponents, emphasizing the supportive environment in the hockey community.</w:t>
      </w:r>
      <w:r/>
    </w:p>
    <w:p>
      <w:pPr>
        <w:pStyle w:val="ListNumber"/>
        <w:spacing w:line="240" w:lineRule="auto"/>
        <w:ind w:left="720"/>
      </w:pPr>
      <w:r/>
      <w:hyperlink r:id="rId11">
        <w:r>
          <w:rPr>
            <w:color w:val="0000EE"/>
            <w:u w:val="single"/>
          </w:rPr>
          <w:t>https://www.outsports.com/2023/11/15/23962819/luke-prokop-ahl-milwaukee-admirals-gay-athlete-nhl/</w:t>
        </w:r>
      </w:hyperlink>
      <w:r>
        <w:t xml:space="preserve"> - This piece reports on Luke Prokop's debut with the Milwaukee Admirals, making him the first openly gay player to participate in an AHL game. It highlights his call-up from the Atlanta Gladiators and his role in promoting inclusivity within professional hockey.</w:t>
      </w:r>
      <w:r/>
    </w:p>
    <w:p>
      <w:pPr>
        <w:pStyle w:val="ListNumber"/>
        <w:spacing w:line="240" w:lineRule="auto"/>
        <w:ind w:left="720"/>
      </w:pPr>
      <w:r/>
      <w:hyperlink r:id="rId14">
        <w:r>
          <w:rPr>
            <w:color w:val="0000EE"/>
            <w:u w:val="single"/>
          </w:rPr>
          <w:t>https://www.outsports.com/2024/9/30/24101987/luke-prokop-nashville-predators-gay-player-nhl-waived-preseason/</w:t>
        </w:r>
      </w:hyperlink>
      <w:r>
        <w:t xml:space="preserve"> - The article covers Luke Prokop's assignment to the Milwaukee Admirals by the Nashville Predators, marking a significant step in his professional career. It discusses his journey as the only openly gay athlete signed to a major U.S. men's professional sports team and his impact on the sport's inclusivity.</w:t>
      </w:r>
      <w:r/>
    </w:p>
    <w:p>
      <w:pPr>
        <w:pStyle w:val="ListNumber"/>
        <w:spacing w:line="240" w:lineRule="auto"/>
        <w:ind w:left="720"/>
      </w:pPr>
      <w:r/>
      <w:hyperlink r:id="rId13">
        <w:r>
          <w:rPr>
            <w:color w:val="0000EE"/>
            <w:u w:val="single"/>
          </w:rPr>
          <w:t>https://apnews.com/article/1c68ddca652168f9ea7052bf92dd6e43</w:t>
        </w:r>
      </w:hyperlink>
      <w:r>
        <w:t xml:space="preserve"> - This article explores the current climate in the NHL regarding the possibility of an openly gay player joining the league. It discusses Luke Prokop's pioneering role and the evolving environment towards inclusivity in professional hockey.</w:t>
      </w:r>
      <w:r/>
    </w:p>
    <w:p>
      <w:pPr>
        <w:pStyle w:val="ListNumber"/>
        <w:spacing w:line="240" w:lineRule="auto"/>
        <w:ind w:left="720"/>
      </w:pPr>
      <w:r/>
      <w:hyperlink r:id="rId15">
        <w:r>
          <w:rPr>
            <w:color w:val="0000EE"/>
            <w:u w:val="single"/>
          </w:rPr>
          <w:t>https://apnews.com/article/569baff2ce0ae2e45a8a3245562346e2</w:t>
        </w:r>
      </w:hyperlink>
      <w:r>
        <w:t xml:space="preserve"> - The piece examines the cultural impact of the TV series 'Heated Rivalry,' which features gay hockey players, and its influence on the sport's inclusivity. It highlights the show's popularity and its role in sparking discussions about representation in hockey.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annelnewsasia.com/sport/ice-hockey-trailblazer-prokop-hopes-inspire-other-gay-athletes-new-documentary-6247106" TargetMode="External"/><Relationship Id="rId10" Type="http://schemas.openxmlformats.org/officeDocument/2006/relationships/hyperlink" Target="https://www.nhl.com/news/luke-prokop-working-toward-nhl-dream-2-years-after-coming-out-as-gay-345680466" TargetMode="External"/><Relationship Id="rId11" Type="http://schemas.openxmlformats.org/officeDocument/2006/relationships/hyperlink" Target="https://www.outsports.com/2023/11/15/23962819/luke-prokop-ahl-milwaukee-admirals-gay-athlete-nhl/" TargetMode="External"/><Relationship Id="rId12" Type="http://schemas.openxmlformats.org/officeDocument/2006/relationships/hyperlink" Target="https://www.nhl.com/news/luke-prokop-reflects-on-year-since-coming-out-as-gay-334995092" TargetMode="External"/><Relationship Id="rId13" Type="http://schemas.openxmlformats.org/officeDocument/2006/relationships/hyperlink" Target="https://apnews.com/article/1c68ddca652168f9ea7052bf92dd6e43" TargetMode="External"/><Relationship Id="rId14" Type="http://schemas.openxmlformats.org/officeDocument/2006/relationships/hyperlink" Target="https://www.outsports.com/2024/9/30/24101987/luke-prokop-nashville-predators-gay-player-nhl-waived-preseason/" TargetMode="External"/><Relationship Id="rId15" Type="http://schemas.openxmlformats.org/officeDocument/2006/relationships/hyperlink" Target="https://apnews.com/article/569baff2ce0ae2e45a8a3245562346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