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YouGov Tracker Showing Rising Acceptance of Gay Jokes in Britain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noticing a quiet shift in humour: a new YouGov tracker shows more British adults now say jokes about gay people are acceptable, a trend that matters because it intersects with rising anti-LGBTQ+ incidents and shifting public attitudes. Here's what the data reveals, why activists are worried, and what to watch next.</w:t>
      </w:r>
      <w:r/>
    </w:p>
    <w:p>
      <w:r/>
      <w:r>
        <w:t>Essential Takeaways</w:t>
      </w:r>
      <w:r/>
      <w:r/>
    </w:p>
    <w:p>
      <w:pPr>
        <w:pStyle w:val="ListBullet"/>
        <w:spacing w:line="240" w:lineRule="auto"/>
        <w:ind w:left="720"/>
      </w:pPr>
      <w:r/>
      <w:r>
        <w:rPr>
          <w:b/>
        </w:rPr>
        <w:t>Measured shift:</w:t>
      </w:r>
      <w:r>
        <w:t xml:space="preserve"> The YouGov tracker finds acceptance of gay jokes “regardless of whether you identify with this group” rose from 25% in 2019 to 30% by January 2026. </w:t>
      </w:r>
      <w:r/>
    </w:p>
    <w:p>
      <w:pPr>
        <w:pStyle w:val="ListBullet"/>
        <w:spacing w:line="240" w:lineRule="auto"/>
        <w:ind w:left="720"/>
      </w:pPr>
      <w:r/>
      <w:r>
        <w:rPr>
          <w:b/>
        </w:rPr>
        <w:t>Fewer objections:</w:t>
      </w:r>
      <w:r>
        <w:t xml:space="preserve"> Those saying such jokes are “unacceptable regardless of identity” fell from 40% to 36% over the same period. </w:t>
      </w:r>
      <w:r/>
    </w:p>
    <w:p>
      <w:pPr>
        <w:pStyle w:val="ListBullet"/>
        <w:spacing w:line="240" w:lineRule="auto"/>
        <w:ind w:left="720"/>
      </w:pPr>
      <w:r/>
      <w:r>
        <w:rPr>
          <w:b/>
        </w:rPr>
        <w:t>Gender gap:</w:t>
      </w:r>
      <w:r>
        <w:t xml:space="preserve"> Men are much likelier than women to endorse these jokes , 43% of men vs 18% of women in 2026. </w:t>
      </w:r>
      <w:r/>
    </w:p>
    <w:p>
      <w:pPr>
        <w:pStyle w:val="ListBullet"/>
        <w:spacing w:line="240" w:lineRule="auto"/>
        <w:ind w:left="720"/>
      </w:pPr>
      <w:r/>
      <w:r>
        <w:rPr>
          <w:b/>
        </w:rPr>
        <w:t>Age divides:</w:t>
      </w:r>
      <w:r>
        <w:t xml:space="preserve"> Older adults are the most resistant: 45% of people 65+ call gay jokes unacceptable, compared with 25% of 18–24-year-olds. </w:t>
      </w:r>
      <w:r/>
    </w:p>
    <w:p>
      <w:pPr>
        <w:pStyle w:val="ListBullet"/>
        <w:spacing w:line="240" w:lineRule="auto"/>
        <w:ind w:left="720"/>
      </w:pPr>
      <w:r/>
      <w:r>
        <w:rPr>
          <w:b/>
        </w:rPr>
        <w:t>Broader worry:</w:t>
      </w:r>
      <w:r>
        <w:t xml:space="preserve"> Advocates warn that normalising jokes about marginalised groups can feed prejudice amid rising homophobic and transphobic incidents.</w:t>
      </w:r>
      <w:r/>
      <w:r/>
    </w:p>
    <w:p>
      <w:pPr>
        <w:pStyle w:val="Heading2"/>
      </w:pPr>
      <w:r>
        <w:t>A simple question, a revealing trend</w:t>
      </w:r>
      <w:r/>
    </w:p>
    <w:p>
      <w:r/>
      <w:r>
        <w:t>YouGov’s biannual tracker asks a straightforward thing: which identity groups is it acceptable to joke about? That plain phrasing makes shifts easy to spot, and the data shows a steady nudging towards tolerance of gay jokes by people who don’t identify as LGBTQ+. You can almost hear a shrug in the numbers , jokes are being reframed as harmless banter.</w:t>
      </w:r>
      <w:r/>
    </w:p>
    <w:p>
      <w:r/>
      <w:r>
        <w:t>The tracker’s waves run from August 2019 through January 2026 and each surveyed around 2,000 British adults, so this isn’t a blip. According to YouGov, approval for gay-targeted jokes “regardless of whether or not you identify with this group” rose from 25% to 30% across those years, while the proportion who deem them unacceptable dipped to a record low.</w:t>
      </w:r>
      <w:r/>
    </w:p>
    <w:p>
      <w:pPr>
        <w:pStyle w:val="Heading2"/>
      </w:pPr>
      <w:r>
        <w:t>Men, age and the gender gap , it’s not even across the board</w:t>
      </w:r>
      <w:r/>
    </w:p>
    <w:p>
      <w:r/>
      <w:r>
        <w:t>The split between men and women is striking and steady. Men’s approval climbed to 43% in 2026 , the highest men have recorded on this tracker , while women’s approval sat at 18%. That yawning gap says something about who’s comfortable treating sexual orientation as fair game for comedy.</w:t>
      </w:r>
      <w:r/>
    </w:p>
    <w:p>
      <w:r/>
      <w:r>
        <w:t>Age matters, too. Younger adults are the least likely to call such jokes unacceptable, while older groups remain more protective. If you’re choosing a gag for a mixed-age crowd, these are the numbers you ought to keep in mind.</w:t>
      </w:r>
      <w:r/>
    </w:p>
    <w:p>
      <w:pPr>
        <w:pStyle w:val="Heading2"/>
      </w:pPr>
      <w:r>
        <w:t>Why advocates are uneasy , context beyond punchlines</w:t>
      </w:r>
      <w:r/>
    </w:p>
    <w:p>
      <w:r/>
      <w:r>
        <w:t>Numbers don’t exist in a vacuum. LGBTQ+ advocates have flagged that humorous targeting can normalise prejudice, turning sharp-edged rhetoric into everyday banter that chips away at social solidarity. That concern is reinforced by related reports of rising homophobic and transphobic incidents in schools and public life, which make the shift in attitudes feel less abstract and more urgent.</w:t>
      </w:r>
      <w:r/>
    </w:p>
    <w:p>
      <w:r/>
      <w:r>
        <w:t>The tracker doesn’t ask whether respondents see these jokes as cruel, contextual or harmless; it only records whether they think jokes are acceptable. So the data shows willingness, not intent , but willingness can feed a climate where harmful language is tolerated.</w:t>
      </w:r>
      <w:r/>
    </w:p>
    <w:p>
      <w:pPr>
        <w:pStyle w:val="Heading2"/>
      </w:pPr>
      <w:r>
        <w:t>How this fits broader British trends in attitudes</w:t>
      </w:r>
      <w:r/>
    </w:p>
    <w:p>
      <w:r/>
      <w:r>
        <w:t>YouGov’s trackers and articles across its site show varied attitudes to identity-based jokes and how people describe their own sexuality. Comparisons with other trackers suggest the pattern isn’t isolated: humour about different identity groups has been a contested cultural battleground as Britain debates free speech, culture wars and what counts as acceptable banter.</w:t>
      </w:r>
      <w:r/>
    </w:p>
    <w:p>
      <w:r/>
      <w:r>
        <w:t>Put simply, the rising tolerance of gay jokes sits alongside other indicators of shifting public opinion about LGBTQ+ issues, and it dovetails with evidence of both progress and backlash in different arenas.</w:t>
      </w:r>
      <w:r/>
    </w:p>
    <w:p>
      <w:pPr>
        <w:pStyle w:val="Heading2"/>
      </w:pPr>
      <w:r>
        <w:t>What to watch and practical takeaways</w:t>
      </w:r>
      <w:r/>
    </w:p>
    <w:p>
      <w:r/>
      <w:r>
        <w:t>If you care about community safety or workplace culture, these numbers suggest a few practical steps: set clear policies on harassment that mention humour and context, educate teams about how jokes can harm, and listen to people from marginalised groups about how language lands. For parents and educators, the age breakdown reminds us that younger people are already navigating these norms , guidance and conversation matter.</w:t>
      </w:r>
      <w:r/>
    </w:p>
    <w:p>
      <w:r/>
      <w:r>
        <w:t>And for anyone who enjoys comedy, a useful rule of thumb is to consider power and proximity: who’s the butt of the joke, who’s doing the joking, and who’s likely to be hurt. That test keeps humour sharp without doing quiet damage.</w:t>
      </w:r>
      <w:r/>
    </w:p>
    <w:p>
      <w:r/>
      <w:r>
        <w:t>It's a small change in percentages that could have bigger consequences for how comfortable people feel in everyday spaces.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Paragraph 3: </w:t>
      </w:r>
      <w:hyperlink r:id="rId10">
        <w:r>
          <w:rPr>
            <w:color w:val="0000EE"/>
            <w:u w:val="single"/>
          </w:rPr>
          <w:t>[2]</w:t>
        </w:r>
      </w:hyperlink>
      <w:r>
        <w:t xml:space="preserve">- Paragraph 4: </w:t>
      </w:r>
      <w:hyperlink r:id="rId10">
        <w:r>
          <w:rPr>
            <w:color w:val="0000EE"/>
            <w:u w:val="single"/>
          </w:rPr>
          <w:t>[2]</w:t>
        </w:r>
      </w:hyperlink>
      <w:r>
        <w:t xml:space="preserve">, </w:t>
      </w:r>
      <w:hyperlink r:id="rId11">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[4]</w:t>
        </w:r>
      </w:hyperlink>
      <w:r>
        <w:t xml:space="preserve">- Paragraph 6: </w:t>
      </w:r>
      <w:hyperlink r:id="rId10">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https://gayexpress.co.nz/2026/07/yougov-tracker-shows-rising-acceptance-of-gay-jokes-in-britain/?utm_source=rss&amp;utm_medium=rss&amp;utm_campaign=yougov-tracker-shows-rising-acceptance-of-gay-jokes-in-britain</w:t>
        </w:r>
      </w:hyperlink>
      <w:r>
        <w:t xml:space="preserve"> - Please view link - unable to able to access data</w:t>
      </w:r>
      <w:r/>
    </w:p>
    <w:p>
      <w:pPr>
        <w:pStyle w:val="ListNumber"/>
        <w:spacing w:line="240" w:lineRule="auto"/>
        <w:ind w:left="720"/>
      </w:pPr>
      <w:r/>
      <w:hyperlink r:id="rId10">
        <w:r>
          <w:rPr>
            <w:color w:val="0000EE"/>
            <w:u w:val="single"/>
          </w:rPr>
          <w:t>https://yougov.com/en-gb/trackers/do-brits-think-its-acceptable-to-make-jokes-about-gay-people</w:t>
        </w:r>
      </w:hyperlink>
      <w:r>
        <w:t xml:space="preserve"> - This YouGov tracker examines British adults' views on the acceptability of making jokes about gay people. The biannual survey, conducted from August 2019 to January 2026, reveals a gradual increase in the percentage of respondents who find such jokes acceptable, rising from 25% in 2019 to 30% in 2026. Conversely, the proportion of individuals who deem these jokes unacceptable has decreased from 40% to 36% over the same period. The data also highlights demographic variations, with men more likely than women to consider gay jokes acceptable, and older respondents more inclined to find them unacceptable. These findings suggest a shift towards greater acceptance of jokes about gay people among British adults, regardless of the joke-teller's sexual orientation. However, concerns persist about the potential normalisation of prejudice through humour, especially in the context of rising anti-LGBTQ+ rhetoric in the UK.</w:t>
      </w:r>
      <w:r/>
    </w:p>
    <w:p>
      <w:pPr>
        <w:pStyle w:val="ListNumber"/>
        <w:spacing w:line="240" w:lineRule="auto"/>
        <w:ind w:left="720"/>
      </w:pPr>
      <w:r/>
      <w:hyperlink r:id="rId13">
        <w:r>
          <w:rPr>
            <w:color w:val="0000EE"/>
            <w:u w:val="single"/>
          </w:rPr>
          <w:t>https://yougov.com/en-gb/articles/45983-what-do-lesbian-gay-bisexual-and-transgender-britons-think-the-british-public-thinks-of-them</w:t>
        </w:r>
      </w:hyperlink>
      <w:r>
        <w:t xml:space="preserve"> - A YouGov survey reveals that 54% of gay and lesbian Britons believe the public holds a positive view of them, while 31% of bisexual individuals and 14% of transgender individuals feel similarly. Despite these perceptions, the general public's views are more positive, with 54% expressing favourable opinions towards gay and lesbian people, 50% towards bisexuals, and 39% towards transgender individuals. The study also highlights a growing anti-trans sentiment, with 25% of Britons admitting to holding negative views towards transgender people, up from 16% in 2021. This indicates a shift in public attitudes, with increasing negativity towards the transgender community.</w:t>
      </w:r>
      <w:r/>
    </w:p>
    <w:p>
      <w:pPr>
        <w:pStyle w:val="ListNumber"/>
        <w:spacing w:line="240" w:lineRule="auto"/>
        <w:ind w:left="720"/>
      </w:pPr>
      <w:r/>
      <w:hyperlink r:id="rId12">
        <w:r>
          <w:rPr>
            <w:color w:val="0000EE"/>
            <w:u w:val="single"/>
          </w:rPr>
          <w:t>https://yougov.com/en-gb/trackers/do-brits-think-its-acceptable-to-make-jokes-about-mixed-race-people</w:t>
        </w:r>
      </w:hyperlink>
      <w:r>
        <w:t xml:space="preserve"> - This YouGov tracker assesses British adults' opinions on the acceptability of making jokes about mixed-race people. The biannual survey, conducted from August 2019 to January 2026, provides insights into public attitudes towards racial humour and its perceived acceptability across different demographics. The data highlights variations in opinions based on factors such as age, gender, and social grade, reflecting the complex nature of racial humour in British society. The findings contribute to ongoing discussions about the boundaries of acceptable humour and the impact of racial jokes on social cohesion and inclusivity.</w:t>
      </w:r>
      <w:r/>
    </w:p>
    <w:p>
      <w:pPr>
        <w:pStyle w:val="ListNumber"/>
        <w:spacing w:line="240" w:lineRule="auto"/>
        <w:ind w:left="720"/>
      </w:pPr>
      <w:r/>
      <w:hyperlink r:id="rId14">
        <w:r>
          <w:rPr>
            <w:color w:val="0000EE"/>
            <w:u w:val="single"/>
          </w:rPr>
          <w:t>https://yougov.com/en-gb/articles/27636-will-britons-find-revived-little-britain-funny</w:t>
        </w:r>
      </w:hyperlink>
      <w:r>
        <w:t xml:space="preserve"> - This article explores the potential reception of a revived 'Little Britain' series in the UK. The original show, which aired 15 years ago, faced criticism for its portrayal of minorities. The creators, Matt Lucas and David Walliams, acknowledge that societal attitudes have evolved, and they would be uncomfortable making some of the same jokes today. The article presents data from a YouGov survey indicating that 45% of Britons find jokes about overweight people acceptable, while 41% deem them unacceptable. Additionally, 42% of respondents find blackface portrayal unacceptable, with 56% of those aged 18 to 29 expressing disapproval. The findings suggest that certain comedic elements from the original series may not be well-received in the current cultural climate.</w:t>
      </w:r>
      <w:r/>
    </w:p>
    <w:p>
      <w:pPr>
        <w:pStyle w:val="ListNumber"/>
        <w:spacing w:line="240" w:lineRule="auto"/>
        <w:ind w:left="720"/>
      </w:pPr>
      <w:r/>
      <w:hyperlink r:id="rId15">
        <w:r>
          <w:rPr>
            <w:color w:val="0000EE"/>
            <w:u w:val="single"/>
          </w:rPr>
          <w:t>https://yougov.com/en-gb/trackers/how-brits-describe-their-sexuality</w:t>
        </w:r>
      </w:hyperlink>
      <w:r>
        <w:t xml:space="preserve"> - This YouGov tracker examines how British adults describe their sexuality on a scale from 0 (completely heterosexual) to 6 (completely homosexual). The biannual survey, conducted from August 2019 to January 2026, provides insights into the distribution of sexual orientations within the UK population. The data highlights variations based on age, gender, and social grade, reflecting the diverse nature of sexual identities in Britain. The findings contribute to ongoing discussions about the fluidity of sexual orientation and the factors influencing individuals' self-perception and expression of their sexuality.</w:t>
      </w:r>
      <w:r/>
    </w:p>
    <w:p>
      <w:pPr>
        <w:pStyle w:val="ListNumber"/>
        <w:spacing w:line="240" w:lineRule="auto"/>
        <w:ind w:left="720"/>
      </w:pPr>
      <w:r/>
      <w:hyperlink r:id="rId11">
        <w:r>
          <w:rPr>
            <w:color w:val="0000EE"/>
            <w:u w:val="single"/>
          </w:rPr>
          <w:t>https://www.thepinknews.com/2025/02/12/anti-trans-sentiment-among-british-people-is-increasing-yougov-data-shows/</w:t>
        </w:r>
      </w:hyperlink>
      <w:r>
        <w:t xml:space="preserve"> - A YouGov poll has highlighted an increase in anti-trans sentiment among British people since 2022. The research indicates that even in sectors that usually lean more progressive, such as women and young people, attitudes have worsened. As of December 2024, only 37% of women polled supported the right to legally change one's gender, a drop from 44% in 2022. Meanwhile, 42% said they were explicitly opposed to the idea, a significant increase from 32% in 2022. Fewer young people support the right to legally change gender, with only 50% of respondents aged 18-24 saying they support this, down from 57% in the previous poll. This data suggests a growing scepticism towards transgender rights in the UK.</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07/yougov-tracker-shows-rising-acceptance-of-gay-jokes-in-britain/?utm_source=rss&amp;utm_medium=rss&amp;utm_campaign=yougov-tracker-shows-rising-acceptance-of-gay-jokes-in-britain" TargetMode="External"/><Relationship Id="rId10" Type="http://schemas.openxmlformats.org/officeDocument/2006/relationships/hyperlink" Target="https://yougov.com/en-gb/trackers/do-brits-think-its-acceptable-to-make-jokes-about-gay-people" TargetMode="External"/><Relationship Id="rId11" Type="http://schemas.openxmlformats.org/officeDocument/2006/relationships/hyperlink" Target="https://www.thepinknews.com/2025/02/12/anti-trans-sentiment-among-british-people-is-increasing-yougov-data-shows/" TargetMode="External"/><Relationship Id="rId12" Type="http://schemas.openxmlformats.org/officeDocument/2006/relationships/hyperlink" Target="https://yougov.com/en-gb/trackers/do-brits-think-its-acceptable-to-make-jokes-about-mixed-race-people" TargetMode="External"/><Relationship Id="rId13" Type="http://schemas.openxmlformats.org/officeDocument/2006/relationships/hyperlink" Target="https://yougov.com/en-gb/articles/45983-what-do-lesbian-gay-bisexual-and-transgender-britons-think-the-british-public-thinks-of-them" TargetMode="External"/><Relationship Id="rId14" Type="http://schemas.openxmlformats.org/officeDocument/2006/relationships/hyperlink" Target="https://yougov.com/en-gb/articles/27636-will-britons-find-revived-little-britain-funny" TargetMode="External"/><Relationship Id="rId15" Type="http://schemas.openxmlformats.org/officeDocument/2006/relationships/hyperlink" Target="https://yougov.com/en-gb/trackers/how-brits-describe-their-sexual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