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Bonnie Tyler Moments That Shaped Queer Culture and Drag Performance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fans alike are revisiting Bonnie Tyler’s thunderous anthems after the singer’s passing, remembering who she was and why her voice mattered , to pop charts, to film soundtracks, and especially to generations of queer fans who found courage, camp and catharsis in her music.</w:t>
      </w:r>
      <w:r/>
    </w:p>
    <w:p>
      <w:r/>
      <w:r>
        <w:t>Essential Takeaways</w:t>
      </w:r>
      <w:r/>
      <w:r/>
    </w:p>
    <w:p>
      <w:pPr>
        <w:pStyle w:val="ListBullet"/>
        <w:spacing w:line="240" w:lineRule="auto"/>
        <w:ind w:left="720"/>
      </w:pPr>
      <w:r/>
      <w:r>
        <w:rPr>
          <w:b/>
        </w:rPr>
        <w:t>Iconic voice:</w:t>
      </w:r>
      <w:r>
        <w:t xml:space="preserve"> Bonnie Tyler’s rasp and power-ballad delivery made songs like "Total Eclipse of the Heart" and "Holding Out for a Hero" instantly recognisable and emotionally charged. </w:t>
      </w:r>
      <w:r/>
    </w:p>
    <w:p>
      <w:pPr>
        <w:pStyle w:val="ListBullet"/>
        <w:spacing w:line="240" w:lineRule="auto"/>
        <w:ind w:left="720"/>
      </w:pPr>
      <w:r/>
      <w:r>
        <w:rPr>
          <w:b/>
        </w:rPr>
        <w:t>Queer anthem:</w:t>
      </w:r>
      <w:r>
        <w:t xml:space="preserve"> "Holding Out for a Hero" became a staple in gay clubs, drag shows and workout playlists for its theatrical urgency and triumphant energy. </w:t>
      </w:r>
      <w:r/>
    </w:p>
    <w:p>
      <w:pPr>
        <w:pStyle w:val="ListBullet"/>
        <w:spacing w:line="240" w:lineRule="auto"/>
        <w:ind w:left="720"/>
      </w:pPr>
      <w:r/>
      <w:r>
        <w:rPr>
          <w:b/>
        </w:rPr>
        <w:t>Drag history:</w:t>
      </w:r>
      <w:r>
        <w:t xml:space="preserve"> The song soundtracked landmark moments in drag culture, including the Tandi Iman Dupree entrance that many still call the greatest drag entrance ever. </w:t>
      </w:r>
      <w:r/>
    </w:p>
    <w:p>
      <w:pPr>
        <w:pStyle w:val="ListBullet"/>
        <w:spacing w:line="240" w:lineRule="auto"/>
        <w:ind w:left="720"/>
      </w:pPr>
      <w:r/>
      <w:r>
        <w:rPr>
          <w:b/>
        </w:rPr>
        <w:t>Cultural longevity:</w:t>
      </w:r>
      <w:r>
        <w:t xml:space="preserve"> Tyler’s music crossed generations and languages, with global media reflecting on her career after her death at 75. </w:t>
      </w:r>
      <w:r/>
    </w:p>
    <w:p>
      <w:pPr>
        <w:pStyle w:val="ListBullet"/>
        <w:spacing w:line="240" w:lineRule="auto"/>
        <w:ind w:left="720"/>
      </w:pPr>
      <w:r/>
      <w:r>
        <w:rPr>
          <w:b/>
        </w:rPr>
        <w:t>Human side:</w:t>
      </w:r>
      <w:r>
        <w:t xml:space="preserve"> Her health scares and candid interviews added vulnerability to the public story, making her triumphs feel earned and relatable.</w:t>
      </w:r>
      <w:r/>
      <w:r/>
    </w:p>
    <w:p>
      <w:pPr>
        <w:pStyle w:val="Heading2"/>
      </w:pPr>
      <w:r>
        <w:t>Why her rasp mattered: a voice that could fill a stadium</w:t>
      </w:r>
      <w:r/>
    </w:p>
    <w:p>
      <w:r/>
      <w:r>
        <w:t>Bonnie Tyler’s voice was like velvet and gravel at once, a texture that made even a simple chorus feel monumental. That distinctive rasp cut through speakers and TV soundtracks, giving ordinary lines an operatic sweep. International outlets from France to Spain have been marking her passing by recalling how that voice dominated the 1980s and kept returning in new contexts. For listeners, it wasn’t just power for power’s sake; it carried longing, defiance and the sort of melodrama that asks you to feel big feelings out loud.</w:t>
      </w:r>
      <w:r/>
    </w:p>
    <w:p>
      <w:pPr>
        <w:pStyle w:val="Heading2"/>
      </w:pPr>
      <w:r>
        <w:t>“Holding Out for a Hero”: more than a movie track</w:t>
      </w:r>
      <w:r/>
    </w:p>
    <w:p>
      <w:r/>
      <w:r>
        <w:t>Originally a punchy soundtrack moment, "Holding Out for a Hero" became an anthem in its own right. Pride playlists, gym mixes and stage routines adopted its galloping beat and cinematic key changes because it makes people move and exaggerate , which is exactly what drag thrives on. The song’s aspirational lyrics and relentless momentum give performers an invitation to be bigger, faster and louder than life, and that’s why it keeps popping up in queer performance spaces.</w:t>
      </w:r>
      <w:r/>
    </w:p>
    <w:p>
      <w:pPr>
        <w:pStyle w:val="Heading2"/>
      </w:pPr>
      <w:r>
        <w:t>The entrance that rewrote drag lore</w:t>
      </w:r>
      <w:r/>
    </w:p>
    <w:p>
      <w:r/>
      <w:r>
        <w:t>There are few spectacle moments in queer performance as widely recounted as Tandi Iman Dupree’s scene-stealing entrance, fuelled by Tyler’s music and an audacious sense of showmanship. Those kinds of moments show how a pop song can become shorthand for drama, resilience and theatrical comedy. Industry coverage and fandom threads now treat such entrances as cultural milestones, and Tyler’s catalogue is frequently cited when people talk about the soundtrack of fearless performance.</w:t>
      </w:r>
      <w:r/>
    </w:p>
    <w:p>
      <w:pPr>
        <w:pStyle w:val="Heading2"/>
      </w:pPr>
      <w:r>
        <w:t>How her music kept crossing borders and generations</w:t>
      </w:r>
      <w:r/>
    </w:p>
    <w:p>
      <w:r/>
      <w:r>
        <w:t>Newsrooms from Germany to the UK and Spain have been charting Bonnie Tyler’s life and legacy, noting everything from her chart-topping singles to health episodes that made headlines. Her career lived in soundtracks, Eurovision chatter and late-night TV, so younger listeners discover her on social media while older fans remember cassette tapes and vinyl. That cross-generational presence helps explain why her songs still appear in clubs, TV montages and drag rehearsals: they’re both retro and instantly theatrical.</w:t>
      </w:r>
      <w:r/>
    </w:p>
    <w:p>
      <w:pPr>
        <w:pStyle w:val="Heading2"/>
      </w:pPr>
      <w:r>
        <w:t>Choosing the right Bonnie Tyler track for your moment</w:t>
      </w:r>
      <w:r/>
    </w:p>
    <w:p>
      <w:r/>
      <w:r>
        <w:t>If you want drama, pick "Holding Out for a Hero" , it pushes you forward and dares you to make an entrance. For emotional crescendos, "Total Eclipse of the Heart" unspools a slow-burn catharsis that works for lip-sync ballads and big, dramatic reveals. When planning a performance, think about tempo, key changes and costume reveals timed to musical shifts; Tyler’s tracks reward choreography that embraces the music’s highs and lows. And if you’re curating a playlist, include both stadium-sized anthems and quieter songs to give the audience a breather.</w:t>
      </w:r>
      <w:r/>
    </w:p>
    <w:p>
      <w:r/>
      <w:r>
        <w:t>Closing line Her voice may have faded, but the drama, courage and joy it inspired will keep echoing across stages and playlists for years to 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[4]</w:t>
        </w:r>
      </w:hyperlink>
      <w:r>
        <w:t xml:space="preserve">- Paragraph 2: </w:t>
      </w:r>
      <w:hyperlink r:id="rId12">
        <w:r>
          <w:rPr>
            <w:color w:val="0000EE"/>
            <w:u w:val="single"/>
          </w:rPr>
          <w:t>[2]</w:t>
        </w:r>
      </w:hyperlink>
      <w:r>
        <w:t xml:space="preserve">, </w:t>
      </w:r>
      <w:hyperlink r:id="rId10">
        <w:r>
          <w:rPr>
            <w:color w:val="0000EE"/>
            <w:u w:val="single"/>
          </w:rPr>
          <w:t>[5]</w:t>
        </w:r>
      </w:hyperlink>
      <w:r>
        <w:t xml:space="preserve">- Paragraph 3: </w:t>
      </w:r>
      <w:hyperlink r:id="rId9">
        <w:r>
          <w:rPr>
            <w:color w:val="0000EE"/>
            <w:u w:val="single"/>
          </w:rPr>
          <w:t>[1]</w:t>
        </w:r>
      </w:hyperlink>
      <w:r>
        <w:t xml:space="preserve">, </w:t>
      </w:r>
      <w:hyperlink r:id="rId12">
        <w:r>
          <w:rPr>
            <w:color w:val="0000EE"/>
            <w:u w:val="single"/>
          </w:rPr>
          <w:t>[2]</w:t>
        </w:r>
      </w:hyperlink>
      <w:r>
        <w:t xml:space="preserve">- Paragraph 4: </w:t>
      </w:r>
      <w:hyperlink r:id="rId13">
        <w:r>
          <w:rPr>
            <w:color w:val="0000EE"/>
            <w:u w:val="single"/>
          </w:rPr>
          <w:t>[3]</w:t>
        </w:r>
      </w:hyperlink>
      <w:r>
        <w:t xml:space="preserve">, </w:t>
      </w:r>
      <w:hyperlink r:id="rId11">
        <w:r>
          <w:rPr>
            <w:color w:val="0000EE"/>
            <w:u w:val="single"/>
          </w:rPr>
          <w:t>[4]</w:t>
        </w:r>
      </w:hyperlink>
      <w:r>
        <w:t xml:space="preserve">- Paragraph 5: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https://www.out.com/newsletter/out-newsletter-7-9-26</w:t>
        </w:r>
      </w:hyperlink>
      <w:r>
        <w:t xml:space="preserve"> - Please view link - unable to able to access data</w:t>
      </w:r>
      <w:r/>
    </w:p>
    <w:p>
      <w:pPr>
        <w:pStyle w:val="ListNumber"/>
        <w:spacing w:line="240" w:lineRule="auto"/>
        <w:ind w:left="720"/>
      </w:pPr>
      <w:r/>
      <w:hyperlink r:id="rId12">
        <w:r>
          <w:rPr>
            <w:color w:val="0000EE"/>
            <w:u w:val="single"/>
          </w:rPr>
          <w:t>https://www.apnews.com/article/11b043ebdb4fa946daa42aad804ce4a1</w:t>
        </w:r>
      </w:hyperlink>
      <w:r>
        <w:t xml:space="preserve"> - Bonnie Tyler, the iconic Welsh pop singer best known for her 1983 hit 'Total Eclipse of the Heart,' has passed away at age 75. She died unexpectedly in a hospital in Faro, Portugal, after being treated for an illness requiring emergency intestinal surgery. Famous for her husky voice, the result of throat surgery in 1976, Tyler achieved international fame with her powerful ballads. 'Total Eclipse of the Heart,' written by Jim Steinman, became a cultural phenomenon and amassed over a billion streams, frequently resurging during eclipses. The track, along with her Grammy-nominated album </w:t>
      </w:r>
      <w:r>
        <w:rPr>
          <w:i/>
        </w:rPr>
        <w:t>Faster Than the Speed of Night</w:t>
      </w:r>
      <w:r>
        <w:t>, featured members of Bruce Springsteen's E Street Band and showcased a gothic, over-the-top music video that became a staple of early MTV. Tyler's career highlights include Grammy nods, representing the UK at the 2013 Eurovision Song Contest, recording duets with major artists, and receiving an MBE from Queen Elizabeth II in 2022. Raised in Wales and influenced by Janis Joplin and Tina Turner, she adopted the stage name Bonnie Tyler and rose to fame in the 1970s before reaching her zenith in the '80s. She remained active in music into the 2010s and was married to Robert Sullivan.</w:t>
      </w:r>
      <w:r/>
    </w:p>
    <w:p>
      <w:pPr>
        <w:pStyle w:val="ListNumber"/>
        <w:spacing w:line="240" w:lineRule="auto"/>
        <w:ind w:left="720"/>
      </w:pPr>
      <w:r/>
      <w:hyperlink r:id="rId13">
        <w:r>
          <w:rPr>
            <w:color w:val="0000EE"/>
            <w:u w:val="single"/>
          </w:rPr>
          <w:t>https://www.zeit.de/news/2026-07/09/it-s-a-heartache-saengerin-bonnie-tyler-mit-75-gestorben</w:t>
        </w:r>
      </w:hyperlink>
      <w:r>
        <w:t xml:space="preserve"> - Bonnie Tyler, the Welsh singer known for her powerful ballads and distinctive raspy voice, has passed away at the age of 75. She died unexpectedly in a hospital in Faro, Portugal, after being treated for an illness requiring emergency intestinal surgery. Tyler achieved international fame with hits like 'Total Eclipse of the Heart' and 'Holding Out for a Hero.' Her music became anthems for self-expression and resilience within the queer community, with 'Holding Out for a Hero' being particularly celebrated for its association with drag performances. Tyler's legacy continues to inspire generations, and her influence remains significant in both pop culture and the LGBTQ+ community.</w:t>
      </w:r>
      <w:r/>
    </w:p>
    <w:p>
      <w:pPr>
        <w:pStyle w:val="ListNumber"/>
        <w:spacing w:line="240" w:lineRule="auto"/>
        <w:ind w:left="720"/>
      </w:pPr>
      <w:r/>
      <w:hyperlink r:id="rId11">
        <w:r>
          <w:rPr>
            <w:color w:val="0000EE"/>
            <w:u w:val="single"/>
          </w:rPr>
          <w:t>https://www.elpais.com/cultura/2026-07-09/muere-a-los-75-anos-bonnie-tyler-la-voz-arenosa-que-reino-en-los-ochenta.html</w:t>
        </w:r>
      </w:hyperlink>
      <w:r>
        <w:t xml:space="preserve"> - Bonnie Tyler, the Welsh singer known for her distinctive raspy voice and significant impact on pop music in the 1970s and 1980s, has passed away at the age of 75 in Portugal due to complications from intestinal surgery. She rose to fame with hits like 'It's a Heartache,' 'Total Eclipse of the Heart,' and 'Holding Out for a Hero.' The latter was part of the 'Footloose' soundtrack and regained popularity in 2004 with 'Shrek 2.' Her dramatic style and unique vocal delivery secured her place in commercial music history, despite not writing her own songs. Tyler remained active in her career, including representing the UK in the 2013 Eurovision Song Contest and releasing her last album in 2021. 'Total Eclipse of the Heart' continues to be a cultural reference, amassing massive views on digital platforms and forming part of the collective musical memory due to its drama and emotionality. Her musical and stage legacy will endure as a symbol of 1980s pop-rock.</w:t>
      </w:r>
      <w:r/>
    </w:p>
    <w:p>
      <w:pPr>
        <w:pStyle w:val="ListNumber"/>
        <w:spacing w:line="240" w:lineRule="auto"/>
        <w:ind w:left="720"/>
      </w:pPr>
      <w:r/>
      <w:hyperlink r:id="rId10">
        <w:r>
          <w:rPr>
            <w:color w:val="0000EE"/>
            <w:u w:val="single"/>
          </w:rPr>
          <w:t>https://www.lemonde.fr/en/obituaries/article/2026/07/09/bonnie-tyler-welsh-singer-with-inimitable-raspy-voice-dies-at-75_6755304_15.html</w:t>
        </w:r>
      </w:hyperlink>
      <w:r>
        <w:t xml:space="preserve"> - Bonnie Tyler, the acclaimed Welsh singer known for her distinctive raspy voice, passed away at age 75 on July 8, 2026, in a hospital in Portugal. Her powerful, gravelly vocals earned her comparisons to Rod Stewart and helped define hits like 'It's a Heartache' (1977) and the mega-successful 'Total Eclipse of the Heart' (1983). Born Gaynor Hopkins in Skewen, Wales, she began her career in local clubs before being signed by RCA Records in 1975. Her early success faded until her collaboration with producer Jim Steinman brought her massive international recognition in the 1980s. Tyler's theatrical rock style, epitomized by 'Total Eclipse of the Heart,' made her a global star. Though she never regained that peak again, she remained popular in parts of Europe, particularly Germany, and continued performing into the 21st century. She represented the UK at Eurovision in 2013 and released her final album, </w:t>
      </w:r>
      <w:r>
        <w:rPr>
          <w:i/>
        </w:rPr>
        <w:t>The Best Is Yet to Come</w:t>
      </w:r>
      <w:r>
        <w:t>, in 2021. Tyler's powerful voice, often the result of a vocal cord surgery that changed her tone, set her apart in a competitive era of music dominated by disco and punk.</w:t>
      </w:r>
      <w:r/>
    </w:p>
    <w:p>
      <w:pPr>
        <w:pStyle w:val="ListNumber"/>
        <w:spacing w:line="240" w:lineRule="auto"/>
        <w:ind w:left="720"/>
      </w:pPr>
      <w:r/>
      <w:hyperlink r:id="rId14">
        <w:r>
          <w:rPr>
            <w:color w:val="0000EE"/>
            <w:u w:val="single"/>
          </w:rPr>
          <w:t>https://www.fernandisco.com/2026/07/09/fernandisco-se-despide-de-bonnie-tyler-de-la-confesion-que-le-hizo-en-una-entrevista-a-su-inesperado-paso-por-eurovision/</w:t>
        </w:r>
      </w:hyperlink>
      <w:r>
        <w:t xml:space="preserve"> - Bonnie Tyler, the pop-rock legend, has passed away at 75, as confirmed by her family. Known for hits like 'Total Eclipse of the Heart,' 'It's a Heartache,' and 'Holding Out for a Hero,' her distinctive raspy voice left a profound mark on international music. Spanish radio host Fernandisco deeply lamented her loss, recalling their personal encounter during an interview. He described her as a friendly, magnetic person with a contagious smile, highlighting her unique voice, partly shaped by a vocal cord surgery. Fernandisco also remembered her unexpected appearance at Eurovision representing the UK in 2013. He concluded by stating, 'Bonnie Tyler, there will only be one,' reflecting the uniqueness of her contribution to the music world.</w:t>
      </w:r>
      <w:r/>
    </w:p>
    <w:p>
      <w:pPr>
        <w:pStyle w:val="ListNumber"/>
        <w:spacing w:line="240" w:lineRule="auto"/>
        <w:ind w:left="720"/>
      </w:pPr>
      <w:r/>
      <w:hyperlink r:id="rId15">
        <w:r>
          <w:rPr>
            <w:color w:val="0000EE"/>
            <w:u w:val="single"/>
          </w:rPr>
          <w:t>https://www.theguardian.com/music/2026/may/07/bonnie-tyler-induced-coma-intestinal-surgery</w:t>
        </w:r>
      </w:hyperlink>
      <w:r>
        <w:t xml:space="preserve"> - Bonnie Tyler has been placed into an induced coma to aid her recovery after emergency intestinal surgery, a spokesperson for the singer has said. It was revealed on Wednesday that the 74-year-old had been rushed to a hospital near her home in Faro, Portugal, for the procedure, and was recuperating.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newsletter/out-newsletter-7-9-26" TargetMode="External"/><Relationship Id="rId10" Type="http://schemas.openxmlformats.org/officeDocument/2006/relationships/hyperlink" Target="https://www.lemonde.fr/en/obituaries/article/2026/07/09/bonnie-tyler-welsh-singer-with-inimitable-raspy-voice-dies-at-75_6755304_15.html" TargetMode="External"/><Relationship Id="rId11" Type="http://schemas.openxmlformats.org/officeDocument/2006/relationships/hyperlink" Target="https://www.elpais.com/cultura/2026-07-09/muere-a-los-75-anos-bonnie-tyler-la-voz-arenosa-que-reino-en-los-ochenta.html" TargetMode="External"/><Relationship Id="rId12" Type="http://schemas.openxmlformats.org/officeDocument/2006/relationships/hyperlink" Target="https://www.apnews.com/article/11b043ebdb4fa946daa42aad804ce4a1" TargetMode="External"/><Relationship Id="rId13" Type="http://schemas.openxmlformats.org/officeDocument/2006/relationships/hyperlink" Target="https://www.zeit.de/news/2026-07/09/it-s-a-heartache-saengerin-bonnie-tyler-mit-75-gestorben" TargetMode="External"/><Relationship Id="rId14" Type="http://schemas.openxmlformats.org/officeDocument/2006/relationships/hyperlink" Target="https://www.fernandisco.com/2026/07/09/fernandisco-se-despide-de-bonnie-tyler-de-la-confesion-que-le-hizo-en-una-entrevista-a-su-inesperado-paso-por-eurovision/" TargetMode="External"/><Relationship Id="rId15" Type="http://schemas.openxmlformats.org/officeDocument/2006/relationships/hyperlink" Target="https://www.theguardian.com/music/2026/may/07/bonnie-tyler-induced-coma-intestinal-surge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