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Black Pride RVA 2026 Guide: Celebrate “We Exist: Then, Now and Forever”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out, neighbours are gathering and Richmond is ready , Black Pride RVA returns July 16–19 with a decade of community work to celebrate, free events in the park, ticketed performances and a message that matters in today’s climate. Here’s what to expect and how to make the most of the long weekend.</w:t>
      </w:r>
      <w:r/>
    </w:p>
    <w:p>
      <w:r/>
      <w:r>
        <w:t>Essential Takeaways</w:t>
      </w:r>
      <w:r/>
      <w:r/>
    </w:p>
    <w:p>
      <w:pPr>
        <w:pStyle w:val="ListBullet"/>
        <w:spacing w:line="240" w:lineRule="auto"/>
        <w:ind w:left="720"/>
      </w:pPr>
      <w:r/>
      <w:r>
        <w:rPr>
          <w:b/>
        </w:rPr>
        <w:t>When and where:</w:t>
      </w:r>
      <w:r>
        <w:t xml:space="preserve"> Four-day festival running July 16–19 across multiple Richmond venues, with headline events at Godfrey’s, Diversity Richmond and public parks.</w:t>
      </w:r>
      <w:r/>
    </w:p>
    <w:p>
      <w:pPr>
        <w:pStyle w:val="ListBullet"/>
        <w:spacing w:line="240" w:lineRule="auto"/>
        <w:ind w:left="720"/>
      </w:pPr>
      <w:r/>
      <w:r>
        <w:rPr>
          <w:b/>
        </w:rPr>
        <w:t>Theme and milestone:</w:t>
      </w:r>
      <w:r>
        <w:t xml:space="preserve"> The 2026 theme, “We exist: Then, now and forever,” marks Us Giving Richmond Connections’ 10th anniversary , a celebratory but also defiant tone.</w:t>
      </w:r>
      <w:r/>
    </w:p>
    <w:p>
      <w:pPr>
        <w:pStyle w:val="ListBullet"/>
        <w:spacing w:line="240" w:lineRule="auto"/>
        <w:ind w:left="720"/>
      </w:pPr>
      <w:r/>
      <w:r>
        <w:rPr>
          <w:b/>
        </w:rPr>
        <w:t>Cost range:</w:t>
      </w:r>
      <w:r>
        <w:t xml:space="preserve"> Several flagship events are free, including the Day of Purpose Festival and Pride at the Park; other ticketed events span roughly $5–$400.</w:t>
      </w:r>
      <w:r/>
    </w:p>
    <w:p>
      <w:pPr>
        <w:pStyle w:val="ListBullet"/>
        <w:spacing w:line="240" w:lineRule="auto"/>
        <w:ind w:left="720"/>
      </w:pPr>
      <w:r/>
      <w:r>
        <w:rPr>
          <w:b/>
        </w:rPr>
        <w:t>What’s on offer:</w:t>
      </w:r>
      <w:r>
        <w:t xml:space="preserve"> Dance nights, community festivals, a Blacktopia Ball, performances and resources , good mix of party, protest and support.</w:t>
      </w:r>
      <w:r/>
    </w:p>
    <w:p>
      <w:pPr>
        <w:pStyle w:val="ListBullet"/>
        <w:spacing w:line="240" w:lineRule="auto"/>
        <w:ind w:left="720"/>
      </w:pPr>
      <w:r/>
      <w:r>
        <w:rPr>
          <w:b/>
        </w:rPr>
        <w:t>Practical vibe:</w:t>
      </w:r>
      <w:r>
        <w:t xml:space="preserve"> Expect an inclusive, grassroots feel , bring sun protection, cash for vendors, and check event pages for age rules and accessibility info.</w:t>
      </w:r>
      <w:r/>
      <w:r/>
    </w:p>
    <w:p>
      <w:pPr>
        <w:pStyle w:val="Heading2"/>
      </w:pPr>
      <w:r>
        <w:t>A clear, bold theme and a decade to savour</w:t>
      </w:r>
      <w:r/>
    </w:p>
    <w:p>
      <w:r/>
      <w:r>
        <w:t>Black Pride RVA opens with an unmistakable statement: continuity and presence. The theme “We exist: Then, now and forever” sets an emotional, muscular tone you can feel in the lineup and local buzz. Organisers are marking 10 years of Us Giving Richmond Connections, and that anniversary gives the weekend a reflection-forward energy as much as a party one. Expect moments that honour history alongside contemporary music, drag and community programming.</w:t>
      </w:r>
      <w:r/>
    </w:p>
    <w:p>
      <w:pPr>
        <w:pStyle w:val="Heading2"/>
      </w:pPr>
      <w:r>
        <w:t>Free moments that make the weekend accessible</w:t>
      </w:r>
      <w:r/>
    </w:p>
    <w:p>
      <w:r/>
      <w:r>
        <w:t>One of the nicest things about this Pride is how many parts are free. The Day of Purpose Festival on July 18 and Pride at the Park on July 19 are open to everyone, which keeps the weekend rooted in community access. If you’re budget-conscious, plan your core experience around those days, then pick one ticketed event that feels special. Bring a picnic blanket, a water bottle and an appetite for local vendors , the park days are designed to be family-friendly and low-cost.</w:t>
      </w:r>
      <w:r/>
    </w:p>
    <w:p>
      <w:pPr>
        <w:pStyle w:val="Heading2"/>
      </w:pPr>
      <w:r>
        <w:t>Events range from intimate balls to louder nightlife</w:t>
      </w:r>
      <w:r/>
    </w:p>
    <w:p>
      <w:r/>
      <w:r>
        <w:t>The programme mixes smaller, intimate events with louder club nights. The Blacktopia Ball at Diversity Richmond promises a more formal, theatrical evening, while the kickoff at Godfrey’s the night before is likely to be upbeat and social. Tickets for curated performances and VIP experiences can go up to several hundred dollars, so weigh what matters most to you: front-row performances or community workshops and resources. Check each event description for dress codes and age limits.</w:t>
      </w:r>
      <w:r/>
    </w:p>
    <w:p>
      <w:pPr>
        <w:pStyle w:val="Heading2"/>
      </w:pPr>
      <w:r>
        <w:t>Why organisers say this matters now</w:t>
      </w:r>
      <w:r/>
    </w:p>
    <w:p>
      <w:r/>
      <w:r>
        <w:t>Organisers have been clear that current political pressures have squeezed similar LGBTQ groups elsewhere, so Black Pride RVA feels both celebratory and necessary. According to event organisers, the festival’s continued run speaks to strong local support and the resilience of community networks. That context gives the weekend a sharper purpose , it’s not just about fun, it’s about visibility and sustaining services that matter to Black LGBTQ+ people.</w:t>
      </w:r>
      <w:r/>
    </w:p>
    <w:p>
      <w:pPr>
        <w:pStyle w:val="Heading2"/>
      </w:pPr>
      <w:r>
        <w:t>How to plan your weekend (simple, practical tips)</w:t>
      </w:r>
      <w:r/>
    </w:p>
    <w:p>
      <w:r/>
      <w:r>
        <w:t>Start by bookmarking ugrcrva.org for the official schedule and ticket links, and follow local outlets listing daily events so you don’t miss pop-ups and late additions. Wear comfy shoes for venue hopping, bring cash for smaller vendors, and consider public transport or rideshares for late-night events. If accessibility features or sensory-friendly spaces matter to you, contact organisers ahead , many community events can accommodate requests if given notice.</w:t>
      </w:r>
      <w:r/>
    </w:p>
    <w:p>
      <w:pPr>
        <w:pStyle w:val="Heading2"/>
      </w:pPr>
      <w:r>
        <w:t>What to expect next , a weekend with heart and momentum</w:t>
      </w:r>
      <w:r/>
    </w:p>
    <w:p>
      <w:r/>
      <w:r>
        <w:t>This year’s Black Pride RVA is shaping up to be both a reunion and a rally: music, connection, history and practical supports all in one long weekend. Whether you come for the ball, the park, or just to be part of a city-wide embrace, it’s a chance to witness a decade of work and to help make the next ten possible.</w:t>
      </w:r>
      <w:r/>
    </w:p>
    <w:p>
      <w:r/>
      <w:r>
        <w:t>It’s a small change that can make every moment of Pride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10">
        <w:r>
          <w:rPr>
            <w:color w:val="0000EE"/>
            <w:u w:val="single"/>
          </w:rPr>
          <w:t>[2]</w:t>
        </w:r>
      </w:hyperlink>
      <w:r>
        <w:t xml:space="preserve">, </w:t>
      </w:r>
      <w:hyperlink r:id="rId14">
        <w:r>
          <w:rPr>
            <w:color w:val="0000EE"/>
            <w:u w:val="single"/>
          </w:rPr>
          <w:t>[5]</w:t>
        </w:r>
      </w:hyperlink>
      <w:r>
        <w:t xml:space="preserve">- Paragraph 6: </w:t>
      </w:r>
      <w:hyperlink r:id="rId15">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https://richmondmagazine.com/arts-entertainment/richmond-events/black-pride-rva-2026/</w:t>
        </w:r>
      </w:hyperlink>
      <w:r>
        <w:t xml:space="preserve"> - Please view link - unable to able to access data</w:t>
      </w:r>
      <w:r/>
    </w:p>
    <w:p>
      <w:pPr>
        <w:pStyle w:val="ListNumber"/>
        <w:spacing w:line="240" w:lineRule="auto"/>
        <w:ind w:left="720"/>
      </w:pPr>
      <w:r/>
      <w:hyperlink r:id="rId10">
        <w:r>
          <w:rPr>
            <w:color w:val="0000EE"/>
            <w:u w:val="single"/>
          </w:rPr>
          <w:t>https://www.ugrcrva.org/</w:t>
        </w:r>
      </w:hyperlink>
      <w:r>
        <w:t xml:space="preserve"> - Us Giving Richmond Connections (UGRC) is a nonprofit organisation dedicated to improving the health and well-being of Black LGBTQ communities in the greater Richmond area. Founded in 2008, UGRC aims to empower and celebrate the local Black LGBTQIA+ community, advocating for their rights and equality. The organisation hosts various events, including annual Pride festivals, community forums, and health and wellness fairs, providing a platform for Black LGBTQIA+ individuals to celebrate their identities and connect with one another.</w:t>
      </w:r>
      <w:r/>
    </w:p>
    <w:p>
      <w:pPr>
        <w:pStyle w:val="ListNumber"/>
        <w:spacing w:line="240" w:lineRule="auto"/>
        <w:ind w:left="720"/>
      </w:pPr>
      <w:r/>
      <w:hyperlink r:id="rId12">
        <w:r>
          <w:rPr>
            <w:color w:val="0000EE"/>
            <w:u w:val="single"/>
          </w:rPr>
          <w:t>https://outrva.com/events/black-pride-weekend</w:t>
        </w:r>
      </w:hyperlink>
      <w:r>
        <w:t xml:space="preserve"> - OutRVA provides a comprehensive list of events for Black Pride RVA 2026, scheduled from July 16 to July 19 in Richmond, Virginia. The events include a Kick-Off Party at Godfrey’s on July 16, the Blacktopia Ball at Diversity Richmond on July 18, and Pride at the Park on July 19. The Day of Purpose Festival on July 18 and Pride at the Park on July 19 offer free admission, while tickets for other events range from $5 to $400.</w:t>
      </w:r>
      <w:r/>
    </w:p>
    <w:p>
      <w:pPr>
        <w:pStyle w:val="ListNumber"/>
        <w:spacing w:line="240" w:lineRule="auto"/>
        <w:ind w:left="720"/>
      </w:pPr>
      <w:r/>
      <w:hyperlink r:id="rId11">
        <w:r>
          <w:rPr>
            <w:color w:val="0000EE"/>
            <w:u w:val="single"/>
          </w:rPr>
          <w:t>https://www.virginia.org/blog/post/black-pride-rva-us-giving-richmond-connections/</w:t>
        </w:r>
      </w:hyperlink>
      <w:r>
        <w:t xml:space="preserve"> - This article highlights the sixth annual Black Pride RVA, a three-day festival held in Richmond, Virginia, from July 14 to July 16. Organised by Us Giving Richmond Connections (UGRC), the festival features various events, including the Kick-Off Party at Godfrey’s, the Community Root Awards at Diversity Richmond, the Day of Purpose Festival at Diversity Richmond, and the 4th Annual Blacktopia Ball at Diversity Richmond. The article also discusses the role of UGRC in empowering and celebrating the local Black LGBTQIA+ community.</w:t>
      </w:r>
      <w:r/>
    </w:p>
    <w:p>
      <w:pPr>
        <w:pStyle w:val="ListNumber"/>
        <w:spacing w:line="240" w:lineRule="auto"/>
        <w:ind w:left="720"/>
      </w:pPr>
      <w:r/>
      <w:hyperlink r:id="rId14">
        <w:r>
          <w:rPr>
            <w:color w:val="0000EE"/>
            <w:u w:val="single"/>
          </w:rPr>
          <w:t>https://www.virginia.org/blog/post/your-2026-guide-to-virginias-pride-festivals-events/</w:t>
        </w:r>
      </w:hyperlink>
      <w:r>
        <w:t xml:space="preserve"> - This guide provides an overview of Virginia's Pride festivals and events for 2026. It includes details about Black Pride RVA in Richmond, scheduled from July 16 to July 19, featuring events such as the Kick-Off Party at Godfrey’s, the Community Root Awards at Diversity Richmond, the Day of Purpose Festival at Diversity Richmond, the 4th Annual Blacktopia Ball at Diversity Richmond, Drag Brunch at Stadium Sports Bar, and Pride in the Park at Byrd Park Shelter #1.</w:t>
      </w:r>
      <w:r/>
    </w:p>
    <w:p>
      <w:pPr>
        <w:pStyle w:val="ListNumber"/>
        <w:spacing w:line="240" w:lineRule="auto"/>
        <w:ind w:left="720"/>
      </w:pPr>
      <w:r/>
      <w:hyperlink r:id="rId15">
        <w:r>
          <w:rPr>
            <w:color w:val="0000EE"/>
            <w:u w:val="single"/>
          </w:rPr>
          <w:t>https://heartandsoul.virginia.org/events/</w:t>
        </w:r>
      </w:hyperlink>
      <w:r>
        <w:t xml:space="preserve"> - Heart &amp; Soul, a platform promoting Black culture in Virginia, lists upcoming events, including Black Pride RVA from July 16 to July 19, 2026. The event is described as a powerful weekend of love, unity, and celebration, uplifting BIPOC LGBTQ+ voices through parties, panels, performances, and healing spaces. The focus is on empowerment, connection, and unapologetic pride.</w:t>
      </w:r>
      <w:r/>
    </w:p>
    <w:p>
      <w:pPr>
        <w:pStyle w:val="ListNumber"/>
        <w:spacing w:line="240" w:lineRule="auto"/>
        <w:ind w:left="720"/>
      </w:pPr>
      <w:r/>
      <w:hyperlink r:id="rId13">
        <w:r>
          <w:rPr>
            <w:color w:val="0000EE"/>
            <w:u w:val="single"/>
          </w:rPr>
          <w:t>https://centerforblackequity.squarespace.com/events</w:t>
        </w:r>
      </w:hyperlink>
      <w:r>
        <w:t xml:space="preserve"> - The Center for Black Equity lists Black Pride RVA 2026 as an official Black Pride event, scheduled from July 15 to July 17, 2026, in Richmond, Virginia. The event is presented by Us Giving Richmond Connections Inc. and is part of the 12 Months of Black Pride series, celebrating Black LGBTQ+ culture and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ichmondmagazine.com/arts-entertainment/richmond-events/black-pride-rva-2026/" TargetMode="External"/><Relationship Id="rId10" Type="http://schemas.openxmlformats.org/officeDocument/2006/relationships/hyperlink" Target="https://www.ugrcrva.org/" TargetMode="External"/><Relationship Id="rId11" Type="http://schemas.openxmlformats.org/officeDocument/2006/relationships/hyperlink" Target="https://www.virginia.org/blog/post/black-pride-rva-us-giving-richmond-connections/" TargetMode="External"/><Relationship Id="rId12" Type="http://schemas.openxmlformats.org/officeDocument/2006/relationships/hyperlink" Target="https://outrva.com/events/black-pride-weekend" TargetMode="External"/><Relationship Id="rId13" Type="http://schemas.openxmlformats.org/officeDocument/2006/relationships/hyperlink" Target="https://centerforblackequity.squarespace.com/events" TargetMode="External"/><Relationship Id="rId14" Type="http://schemas.openxmlformats.org/officeDocument/2006/relationships/hyperlink" Target="https://www.virginia.org/blog/post/your-2026-guide-to-virginias-pride-festivals-events/" TargetMode="External"/><Relationship Id="rId15" Type="http://schemas.openxmlformats.org/officeDocument/2006/relationships/hyperlink" Target="https://heartandsoul.virginia.org/ev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