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Audio Erotica Apps for Women: Why They Put You at the Centre of Pleasure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listeners are turning to audio erotica as a softer, more intimate way for women and LGBTQ+ people to explore desire; apps, voice actors and therapists say the format offers safety, imagination and a focus on consent , here’s what to know and how to choose the right experience.</w:t>
      </w:r>
      <w:r/>
    </w:p>
    <w:p>
      <w:r/>
      <w:r>
        <w:t>Essential Takeaways</w:t>
      </w:r>
      <w:r/>
      <w:r/>
    </w:p>
    <w:p>
      <w:pPr>
        <w:pStyle w:val="ListBullet"/>
        <w:spacing w:line="240" w:lineRule="auto"/>
        <w:ind w:left="720"/>
      </w:pPr>
      <w:r/>
      <w:r>
        <w:rPr>
          <w:b/>
        </w:rPr>
        <w:t>Audience focus:</w:t>
      </w:r>
      <w:r>
        <w:t xml:space="preserve"> Most mainstream erotica apps report predominantly female listeners and market themselves as created by and for women.</w:t>
      </w:r>
      <w:r/>
    </w:p>
    <w:p>
      <w:pPr>
        <w:pStyle w:val="ListBullet"/>
        <w:spacing w:line="240" w:lineRule="auto"/>
        <w:ind w:left="720"/>
      </w:pPr>
      <w:r/>
      <w:r>
        <w:rPr>
          <w:b/>
        </w:rPr>
        <w:t>Intimacy via sound:</w:t>
      </w:r>
      <w:r>
        <w:t xml:space="preserve"> Headphones and binaural recording create a “cocooning” feeling , voices feel close, personal and private.</w:t>
      </w:r>
      <w:r/>
    </w:p>
    <w:p>
      <w:pPr>
        <w:pStyle w:val="ListBullet"/>
        <w:spacing w:line="240" w:lineRule="auto"/>
        <w:ind w:left="720"/>
      </w:pPr>
      <w:r/>
      <w:r>
        <w:rPr>
          <w:b/>
        </w:rPr>
        <w:t>Wellness framing:</w:t>
      </w:r>
      <w:r>
        <w:t xml:space="preserve"> Platforms position content as erotica or wellbeing to reach app stores and avoid porn stigma; they often stress consent and aftercare.</w:t>
      </w:r>
      <w:r/>
    </w:p>
    <w:p>
      <w:pPr>
        <w:pStyle w:val="ListBullet"/>
        <w:spacing w:line="240" w:lineRule="auto"/>
        <w:ind w:left="720"/>
      </w:pPr>
      <w:r/>
      <w:r>
        <w:rPr>
          <w:b/>
        </w:rPr>
        <w:t>Practical use:</w:t>
      </w:r>
      <w:r>
        <w:t xml:space="preserve"> Therapists recommend audio for relaxation, body exploration and improving communication with partners.</w:t>
      </w:r>
      <w:r/>
    </w:p>
    <w:p>
      <w:pPr>
        <w:pStyle w:val="ListBullet"/>
        <w:spacing w:line="240" w:lineRule="auto"/>
        <w:ind w:left="720"/>
      </w:pPr>
      <w:r/>
      <w:r>
        <w:rPr>
          <w:b/>
        </w:rPr>
        <w:t>Variety and ethics:</w:t>
      </w:r>
      <w:r>
        <w:t xml:space="preserve"> From scripted romance to improvised roleplay, offerings range widely; look for transparent creator practices if ethics matter to you.</w:t>
      </w:r>
      <w:r/>
      <w:r/>
    </w:p>
    <w:p>
      <w:pPr>
        <w:pStyle w:val="Heading2"/>
      </w:pPr>
      <w:r>
        <w:t>Why sound changes the way we experience sex stories</w:t>
      </w:r>
      <w:r/>
    </w:p>
    <w:p>
      <w:r/>
      <w:r>
        <w:t>The strongest thing about audio erotica is how immediate it feels , a whisper in your ear, a soft laugh, or a warm tone that seems to enter your personal space. Researchers and producers point out that headphones plus close mic techniques produce a uniquely intimate sensation that visual porn rarely achieves. According to studies and industry reporting, binaural recording intensifies this closeness, making the listener feel individually addressed rather than observed. This matters because intimacy is part imagination and part physical sensation. Many listeners report that audio helps them relax and engage their own fantasies without the pressure of performance. If you struggle with intrusive thoughts or unrealistic visuals, audio gives you space to conjure your own images and preferences.</w:t>
      </w:r>
      <w:r/>
    </w:p>
    <w:p>
      <w:pPr>
        <w:pStyle w:val="Heading2"/>
      </w:pPr>
      <w:r>
        <w:t>How apps recast erotica as wellness (and why they do it)</w:t>
      </w:r>
      <w:r/>
    </w:p>
    <w:p>
      <w:r/>
      <w:r>
        <w:t>Companies like Dipsea, Quinn, Ferly and Emjoy frame their offerings as wellness or “wellcare” rather than explicit porn, and that’s deliberate. The wellness tag helps them advertise, access app stores and reassure users who might be wary of exploitative mainstream porn. Industry commentary notes this is partly practical and partly ideological: apps promise safety, consent-focused narratives and a centre-stage role for the listener. But don’t assume “wellness” equals automatically ethical. Experts and ethical porn advocates remind us that marketing language isn’t the same as artist and platform transparency. If ethical production is important, check whether creators disclose recording conditions, consent practices and payment structures for performers.</w:t>
      </w:r>
      <w:r/>
    </w:p>
    <w:p>
      <w:pPr>
        <w:pStyle w:val="Heading2"/>
      </w:pPr>
      <w:r>
        <w:t>The “boyfriend experience” and why it’s so comforting</w:t>
      </w:r>
      <w:r/>
    </w:p>
    <w:p>
      <w:r/>
      <w:r>
        <w:t>One of the most popular genres is the “boyfriend experience” , narratives centred on care, domestic intimacy and emotional labour as foreplay. Fans say it answers a modern craving for being looked after: someone cooking, cuddling, checking in. Academics link its popularity to a broader “smut renaissance” and to people’s growing scepticism about real-world romance. Therapists find this genre useful because it models communication, consent and aftercare in calm, accessible ways. If you’re buying into this for the first time, try shorter episodes that focus on check-ins and consent, so you can see how it influences your expectations and conversations with partners.</w:t>
      </w:r>
      <w:r/>
    </w:p>
    <w:p>
      <w:pPr>
        <w:pStyle w:val="Heading2"/>
      </w:pPr>
      <w:r>
        <w:t>Picking an app or story: what to look for</w:t>
      </w:r>
      <w:r/>
    </w:p>
    <w:p>
      <w:r/>
      <w:r>
        <w:t>Not all audio erotica is the same. Some productions are tightly scripted with professional actors, others are improvised and intimate, and some sync to sex tech toys. Think about what you want: a polished romance, a clinical guide to pleasure, or a voice that feels like a friend? Look for clear content tags (consent, kink level, triggers), episode length, producer transparency and user reviews. Practical tip: try free samples before subscribing. Use headphones and a comfortable, private setup, and pause the story if anything feels off. If you’re experimenting with toy synchronisation, read the safety notes and test controls before use.</w:t>
      </w:r>
      <w:r/>
    </w:p>
    <w:p>
      <w:pPr>
        <w:pStyle w:val="Heading2"/>
      </w:pPr>
      <w:r>
        <w:t>Ethical and therapeutic considerations to keep in mind</w:t>
      </w:r>
      <w:r/>
    </w:p>
    <w:p>
      <w:r/>
      <w:r>
        <w:t>Audio formats can reduce visual exploitation and broaden representation, but they aren’t a moral panacea. According to conversations in ethical porn circles, the real barometer is how platforms pay and protect creators. Also, some listeners use audio as a therapeutic adjunct , for body acceptance, reducing shame, or re-learning arousal , and clinicians sometimes recommend it as a safe practice. If therapy-like outcomes are your goal, discuss tracks with a sex therapist and use audio as one of several tools for building intimacy, rather than a replacement for real-life communication or professional help.</w:t>
      </w:r>
      <w:r/>
    </w:p>
    <w:p>
      <w:r/>
      <w:r>
        <w:t>It's a small change in format that can make a big difference to how you experience pleasure , explore slowly and pick voices and apps that respect your boundaries.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[7]</w:t>
        </w:r>
      </w:hyperlink>
      <w:r>
        <w:t xml:space="preserve">- Paragraph 2: </w:t>
      </w:r>
      <w:hyperlink r:id="rId12">
        <w:r>
          <w:rPr>
            <w:color w:val="0000EE"/>
            <w:u w:val="single"/>
          </w:rPr>
          <w:t>[2]</w:t>
        </w:r>
      </w:hyperlink>
      <w:r>
        <w:t xml:space="preserve">, </w:t>
      </w:r>
      <w:hyperlink r:id="rId11">
        <w:r>
          <w:rPr>
            <w:color w:val="0000EE"/>
            <w:u w:val="single"/>
          </w:rPr>
          <w:t>[7]</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15">
        <w:r>
          <w:rPr>
            <w:color w:val="0000EE"/>
            <w:u w:val="single"/>
          </w:rPr>
          <w:t>[4]</w:t>
        </w:r>
      </w:hyperlink>
      <w:r>
        <w:t xml:space="preserve">, </w:t>
      </w:r>
      <w:hyperlink r:id="rId12">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https://www.brisbanetimes.com.au/lifestyle/life-and-relationships/how-audio-erotica-is-making-women-the-main-characters-of-sex-20230809-p5dv2r.html?ref=rss&amp;utm_medium=rss&amp;utm_source=rss_feed</w:t>
        </w:r>
      </w:hyperlink>
      <w:r>
        <w:t xml:space="preserve"> - Please view link - unable to able to access data</w:t>
      </w:r>
      <w:r/>
    </w:p>
    <w:p>
      <w:pPr>
        <w:pStyle w:val="ListNumber"/>
        <w:spacing w:line="240" w:lineRule="auto"/>
        <w:ind w:left="720"/>
      </w:pPr>
      <w:r/>
      <w:hyperlink r:id="rId12">
        <w:r>
          <w:rPr>
            <w:color w:val="0000EE"/>
            <w:u w:val="single"/>
          </w:rPr>
          <w:t>https://www.healthline.com/health/healthy-sex/audio-porn</w:t>
        </w:r>
      </w:hyperlink>
      <w:r>
        <w:t xml:space="preserve"> - This article explores the rise of audio erotica, highlighting platforms like Dipsea that offer short, sensual stories. It discusses how listeners appreciate non-visual erotica for its ability to engage the imagination and provide a more intimate experience. The piece also touches on the concept of sexual wellness, emphasizing confidence, intimacy, and the safety of exploring desires through audio content. Additionally, it mentions the role of sound-based arousal, including autonomous sensory meridian response (ASMR), and the accessibility features of platforms like Pornhub for individuals with vision loss.</w:t>
      </w:r>
      <w:r/>
    </w:p>
    <w:p>
      <w:pPr>
        <w:pStyle w:val="ListNumber"/>
        <w:spacing w:line="240" w:lineRule="auto"/>
        <w:ind w:left="720"/>
      </w:pPr>
      <w:r/>
      <w:hyperlink r:id="rId10">
        <w:r>
          <w:rPr>
            <w:color w:val="0000EE"/>
            <w:u w:val="single"/>
          </w:rPr>
          <w:t>https://apps.apple.com/pa/app/emjoy-female-wellcare/id1467274919</w:t>
        </w:r>
      </w:hyperlink>
      <w:r>
        <w:t xml:space="preserve"> - Emjoy is an audio wellcare app designed specifically for female wellness and health. It offers self-help materials and science-backed content tailored to women's needs. Through audio stories, Emjoy aims to help users overcome anxiety, build intimacy, and enhance relationship self-care and physical affection. The app provides well-being sessions to boost self-confidence and offers audio stories created by women, for women, to explore desires and improve body acceptance. Emjoy is available for download on the App Store.</w:t>
      </w:r>
      <w:r/>
    </w:p>
    <w:p>
      <w:pPr>
        <w:pStyle w:val="ListNumber"/>
        <w:spacing w:line="240" w:lineRule="auto"/>
        <w:ind w:left="720"/>
      </w:pPr>
      <w:r/>
      <w:hyperlink r:id="rId15">
        <w:r>
          <w:rPr>
            <w:color w:val="0000EE"/>
            <w:u w:val="single"/>
          </w:rPr>
          <w:t>https://www.goodgoodgood.co/articles/ethical-porn</w:t>
        </w:r>
      </w:hyperlink>
      <w:r>
        <w:t xml:space="preserve"> - This article discusses ethical porn and highlights platforms like Emjoy that focus on female pleasure and consent. Emjoy offers audio erotica stories along with lessons on boosting libido, improving relationships, and enhancing body acceptance. The content is created by sex therapists and OB-GYNs, ensuring a science-backed approach to female well-being. The app is available for download on both Apple and Google Play stores, providing a personalized sexual well-being journey with hundreds of audio stories and sessions.</w:t>
      </w:r>
      <w:r/>
    </w:p>
    <w:p>
      <w:pPr>
        <w:pStyle w:val="ListNumber"/>
        <w:spacing w:line="240" w:lineRule="auto"/>
        <w:ind w:left="720"/>
      </w:pPr>
      <w:r/>
      <w:hyperlink r:id="rId13">
        <w:r>
          <w:rPr>
            <w:color w:val="0000EE"/>
            <w:u w:val="single"/>
          </w:rPr>
          <w:t>https://sheerluxe.com/life/sex-relationships/the-intimate-trend-everyones-talking-about</w:t>
        </w:r>
      </w:hyperlink>
      <w:r>
        <w:t xml:space="preserve"> - This article examines the growing trend of audio erotica, particularly its appeal to women. It highlights platforms like Quinn and Dipsea, which offer story-driven content blending intimacy with imagination. The piece notes that audio erotica is becoming a mainstream form of self-care, with celebrity-backed platforms and a focus on female-focused pleasure. It discusses how these platforms provide a more discreet, story-led format compared to traditional visual adult content, positioning audio erotica within the wellness world.</w:t>
      </w:r>
      <w:r/>
    </w:p>
    <w:p>
      <w:pPr>
        <w:pStyle w:val="ListNumber"/>
        <w:spacing w:line="240" w:lineRule="auto"/>
        <w:ind w:left="720"/>
      </w:pPr>
      <w:r/>
      <w:hyperlink r:id="rId14">
        <w:r>
          <w:rPr>
            <w:color w:val="0000EE"/>
            <w:u w:val="single"/>
          </w:rPr>
          <w:t>https://smutes.com/blog/best-female-friendly-erotica-sites-apps</w:t>
        </w:r>
      </w:hyperlink>
      <w:r>
        <w:t xml:space="preserve"> - This article reviews the best female-friendly erotica sites and apps designed for women. It discusses platforms that prioritize female pleasure and consent, offering audio erotica and written stories tailored to women's needs. The piece emphasizes the importance of content created through the female gaze, addressing the shortcomings of traditional adult content that often misses what arouses and satisfies female audiences. The article provides insights into various platforms that cater specifically to women's preferences in erotica.</w:t>
      </w:r>
      <w:r/>
    </w:p>
    <w:p>
      <w:pPr>
        <w:pStyle w:val="ListNumber"/>
        <w:spacing w:line="240" w:lineRule="auto"/>
        <w:ind w:left="720"/>
      </w:pPr>
      <w:r/>
      <w:hyperlink r:id="rId11">
        <w:r>
          <w:rPr>
            <w:color w:val="0000EE"/>
            <w:u w:val="single"/>
          </w:rPr>
          <w:t>https://smutes.com/blog/erotic-audio-audio-erotica-guide</w:t>
        </w:r>
      </w:hyperlink>
      <w:r>
        <w:t xml:space="preserve"> - This comprehensive guide explores the best erotic audio and audio erotica apps, highlighting platforms that offer immersive audio stories and sensual soundscapes. It discusses the appeal of audio erotica, noting its ability to engage the imagination and provide a more intimate experience compared to visual content. The guide reviews various apps, including Dipsea and Emjoy, detailing their features and content offerings. It also addresses the growing popularity of audio erotica and its role in the broader landscape of adult entertainment.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risbanetimes.com.au/lifestyle/life-and-relationships/how-audio-erotica-is-making-women-the-main-characters-of-sex-20230809-p5dv2r.html?ref=rss&amp;utm_medium=rss&amp;utm_source=rss_feed" TargetMode="External"/><Relationship Id="rId10" Type="http://schemas.openxmlformats.org/officeDocument/2006/relationships/hyperlink" Target="https://apps.apple.com/pa/app/emjoy-female-wellcare/id1467274919" TargetMode="External"/><Relationship Id="rId11" Type="http://schemas.openxmlformats.org/officeDocument/2006/relationships/hyperlink" Target="https://smutes.com/blog/erotic-audio-audio-erotica-guide" TargetMode="External"/><Relationship Id="rId12" Type="http://schemas.openxmlformats.org/officeDocument/2006/relationships/hyperlink" Target="https://www.healthline.com/health/healthy-sex/audio-porn" TargetMode="External"/><Relationship Id="rId13" Type="http://schemas.openxmlformats.org/officeDocument/2006/relationships/hyperlink" Target="https://sheerluxe.com/life/sex-relationships/the-intimate-trend-everyones-talking-about" TargetMode="External"/><Relationship Id="rId14" Type="http://schemas.openxmlformats.org/officeDocument/2006/relationships/hyperlink" Target="https://smutes.com/blog/best-female-friendly-erotica-sites-apps" TargetMode="External"/><Relationship Id="rId15" Type="http://schemas.openxmlformats.org/officeDocument/2006/relationships/hyperlink" Target="https://www.goodgoodgood.co/articles/ethical-por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