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As One in the Park 2026 Guide: What to Expect at Walpole Park</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festival-goers are flocking to Ealing this July; As One in the Park returns as a boutique, daytime LGBTQ+ festival with an international line-up, a UK-exclusive headliner and affordable ticket tiers, making it one of London’s most feel-good summer events.</w:t>
      </w:r>
      <w:r/>
    </w:p>
    <w:p>
      <w:r/>
      <w:r>
        <w:t>Essential Takeaways</w:t>
      </w:r>
      <w:r/>
      <w:r/>
    </w:p>
    <w:p>
      <w:pPr>
        <w:pStyle w:val="ListBullet"/>
        <w:spacing w:line="240" w:lineRule="auto"/>
        <w:ind w:left="720"/>
      </w:pPr>
      <w:r/>
      <w:r>
        <w:rPr>
          <w:b/>
        </w:rPr>
        <w:t>When and where:</w:t>
      </w:r>
      <w:r>
        <w:t xml:space="preserve"> As One in the Park takes place on Saturday 18 July 2026 at Walpole Park, Ealing, running 12pm–10pm. </w:t>
      </w:r>
      <w:r/>
    </w:p>
    <w:p>
      <w:pPr>
        <w:pStyle w:val="ListBullet"/>
        <w:spacing w:line="240" w:lineRule="auto"/>
        <w:ind w:left="720"/>
      </w:pPr>
      <w:r/>
      <w:r>
        <w:rPr>
          <w:b/>
        </w:rPr>
        <w:t>Big draw:</w:t>
      </w:r>
      <w:r>
        <w:t xml:space="preserve"> Brazilian superstar Pabllo Vittar headlines with a Club Vittar UK exclusive debut, backed by world-class DJs and drag royalty. </w:t>
      </w:r>
      <w:r/>
    </w:p>
    <w:p>
      <w:pPr>
        <w:pStyle w:val="ListBullet"/>
        <w:spacing w:line="240" w:lineRule="auto"/>
        <w:ind w:left="720"/>
      </w:pPr>
      <w:r/>
      <w:r>
        <w:rPr>
          <w:b/>
        </w:rPr>
        <w:t>Accessibility:</w:t>
      </w:r>
      <w:r>
        <w:t xml:space="preserve"> Tickets start from £25, with VIP and Low Income Ticket options to keep the day inclusive. </w:t>
      </w:r>
      <w:r/>
    </w:p>
    <w:p>
      <w:pPr>
        <w:pStyle w:val="ListBullet"/>
        <w:spacing w:line="240" w:lineRule="auto"/>
        <w:ind w:left="720"/>
      </w:pPr>
      <w:r/>
      <w:r>
        <w:rPr>
          <w:b/>
        </w:rPr>
        <w:t>Vibe and offer:</w:t>
      </w:r>
      <w:r>
        <w:t xml:space="preserve"> Multiple stages, drag cabaret, DJ sets, street food, cocktails and a dedicated VIP area in a leafy park setting. </w:t>
      </w:r>
      <w:r/>
    </w:p>
    <w:p>
      <w:pPr>
        <w:pStyle w:val="ListBullet"/>
        <w:spacing w:line="240" w:lineRule="auto"/>
        <w:ind w:left="720"/>
      </w:pPr>
      <w:r/>
      <w:r>
        <w:rPr>
          <w:b/>
        </w:rPr>
        <w:t>Getting there:</w:t>
      </w:r>
      <w:r>
        <w:t xml:space="preserve"> Roughly 12 minutes from central London by tube or train; Ealing Broadway and South Ealing are the closest stations.</w:t>
      </w:r>
      <w:r/>
      <w:r/>
    </w:p>
    <w:p>
      <w:pPr>
        <w:pStyle w:val="Heading2"/>
      </w:pPr>
      <w:r>
        <w:t>Why this tiny festival feels huge</w:t>
      </w:r>
      <w:r/>
    </w:p>
    <w:p>
      <w:r/>
      <w:r>
        <w:t>As One in the Park manages to feel both intimate and celebratory, a warm daytime festival set in Walpole Park that somehow keeps the energy of a big event without the scale anxiety. The grass underfoot, a skyline peeking through trees, and the sound of DJs drifting between stages give it a summer-picnic-meets-club-night charm. Organisers have leaned into boutique festivaling: think polished production and close-up performances rather than a sprawling, anonymous site.</w:t>
      </w:r>
      <w:r/>
    </w:p>
    <w:p>
      <w:r/>
      <w:r>
        <w:t>The festival has grown quickly across its first two years and now promises its most international bill yet. That curation gives the day an electric, cosmopolitan thread , you're as likely to catch a Brazilian pop takeover as a classic London house set. If you like your festivals sociable and stylish, this one checks both boxes.</w:t>
      </w:r>
      <w:r/>
    </w:p>
    <w:p>
      <w:pPr>
        <w:pStyle w:val="Heading2"/>
      </w:pPr>
      <w:r>
        <w:t>The headline everyone’s talking about: Pabllo Vittar lands a UK exclusive</w:t>
      </w:r>
      <w:r/>
    </w:p>
    <w:p>
      <w:r/>
      <w:r>
        <w:t>The big ticket this year is Pabllo Vittar’s Club Vittar stage takeover, arriving in the UK as part of a first European tour. Pabllo’s shows are high-energy, performance-led and unapologetically glamorous , the kind of set that turns a park into a dancefloor. That UK exclusive feel adds real pep to the festival’s programme and will likely attract fans keen to see a global pop star in a close-up setting.</w:t>
      </w:r>
      <w:r/>
    </w:p>
    <w:p>
      <w:r/>
      <w:r>
        <w:t>For music fans, Pabllo’s collaborations and high-profile stage moments have kept them at the centre of pop conversation, so expect a theatrical, chart-minded show. It’s the sort of headline that elevates a boutique event into a must-attend date on the summer calendar.</w:t>
      </w:r>
      <w:r/>
    </w:p>
    <w:p>
      <w:pPr>
        <w:pStyle w:val="Heading2"/>
      </w:pPr>
      <w:r>
        <w:t>Drag, cabaret and the chaos you want to experience</w:t>
      </w:r>
      <w:r/>
    </w:p>
    <w:p>
      <w:r/>
      <w:r>
        <w:t>If you love drag and camp spectacle, the Drag Cabaret Stage is where the day blossoms. The line-up includes familiar faces from TV and the London scene, delivering quickfire numbers, comedy, lip-syncs and full-blown cabaret moments. The energy tends to be infectiously joyful and a little bit cheeky , perfect for daytime revelry.</w:t>
      </w:r>
      <w:r/>
    </w:p>
    <w:p>
      <w:r/>
      <w:r>
        <w:t>This stage is great if you want concentrated entertainment between DJ sets. Shows are approachable and often interactive, so bring a voice and a sense of humour. It’s also an excellent way to discover emerging performers who might become the next big names.</w:t>
      </w:r>
      <w:r/>
    </w:p>
    <w:p>
      <w:pPr>
        <w:pStyle w:val="Heading2"/>
      </w:pPr>
      <w:r>
        <w:t>DJs, selectors and the soundtrack to your picnic</w:t>
      </w:r>
      <w:r/>
    </w:p>
    <w:p>
      <w:r/>
      <w:r>
        <w:t>Beyond the headline act and cabaret, As One serves up a robust DJ programme spanning classic house, club edits and international selectors. Expect sets from nightlife veterans and rising talents , the kind of mixing that keeps a crowd moving without demanding full-on festival stamina. DJs are distributed across stages so you can drift from deep house to Brazilian beats with minimal effort.</w:t>
      </w:r>
      <w:r/>
    </w:p>
    <w:p>
      <w:r/>
      <w:r>
        <w:t>If you’re planning your day, aim to sample different stages rather than camp at one; the variety is part of the charm. Bring comfortable shoes, a reusable water bottle, and a little patience for stage-change rhythms , the musical payoff is worth it.</w:t>
      </w:r>
      <w:r/>
    </w:p>
    <w:p>
      <w:pPr>
        <w:pStyle w:val="Heading2"/>
      </w:pPr>
      <w:r>
        <w:t>Practicalities: tickets, transport and what to bring</w:t>
      </w:r>
      <w:r/>
    </w:p>
    <w:p>
      <w:r/>
      <w:r>
        <w:t>Tickets are priced from around £25, with VIP packages and Low Income Tickets available , a nod to accessibility that’s welcome in today’s festival market. Buying early is sensible; boutique events sell out fast, especially with a headline draw like Pabllo Vittar. Secondary marketplaces exist, but use verified resale platforms if you need a last-minute pass.</w:t>
      </w:r>
      <w:r/>
    </w:p>
    <w:p>
      <w:r/>
      <w:r>
        <w:t>Walpole Park is easy to reach from central London. Ealing Broadway is the main hub, served by Central, Elizabeth and District lines, plus National Rail; South Ealing on the Piccadilly line is another option. Expect short walks from station to gates, and take advantage of the frequent buses that stop nearby. Pack sunscreen, a light rain shell (British summers are famously changeable), and cashless payment methods , most vendors now prefer card or contactless.</w:t>
      </w:r>
      <w:r/>
    </w:p>
    <w:p>
      <w:r/>
      <w:r>
        <w:t>Closing line Grab your dancing shoes and your picnic blanket , As One in the Park promises a sunlit, inclusive day out that’s small in scale but big on heart.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0">
        <w:r>
          <w:rPr>
            <w:color w:val="0000EE"/>
            <w:u w:val="single"/>
          </w:rPr>
          <w:t>[2]</w:t>
        </w:r>
      </w:hyperlink>
      <w:r>
        <w:t xml:space="preserve">, </w:t>
      </w:r>
      <w:hyperlink r:id="rId12">
        <w:r>
          <w:rPr>
            <w:color w:val="0000EE"/>
            <w:u w:val="single"/>
          </w:rPr>
          <w:t>[7]</w:t>
        </w:r>
      </w:hyperlink>
      <w:r>
        <w:t xml:space="preserve">- Paragraph 3: </w:t>
      </w:r>
      <w:hyperlink r:id="rId9">
        <w:r>
          <w:rPr>
            <w:color w:val="0000EE"/>
            <w:u w:val="single"/>
          </w:rPr>
          <w:t>[1]</w:t>
        </w:r>
      </w:hyperlink>
      <w:r>
        <w:t xml:space="preserve">, </w:t>
      </w:r>
      <w:hyperlink r:id="rId13">
        <w:r>
          <w:rPr>
            <w:color w:val="0000EE"/>
            <w:u w:val="single"/>
          </w:rPr>
          <w:t>[5]</w:t>
        </w:r>
      </w:hyperlink>
      <w:r>
        <w:t xml:space="preserve">- Paragraph 4: </w:t>
      </w:r>
      <w:hyperlink r:id="rId9">
        <w:r>
          <w:rPr>
            <w:color w:val="0000EE"/>
            <w:u w:val="single"/>
          </w:rPr>
          <w:t>[1]</w:t>
        </w:r>
      </w:hyperlink>
      <w:r>
        <w:t xml:space="preserve">, </w:t>
      </w:r>
      <w:hyperlink r:id="rId14">
        <w:r>
          <w:rPr>
            <w:color w:val="0000EE"/>
            <w:u w:val="single"/>
          </w:rPr>
          <w:t>[4]</w:t>
        </w:r>
      </w:hyperlink>
      <w:r>
        <w:t xml:space="preserve">- Paragraph 5: </w:t>
      </w:r>
      <w:hyperlink r:id="rId15">
        <w:r>
          <w:rPr>
            <w:color w:val="0000EE"/>
            <w:u w:val="single"/>
          </w:rPr>
          <w:t>[6]</w:t>
        </w:r>
      </w:hyperlink>
      <w:r>
        <w:t xml:space="preserve">, </w:t>
      </w:r>
      <w:hyperlink r:id="rId11">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https://nonchalantmagazine.com/as-one-in-the-park-2026-everything-you-need-to-know/</w:t>
        </w:r>
      </w:hyperlink>
      <w:r>
        <w:t xml:space="preserve"> - Please view link - unable to able to access data</w:t>
      </w:r>
      <w:r/>
    </w:p>
    <w:p>
      <w:pPr>
        <w:pStyle w:val="ListNumber"/>
        <w:spacing w:line="240" w:lineRule="auto"/>
        <w:ind w:left="720"/>
      </w:pPr>
      <w:r/>
      <w:hyperlink r:id="rId10">
        <w:r>
          <w:rPr>
            <w:color w:val="0000EE"/>
            <w:u w:val="single"/>
          </w:rPr>
          <w:t>https://www.ukfestivalguides.com/festivals/as-one-in-the-park/2026/</w:t>
        </w:r>
      </w:hyperlink>
      <w:r>
        <w:t xml:space="preserve"> - As One In The Park 2026 is a boutique LGBTQ+ daytime festival returning to Walpole Park in Ealing, London, on Saturday 18 July 2026. The event features multiple stages with live music, performances, and a welcoming outdoor atmosphere. Attendees can enjoy a variety of street food vendors and pop-up bars offering international cuisine, snacks, vegan options, and refreshing drinks. The festival fosters inclusivity, positivity, and self-expression in a safe, friendly setting, celebrating diversity with colourful outfits, music, and a lively, uplifting vibe. Walpole Park is easily accessible via Ealing Broadway and South Ealing stations, with several bus routes serving the area. The nearest airport is Heathrow, with convenient transport links to Ealing. Accommodation options are available near Ealing Broadway station and in surrounding neighborhoods. The event is scheduled from 12:00 to 22:00 on 18 July 2026 at Walpole Park, Mattocks Road, Ealing, W5 5EQ. Tickets are available through the official website.</w:t>
      </w:r>
      <w:r/>
    </w:p>
    <w:p>
      <w:pPr>
        <w:pStyle w:val="ListNumber"/>
        <w:spacing w:line="240" w:lineRule="auto"/>
        <w:ind w:left="720"/>
      </w:pPr>
      <w:r/>
      <w:hyperlink r:id="rId11">
        <w:r>
          <w:rPr>
            <w:color w:val="0000EE"/>
            <w:u w:val="single"/>
          </w:rPr>
          <w:t>https://www.outsavvy.com/event/29333/as-one-in-the-park-2026</w:t>
        </w:r>
      </w:hyperlink>
      <w:r>
        <w:t xml:space="preserve"> - As One in the Park 2026 is set to take place on Saturday 18 July 2026 at Walpole Park, London. The festival offers a day of music, colour, cocktails, and dancing across three stages. The first phase of the line-up includes Pabllo Vittar, who will bring her iconic CLUB VITTAR UK stage takeover to the event. This marks the first time Pabllo Vittar will perform in the UK as part of her debut album world tour. Other announced artists include Fat Tony, Gok Wan, and Miss Vanjie. The festival promises a diverse range of music genres, including house, tribal, pop, and techno, along with drag shows and club classics. Attendees can expect three outdoor stages, DJs, live music, drag shows, dance troupes, cocktails, drinks, street food, VIP areas, and shaded chill-out spaces. The event is scheduled from 12:00 to 22:00 on 18 July 2026 at Walpole Park, Mattock Lane, London, W5 5EQ. Tickets are available through the official website.</w:t>
      </w:r>
      <w:r/>
    </w:p>
    <w:p>
      <w:pPr>
        <w:pStyle w:val="ListNumber"/>
        <w:spacing w:line="240" w:lineRule="auto"/>
        <w:ind w:left="720"/>
      </w:pPr>
      <w:r/>
      <w:hyperlink r:id="rId14">
        <w:r>
          <w:rPr>
            <w:color w:val="0000EE"/>
            <w:u w:val="single"/>
          </w:rPr>
          <w:t>https://de.ra.co/events/2233346</w:t>
        </w:r>
      </w:hyperlink>
      <w:r>
        <w:t xml:space="preserve"> - As One in the Park 2026 is scheduled for Saturday 18 July 2026 at Walpole Park, Ealing, London. The event features a diverse line-up, including Pabllo Vittar, Fat Tony, Gok Wan, and Miss Vanjie. The festival offers three outdoor stages with a variety of music genres, including house, tribal, pop, and techno, as well as drag shows and club classics. Attendees can enjoy cocktails, drinks, street food, VIP areas, and shaded chill-out spaces. The venue, Walpole Park, is easily accessible via Ealing Broadway station, which serves the Central, District, Elizabeth, and National Rail lines. The event is scheduled from 12:00 to 22:00 on 18 July 2026 at Walpole Park, Mattock Lane, Ealing, London, W5 5EQ. Tickets are available through the official website.</w:t>
      </w:r>
      <w:r/>
    </w:p>
    <w:p>
      <w:pPr>
        <w:pStyle w:val="ListNumber"/>
        <w:spacing w:line="240" w:lineRule="auto"/>
        <w:ind w:left="720"/>
      </w:pPr>
      <w:r/>
      <w:hyperlink r:id="rId13">
        <w:r>
          <w:rPr>
            <w:color w:val="0000EE"/>
            <w:u w:val="single"/>
          </w:rPr>
          <w:t>https://www.axs.com/uk/artists/1109955/pabllo-vittar-tickets</w:t>
        </w:r>
      </w:hyperlink>
      <w:r>
        <w:t xml:space="preserve"> - Pabllo Vittar, an international pop star and drag queen, is scheduled to perform at As One in the Park 2026 on Saturday 18 July 2026 at Walpole Park, London. Pabllo Vittar is a Latin Grammy nominee and has collaborated with international acts such as Major Lazer/Diplo, Anitta, Charli XCX, Thalia, Rina Sawayama, Marina &amp; The Diamonds, Lauren Jauregui, and Iggy Azalea. The event is part of her debut album world tour. Tickets for the performance are available through the official website.</w:t>
      </w:r>
      <w:r/>
    </w:p>
    <w:p>
      <w:pPr>
        <w:pStyle w:val="ListNumber"/>
        <w:spacing w:line="240" w:lineRule="auto"/>
        <w:ind w:left="720"/>
      </w:pPr>
      <w:r/>
      <w:hyperlink r:id="rId15">
        <w:r>
          <w:rPr>
            <w:color w:val="0000EE"/>
            <w:u w:val="single"/>
          </w:rPr>
          <w:t>https://www.ticketswap.com/festival-tickets/a/as-one-in-the-park</w:t>
        </w:r>
      </w:hyperlink>
      <w:r>
        <w:t xml:space="preserve"> - As One in the Park 2026 is set to take place on Saturday 18 July 2026 at Walpole Park, London. The festival offers a day of music, colour, cocktails, and dancing across three stages. The first phase of the line-up includes Pabllo Vittar, who will bring her iconic CLUB VITTAR UK stage takeover to the event. Other announced artists include Fat Tony, Gok Wan, and Miss Vanjie. The festival promises a diverse range of music genres, including house, tribal, pop, and techno, along with drag shows and club classics. Attendees can expect three outdoor stages, DJs, live music, drag shows, dance troupes, cocktails, drinks, street food, VIP areas, and shaded chill-out spaces. The event is scheduled from 12:00 to 22:00 on 18 July 2026 at Walpole Park, Mattock Lane, London, W5 5EQ. Tickets are available through the official website.</w:t>
      </w:r>
      <w:r/>
    </w:p>
    <w:p>
      <w:pPr>
        <w:pStyle w:val="ListNumber"/>
        <w:spacing w:line="240" w:lineRule="auto"/>
        <w:ind w:left="720"/>
      </w:pPr>
      <w:r/>
      <w:hyperlink r:id="rId12">
        <w:r>
          <w:rPr>
            <w:color w:val="0000EE"/>
            <w:u w:val="single"/>
          </w:rPr>
          <w:t>https://pinkuk.com/events/europe/uk/london/ealing/as-one-in-the-park-2026</w:t>
        </w:r>
      </w:hyperlink>
      <w:r>
        <w:t xml:space="preserve"> - As One in the Park 2026 is scheduled for Saturday 18 July 2026 at Walpole Park, Ealing, London. The festival is a boutique-style event for the LGBTQ+ community and their friends, featuring music, comedy, drag shows, dance, and more. The event is one of London's biggest celebrations for the LGBTQ+ and friends community, spread across four stages and catering to all musical and live tastes. The line-up includes some of the biggest names in the LGBTQ+ scene. Walpole Park is located just 12 minutes from Central London, providing a green oasis for an unforgettable day of love, pride, and community. The event is scheduled from 12:00 to 22:00 on 18 July 2026 at Walpole Park, Mattocks Road, Ealing, W5 5EQ. Tickets and more information can be found via the official website.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nonchalantmagazine.com/as-one-in-the-park-2026-everything-you-need-to-know/" TargetMode="External"/><Relationship Id="rId10" Type="http://schemas.openxmlformats.org/officeDocument/2006/relationships/hyperlink" Target="https://www.ukfestivalguides.com/festivals/as-one-in-the-park/2026/" TargetMode="External"/><Relationship Id="rId11" Type="http://schemas.openxmlformats.org/officeDocument/2006/relationships/hyperlink" Target="https://www.outsavvy.com/event/29333/as-one-in-the-park-2026" TargetMode="External"/><Relationship Id="rId12" Type="http://schemas.openxmlformats.org/officeDocument/2006/relationships/hyperlink" Target="https://pinkuk.com/events/europe/uk/london/ealing/as-one-in-the-park-2026" TargetMode="External"/><Relationship Id="rId13" Type="http://schemas.openxmlformats.org/officeDocument/2006/relationships/hyperlink" Target="https://www.axs.com/uk/artists/1109955/pabllo-vittar-tickets" TargetMode="External"/><Relationship Id="rId14" Type="http://schemas.openxmlformats.org/officeDocument/2006/relationships/hyperlink" Target="https://de.ra.co/events/2233346" TargetMode="External"/><Relationship Id="rId15" Type="http://schemas.openxmlformats.org/officeDocument/2006/relationships/hyperlink" Target="https://www.ticketswap.com/festival-tickets/a/as-one-in-the-par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