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Join CPC at Portland Pride Parade 2026: March, Cheer, or Help</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Join a joyful, ecumenical group from CPC, Trinity Episcopal and friends at Portland Pride on Sunday 19 July; march in the parade, cheer from the sidewalk, or pitch in with water and setup to make the day welcoming and safe. Here’s how to take part and what to expect.</w:t>
      </w:r>
      <w:r/>
    </w:p>
    <w:p>
      <w:r/>
      <w:r>
        <w:t>Essential Takeaways</w:t>
      </w:r>
      <w:r/>
      <w:r/>
    </w:p>
    <w:p>
      <w:pPr>
        <w:pStyle w:val="ListBullet"/>
        <w:spacing w:line="240" w:lineRule="auto"/>
        <w:ind w:left="720"/>
      </w:pPr>
      <w:r/>
      <w:r>
        <w:rPr>
          <w:b/>
        </w:rPr>
        <w:t>When and where:</w:t>
      </w:r>
      <w:r>
        <w:t xml:space="preserve"> Parade day is Sunday 19 July; CPC’s spot in the parade lineup is 88, with a blessing at noon on NW Flanders. The group will set up on Davis St between 3rd and 4th. </w:t>
      </w:r>
      <w:r/>
    </w:p>
    <w:p>
      <w:pPr>
        <w:pStyle w:val="ListBullet"/>
        <w:spacing w:line="240" w:lineRule="auto"/>
        <w:ind w:left="720"/>
      </w:pPr>
      <w:r/>
      <w:r>
        <w:rPr>
          <w:b/>
        </w:rPr>
        <w:t>Three ways to participate:</w:t>
      </w:r>
      <w:r>
        <w:t xml:space="preserve"> Walk from Trinity Episcopal after the 10:00 a.m. service, meet at the parade lineup, or join the sidewalk cheering and donation team. </w:t>
      </w:r>
      <w:r/>
    </w:p>
    <w:p>
      <w:pPr>
        <w:pStyle w:val="ListBullet"/>
        <w:spacing w:line="240" w:lineRule="auto"/>
        <w:ind w:left="720"/>
      </w:pPr>
      <w:r/>
      <w:r>
        <w:rPr>
          <w:b/>
        </w:rPr>
        <w:t>Bring practical items:</w:t>
      </w:r>
      <w:r>
        <w:t xml:space="preserve"> Chairs, water, coolers, ice, and pet bowls are useful; bottled water donations are being collected. </w:t>
      </w:r>
      <w:r/>
    </w:p>
    <w:p>
      <w:pPr>
        <w:pStyle w:val="ListBullet"/>
        <w:spacing w:line="240" w:lineRule="auto"/>
        <w:ind w:left="720"/>
      </w:pPr>
      <w:r/>
      <w:r>
        <w:rPr>
          <w:b/>
        </w:rPr>
        <w:t>No registration required:</w:t>
      </w:r>
      <w:r>
        <w:t xml:space="preserve"> Walkers can just show up; RSVP or questions go to Dianne Eller by email. </w:t>
      </w:r>
      <w:r/>
    </w:p>
    <w:p>
      <w:pPr>
        <w:pStyle w:val="ListBullet"/>
        <w:spacing w:line="240" w:lineRule="auto"/>
        <w:ind w:left="720"/>
      </w:pPr>
      <w:r/>
      <w:r>
        <w:rPr>
          <w:b/>
        </w:rPr>
        <w:t>Accessibility and community care:</w:t>
      </w:r>
      <w:r>
        <w:t xml:space="preserve"> Organisers offer pet water bowls and welcome helpers for setup and distribution.</w:t>
      </w:r>
      <w:r/>
      <w:r/>
    </w:p>
    <w:p>
      <w:pPr>
        <w:pStyle w:val="Heading2"/>
      </w:pPr>
      <w:r>
        <w:t>What the day looks like , arrive ready and smiling</w:t>
      </w:r>
      <w:r/>
    </w:p>
    <w:p>
      <w:r/>
      <w:r>
        <w:t>Expect bright, noisy streets and a warm, crowd-filled atmosphere where voices and music mix with rainbow flags and handmade signs. The group usually sets up on Davis Street between 3rd and 4th; organisers suggest arriving around 9am to help set up and stake out a good spot. Bring a chair if you want to sit, and a light jacket in case the weather shifts.</w:t>
      </w:r>
      <w:r/>
    </w:p>
    <w:p>
      <w:r/>
      <w:r>
        <w:t>According to the parade organisers, CPC’s contingent will line up at position 88, with a special blessing led by clergy at noon on the 700 block of NW Flanders. That moment is a nice pause before the march, and it’s a calm, friendly touch for anyone who wants to take part without a full walk from church.</w:t>
      </w:r>
      <w:r/>
    </w:p>
    <w:p>
      <w:pPr>
        <w:pStyle w:val="Heading2"/>
      </w:pPr>
      <w:r>
        <w:t>Three simple ways to join , choose what suits you</w:t>
      </w:r>
      <w:r/>
    </w:p>
    <w:p>
      <w:r/>
      <w:r>
        <w:t>You can join the combined ecumenical contingent in three easy ways. First, attend Trinity Episcopal’s 10:00 a.m. service and walk with that group to the parade lineup. Second, meet the contingent at lineup spot 88 for the blessing and the march. Third, if you’d rather not march, join the sidewalk cheering group and hand out water or wave from the sidelines.</w:t>
      </w:r>
      <w:r/>
    </w:p>
    <w:p>
      <w:r/>
      <w:r>
        <w:t>No formal registration is required for marchers, which keeps things informal and welcoming. If you plan to bring water donations or help with logistics, the organisers ask you to RSVP to Dianne Eller via email so they can coordinate supplies and volunteers.</w:t>
      </w:r>
      <w:r/>
    </w:p>
    <w:p>
      <w:pPr>
        <w:pStyle w:val="Heading2"/>
      </w:pPr>
      <w:r>
        <w:t>What to bring and how to help , small things make a big difference</w:t>
      </w:r>
      <w:r/>
    </w:p>
    <w:p>
      <w:r/>
      <w:r>
        <w:t>Practical contributions are really appreciated: bottled water to distribute, extra coolers and ice, camping chairs, and pet bowls for dogs passing by. Organisers will have some bowls on hand for pets, but extra supplies mean less queuing and more cooling relief for animals and people.</w:t>
      </w:r>
      <w:r/>
    </w:p>
    <w:p>
      <w:r/>
      <w:r>
        <w:t>If you’re helping with setup, arriving early around 9am is helpful; there are parking lots on 3rd and 4th Streets for volunteers who need to unload. Even if you only have time for 30 minutes of cheering or handing out water, you’ll be making the parade safer and more welcoming.</w:t>
      </w:r>
      <w:r/>
    </w:p>
    <w:p>
      <w:pPr>
        <w:pStyle w:val="Heading2"/>
      </w:pPr>
      <w:r>
        <w:t>Community context , why congregations march together</w:t>
      </w:r>
      <w:r/>
    </w:p>
    <w:p>
      <w:r/>
      <w:r>
        <w:t>Church groups walking together at Pride signal a blend of faith and solidarity that matters to many Portlanders. Combined ecumenical contingents , like Episcopal, Lutheran and UCC siblings marching side by side , show how different congregations can support LGBTQ+ neighbours publicly. It’s the kind of visible allyship that sparks conversation and comfort in the crowd.</w:t>
      </w:r>
      <w:r/>
    </w:p>
    <w:p>
      <w:r/>
      <w:r>
        <w:t>Portland Pride’s parade and waterfront festival draw large, diverse crowds; participating as a group helps smaller organisations feel seen and connected. For many attendees, seeing clergy and congregational banners in the parade is a simple reassurance that faith and inclusivity can coexist.</w:t>
      </w:r>
      <w:r/>
    </w:p>
    <w:p>
      <w:pPr>
        <w:pStyle w:val="Heading2"/>
      </w:pPr>
      <w:r>
        <w:t>Safety, accessibility and a few useful tips</w:t>
      </w:r>
      <w:r/>
    </w:p>
    <w:p>
      <w:r/>
      <w:r>
        <w:t>Plan how you’ll get there: arrive early for parking or use public transport to avoid last-minute stress. Wear comfortable shoes, bring sunscreen, and dress in layers , Portland weather can surprise you. If you’re marching with a mobility aid or a pram, check the parade route map and lineup details in advance to find the best access points.</w:t>
      </w:r>
      <w:r/>
    </w:p>
    <w:p>
      <w:r/>
      <w:r>
        <w:t>If you’ve got questions or want to coordinate donations, contact Dianne Eller at dianne.j.eller@gmail.com. Volunteers coordinating setup can always use extra hands for coolers, signage and pet care supplies.</w:t>
      </w:r>
      <w:r/>
    </w:p>
    <w:p>
      <w:r/>
      <w:r>
        <w:t>It's a small change that can make every cheer and every march more welcoming.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[6]</w:t>
        </w:r>
      </w:hyperlink>
      <w:r>
        <w:t xml:space="preserve">- Paragraph 3: </w:t>
      </w:r>
      <w:hyperlink r:id="rId9">
        <w:r>
          <w:rPr>
            <w:color w:val="0000EE"/>
            <w:u w:val="single"/>
          </w:rPr>
          <w:t>[1]</w:t>
        </w:r>
      </w:hyperlink>
      <w:r>
        <w:t xml:space="preserve">, </w:t>
      </w:r>
      <w:hyperlink r:id="rId12">
        <w:r>
          <w:rPr>
            <w:color w:val="0000EE"/>
            <w:u w:val="single"/>
          </w:rPr>
          <w:t>[3]</w:t>
        </w:r>
      </w:hyperlink>
      <w:r>
        <w:t xml:space="preserve">- Paragraph 4: </w:t>
      </w:r>
      <w:hyperlink r:id="rId9">
        <w:r>
          <w:rPr>
            <w:color w:val="0000EE"/>
            <w:u w:val="single"/>
          </w:rPr>
          <w:t>[1]</w:t>
        </w:r>
      </w:hyperlink>
      <w:r>
        <w:t xml:space="preserve">, </w:t>
      </w:r>
      <w:hyperlink r:id="rId14">
        <w:r>
          <w:rPr>
            <w:color w:val="0000EE"/>
            <w:u w:val="single"/>
          </w:rPr>
          <w:t>[7]</w:t>
        </w:r>
      </w:hyperlink>
      <w:r>
        <w:t xml:space="preserve">- Paragraph 5: </w:t>
      </w:r>
      <w:hyperlink r:id="rId9">
        <w:r>
          <w:rPr>
            <w:color w:val="0000EE"/>
            <w:u w:val="single"/>
          </w:rPr>
          <w:t>[1]</w:t>
        </w:r>
      </w:hyperlink>
      <w:r>
        <w:t xml:space="preserve">, </w:t>
      </w:r>
      <w:hyperlink r:id="rId15">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https://www.cpcucc.org/blog/cpc-at-portland-pride</w:t>
        </w:r>
      </w:hyperlink>
      <w:r>
        <w:t xml:space="preserve"> - Please view link - unable to able to access data</w:t>
      </w:r>
      <w:r/>
    </w:p>
    <w:p>
      <w:pPr>
        <w:pStyle w:val="ListNumber"/>
        <w:spacing w:line="240" w:lineRule="auto"/>
        <w:ind w:left="720"/>
      </w:pPr>
      <w:r/>
      <w:hyperlink r:id="rId10">
        <w:r>
          <w:rPr>
            <w:color w:val="0000EE"/>
            <w:u w:val="single"/>
          </w:rPr>
          <w:t>https://portlandpride.org/2026-portland-pride-official-events/portland-pride-parade-1</w:t>
        </w:r>
      </w:hyperlink>
      <w:r>
        <w:t xml:space="preserve"> - The Portland Pride Parade is scheduled for Sunday, July 19, 2026, at 11:00 AM. It is the largest parade in Oregon, attracting tens of thousands of people into downtown Portland. The parade begins at NW Broadway and NW Davis, marching eastward. At Naito Parkway, it turns south towards the Portland Pride Waterfront Festival, concluding at SW Harvey Milk St and Naito Parkway. The parade is approximately one mile in length and takes about 20-30 minutes to complete once on the route. Depending on the contingent's position, there may be a wait of 2-3 hours before entering the parade route. Contingent registration includes one vehicle or float (which can be towed), with an additional vehicle allowed for a fee, and up to 200 marchers. Registration for the 2026 parade has closed, with information for the next year updated on the site in January, with registration opening between February and early March. For questions related to registration, contact khorton@pridenw.org.</w:t>
      </w:r>
      <w:r/>
    </w:p>
    <w:p>
      <w:pPr>
        <w:pStyle w:val="ListNumber"/>
        <w:spacing w:line="240" w:lineRule="auto"/>
        <w:ind w:left="720"/>
      </w:pPr>
      <w:r/>
      <w:hyperlink r:id="rId12">
        <w:r>
          <w:rPr>
            <w:color w:val="0000EE"/>
            <w:u w:val="single"/>
          </w:rPr>
          <w:t>https://portlandpride.org/parade-contingents</w:t>
        </w:r>
      </w:hyperlink>
      <w:r>
        <w:t xml:space="preserve"> - The Portland Pride Parade is scheduled for Sunday, July 19, 2026, at 11:00 AM. The parade launches from the North Park Blocks, with the staging area located there. The parade is approximately one mile in length and takes about 20-30 minutes to complete once on the route. Depending on the contingent's position, there may be a wait of 2-3 hours before entering the parade route. Contingent registration includes one vehicle or float (which can be towed), with an additional vehicle allowed for a fee, and up to 200 marchers. Registration for the 2026 parade has closed, with information for the next year updated on the site in January, with registration opening between February and early March. For questions related to registration, contact khorton@pridenw.org.</w:t>
      </w:r>
      <w:r/>
    </w:p>
    <w:p>
      <w:pPr>
        <w:pStyle w:val="ListNumber"/>
        <w:spacing w:line="240" w:lineRule="auto"/>
        <w:ind w:left="720"/>
      </w:pPr>
      <w:r/>
      <w:hyperlink r:id="rId11">
        <w:r>
          <w:rPr>
            <w:color w:val="0000EE"/>
            <w:u w:val="single"/>
          </w:rPr>
          <w:t>https://www.travelportland.com/events/portland-pride/</w:t>
        </w:r>
      </w:hyperlink>
      <w:r>
        <w:t xml:space="preserve"> - Portland Pride is a joyful two-day celebration complete with a festival, a parade, a makers’ market, great food and drink, and much more. The festival will be held in Tom McCall Waterfront Park from noon to 8 p.m. on Saturday, July 18, and from 11:30 a.m. to 6 p.m. on Sunday, July 19. The parade begins at the North Park Blocks and winds through downtown before ending at the festival at Tom McCall Waterfront Park. The LGBTQIA2S+ Maker’s Market, held within the festival, celebrates independent artists and makers with photography, painting, jewelry, handmade crafts, and more. The festival offers a variety of food and drink options from local restaurants and vendors. Portland Pride ensures accessibility with designated ADA parade viewing areas, multiple entrances to the festival for people using wheelchairs and other mobility aids, accessible flooring between major areas, ASL interpreters at both main and north stages, and accessible transport options to and from Portland Pride.</w:t>
      </w:r>
      <w:r/>
    </w:p>
    <w:p>
      <w:pPr>
        <w:pStyle w:val="ListNumber"/>
        <w:spacing w:line="240" w:lineRule="auto"/>
        <w:ind w:left="720"/>
      </w:pPr>
      <w:r/>
      <w:hyperlink r:id="rId15">
        <w:r>
          <w:rPr>
            <w:color w:val="0000EE"/>
            <w:u w:val="single"/>
          </w:rPr>
          <w:t>https://www.sagaftra.org/portland-pride-parade-2026</w:t>
        </w:r>
      </w:hyperlink>
      <w:r>
        <w:t xml:space="preserve"> - The Oregon Labor Movement is participating in the Portland Pride Parade on Sunday, July 19, 2026, to show solidarity with the LGBTQ+ community and demonstrate commitment to defending the rights of all Oregon workers. The gathering time is 10 a.m., with the estimated parade time at 11 a.m. The meeting location is Tom McCall Waterfront Park, Downtown Portland, with the specific location to be determined. Participants are encouraged to wear union colours or obtain a free T-shirt for participants. Union signs and banners are welcome. RSVP is requested to provide estimated numbers for the larger labor contingent. ADA requests may be included on the RSVP form, with a note that ADA requests must be received 72 hours before the start of the event.</w:t>
      </w:r>
      <w:r/>
    </w:p>
    <w:p>
      <w:pPr>
        <w:pStyle w:val="ListNumber"/>
        <w:spacing w:line="240" w:lineRule="auto"/>
        <w:ind w:left="720"/>
      </w:pPr>
      <w:r/>
      <w:hyperlink r:id="rId13">
        <w:r>
          <w:rPr>
            <w:color w:val="0000EE"/>
            <w:u w:val="single"/>
          </w:rPr>
          <w:t>https://www.pearlchurch.com/events/2026/7/19/pride-parade</w:t>
        </w:r>
      </w:hyperlink>
      <w:r>
        <w:t xml:space="preserve"> - Pearl Church is participating in the Portland Pride Parade on Sunday, July 19, 2026, from 11:00 AM to 2:00 PM. The church invites everyone, regardless of their identity, to join in marching as themselves. The parade runs from 11 a.m. to 2 p.m., and Pearl Church is about halfway through the lineup, allowing participants to attend service first and then head over. The church emphasizes the importance of showing up as one's true self and being part of a community that welcomes everyone fully.</w:t>
      </w:r>
      <w:r/>
    </w:p>
    <w:p>
      <w:pPr>
        <w:pStyle w:val="ListNumber"/>
        <w:spacing w:line="240" w:lineRule="auto"/>
        <w:ind w:left="720"/>
      </w:pPr>
      <w:r/>
      <w:hyperlink r:id="rId14">
        <w:r>
          <w:rPr>
            <w:color w:val="0000EE"/>
            <w:u w:val="single"/>
          </w:rPr>
          <w:t>https://portlandpride.org/2026-portland-pride-official-events/portland-pride-waterfront-festival-1</w:t>
        </w:r>
      </w:hyperlink>
      <w:r>
        <w:t xml:space="preserve"> - The Portland Pride Waterfront Festival is scheduled for Saturday, July 18, 2026, from 12:00 PM to 8:00 PM, and Sunday, July 19, 2026, from 11:30 AM to 6:00 PM, at Tom McCall Waterfront Park in Portland, OR. The festival is one of the largest donation-based LGBTQIA2S+ Pride events on the west coast, attracting tens of thousands of visitors each year. LGBTQIA2S+ individuals travel from all over the Pacific Northwest and beyond to express their individuality and celebrate community in a safe, open environment. There is a $10 suggested donation at the gate, with all donations going to making Pride happen each year and supporting Pride Northwest's year-round programming. The festival serves as the single largest visibility opportunity for the region’s LGBTQIA2S+ community organizations and businesses, allowing them to attract new supporters and clients, increase their volunteer base, and raise much-needed funds.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cpcucc.org/blog/cpc-at-portland-pride" TargetMode="External"/><Relationship Id="rId10" Type="http://schemas.openxmlformats.org/officeDocument/2006/relationships/hyperlink" Target="https://portlandpride.org/2026-portland-pride-official-events/portland-pride-parade-1" TargetMode="External"/><Relationship Id="rId11" Type="http://schemas.openxmlformats.org/officeDocument/2006/relationships/hyperlink" Target="https://www.travelportland.com/events/portland-pride/" TargetMode="External"/><Relationship Id="rId12" Type="http://schemas.openxmlformats.org/officeDocument/2006/relationships/hyperlink" Target="https://portlandpride.org/parade-contingents" TargetMode="External"/><Relationship Id="rId13" Type="http://schemas.openxmlformats.org/officeDocument/2006/relationships/hyperlink" Target="https://www.pearlchurch.com/events/2026/7/19/pride-parade" TargetMode="External"/><Relationship Id="rId14" Type="http://schemas.openxmlformats.org/officeDocument/2006/relationships/hyperlink" Target="https://portlandpride.org/2026-portland-pride-official-events/portland-pride-waterfront-festival-1" TargetMode="External"/><Relationship Id="rId15" Type="http://schemas.openxmlformats.org/officeDocument/2006/relationships/hyperlink" Target="https://www.sagaftra.org/portland-pride-parade-20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