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the Giants Could Win Back Fans After the Pride Night Debacle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Calling for action, not just words: many longtime fans say the San Francisco Giants must show real accountability after Pride Night, or risk losing support across the city and beyond. Here’s what matters to frustrated fans, why the fallout isn’t only about politics, and practical steps the team can take to rebuild trust.</w:t>
      </w:r>
      <w:r/>
    </w:p>
    <w:p>
      <w:r/>
      <w:r>
        <w:t>Essential Takeaways</w:t>
      </w:r>
      <w:r/>
      <w:r/>
    </w:p>
    <w:p>
      <w:pPr>
        <w:pStyle w:val="ListBullet"/>
        <w:spacing w:line="240" w:lineRule="auto"/>
        <w:ind w:left="720"/>
      </w:pPr>
      <w:r/>
      <w:r>
        <w:rPr>
          <w:b/>
        </w:rPr>
        <w:t>Broad disappointment:</w:t>
      </w:r>
      <w:r>
        <w:t xml:space="preserve"> Fans across identities , straight, queer, long-term and casual , feel let down by players’ Bible verses on Pride caps and management’s muted response. </w:t>
      </w:r>
      <w:r/>
    </w:p>
    <w:p>
      <w:pPr>
        <w:pStyle w:val="ListBullet"/>
        <w:spacing w:line="240" w:lineRule="auto"/>
        <w:ind w:left="720"/>
      </w:pPr>
      <w:r/>
      <w:r>
        <w:rPr>
          <w:b/>
        </w:rPr>
        <w:t>Reputational risk:</w:t>
      </w:r>
      <w:r>
        <w:t xml:space="preserve"> The incident drew attention from MLB and national press, highlighting potential league discipline and public relations fallout. </w:t>
      </w:r>
      <w:r/>
    </w:p>
    <w:p>
      <w:pPr>
        <w:pStyle w:val="ListBullet"/>
        <w:spacing w:line="240" w:lineRule="auto"/>
        <w:ind w:left="720"/>
      </w:pPr>
      <w:r/>
      <w:r>
        <w:rPr>
          <w:b/>
        </w:rPr>
        <w:t>Concrete fixes wanted:</w:t>
      </w:r>
      <w:r>
        <w:t xml:space="preserve"> Supporters want apologies, transparent investigations, and meaningful education or policy changes, not platitudes. </w:t>
      </w:r>
      <w:r/>
    </w:p>
    <w:p>
      <w:pPr>
        <w:pStyle w:val="ListBullet"/>
        <w:spacing w:line="240" w:lineRule="auto"/>
        <w:ind w:left="720"/>
      </w:pPr>
      <w:r/>
      <w:r>
        <w:rPr>
          <w:b/>
        </w:rPr>
        <w:t>Fan action matters:</w:t>
      </w:r>
      <w:r>
        <w:t xml:space="preserve"> Boycotts and social pressure from ordinary ticket-buyers are already part of the reaction; attendance and sponsorships could follow. </w:t>
      </w:r>
      <w:r/>
    </w:p>
    <w:p>
      <w:pPr>
        <w:pStyle w:val="ListBullet"/>
        <w:spacing w:line="240" w:lineRule="auto"/>
        <w:ind w:left="720"/>
      </w:pPr>
      <w:r/>
      <w:r>
        <w:rPr>
          <w:b/>
        </w:rPr>
        <w:t>Trust can be rebuilt:</w:t>
      </w:r>
      <w:r>
        <w:t xml:space="preserve"> Clear, timely steps , from uniform policy updates to independent reviews and community engagement , would go a long way.</w:t>
      </w:r>
      <w:r/>
      <w:r/>
    </w:p>
    <w:p>
      <w:pPr>
        <w:pStyle w:val="Heading2"/>
      </w:pPr>
      <w:r>
        <w:t>Why straight fans are furious too , this isn’t just a culture-war story</w:t>
      </w:r>
      <w:r/>
    </w:p>
    <w:p>
      <w:r/>
      <w:r>
        <w:t>The most striking detail in the backlash is how many straight, longtime Giants supporters feel betrayed. That’s not surprising , San Francisco’s baseball scene is local and emotional, and people bring family memories and Saturday rituals to Oracle Park. According to letters collected by Outsports, straight fans who once ignored team politics now feel alienated. They’re not only upset about principle; they’re annoyed at what they see as sloppy decision-making that sullied a celebratory night. For those fans, the issue is both moral and practical: they want a team that represents the city, not division.</w:t>
      </w:r>
      <w:r/>
    </w:p>
    <w:p>
      <w:pPr>
        <w:pStyle w:val="Heading2"/>
      </w:pPr>
      <w:r>
        <w:t>What MLB and national outlets have signalled , there are consequences</w:t>
      </w:r>
      <w:r/>
    </w:p>
    <w:p>
      <w:r/>
      <w:r>
        <w:t>MLB weighed in quickly, warning players about altering Pride caps and drawing scrutiny from national outlets from the Guardian to the LA Times and Sports Business Journal. That external attention matters because it turns a local PR problem into a league-level governance issue. The league’s reaction suggests this kind of behaviour can’t be treated as a private squabble; it could trigger fines, suspensions, or policy changes if similar incidents recur. For fans worried about the sport’s integrity, that level of oversight reassures some but angers others who think the team should have handled it internally and immediately.</w:t>
      </w:r>
      <w:r/>
    </w:p>
    <w:p>
      <w:pPr>
        <w:pStyle w:val="Heading2"/>
      </w:pPr>
      <w:r>
        <w:t>What fans actually asked for , apologies, accountability, and clear fixes</w:t>
      </w:r>
      <w:r/>
    </w:p>
    <w:p>
      <w:r/>
      <w:r>
        <w:t>Letters to Giants executives make the remedies pretty simple: a genuine apology from leadership and players, an honest explanation of what went wrong, and specific steps to prevent a repeat. Fans mentioned wanting an independent review of how Pride caps were distributed, stronger uniform and conduct rules, and mandatory inclusion training for team staff and players. These are practical, check-box items teams can implement quickly , and they’d do more to restore faith than any bland “we value everyone” press line.</w:t>
      </w:r>
      <w:r/>
    </w:p>
    <w:p>
      <w:pPr>
        <w:pStyle w:val="Heading2"/>
      </w:pPr>
      <w:r>
        <w:t>PR missteps that made it worse , silence speaks loudly</w:t>
      </w:r>
      <w:r/>
    </w:p>
    <w:p>
      <w:r/>
      <w:r>
        <w:t>Many critics weren’t just angry about the cap inscriptions; they were furious because management, including CEO Larry Baer and Buster Posey, seemed to downplay concerns and urge fans to “move on.” That kind of messaging feels tone-deaf when people in the stands felt unsafe or disrespected. Communications experts quoted in fan letters said the Giants bungled basic crisis moves: no immediate apology, unclear ownership of the mistake, and mixed signals about discipline. If you want fans back, start with clarity and humility , say what happened, who’s responsible, and what you’ll change.</w:t>
      </w:r>
      <w:r/>
    </w:p>
    <w:p>
      <w:pPr>
        <w:pStyle w:val="Heading2"/>
      </w:pPr>
      <w:r>
        <w:t>Practical steps the Giants could take this week</w:t>
      </w:r>
      <w:r/>
    </w:p>
    <w:p>
      <w:r/>
      <w:r>
        <w:t>If the club is serious about repair, here are pragmatic items they could roll out quickly: commission an independent audit of Pride Night procedures; publish a timeline and findings; require player education sessions on inclusivity; update team merchandise protocols so alterations aren’t possible; and announce community restitution, such as donations to local LGBTQ organisations and joint fan forums. Fans told Outsports they’d respond to earnest action more than words , and many would come back if they saw a credible plan.</w:t>
      </w:r>
      <w:r/>
    </w:p>
    <w:p>
      <w:r/>
      <w:r>
        <w:t>Closing line</w:t>
      </w:r>
      <w:r/>
    </w:p>
    <w:p>
      <w:r/>
      <w:r>
        <w:t>It’s small gestures and big structural moves together that will decide whether the Giants regain trust , and whether fans keep coming to the ballpark.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4">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https://www.outsports.com/2026/7/9/24138807/dear-giants-letters-straight-sf-san-francisco-fans-pride-night-debacle/</w:t>
        </w:r>
      </w:hyperlink>
      <w:r>
        <w:t xml:space="preserve"> - Please view link - unable to able to access data</w:t>
      </w:r>
      <w:r/>
    </w:p>
    <w:p>
      <w:pPr>
        <w:pStyle w:val="ListNumber"/>
        <w:spacing w:line="240" w:lineRule="auto"/>
        <w:ind w:left="720"/>
      </w:pPr>
      <w:r/>
      <w:hyperlink r:id="rId10">
        <w:r>
          <w:rPr>
            <w:color w:val="0000EE"/>
            <w:u w:val="single"/>
          </w:rPr>
          <w:t>https://www.outsports.com/2026/6/15/24136559/giants-players-sf-san-francisco-gay-lgbtq-pride-night-statement-blame/</w:t>
        </w:r>
      </w:hyperlink>
      <w:r>
        <w:t xml:space="preserve"> - This article discusses the San Francisco Giants' response to players who displayed anti-gay sentiments during Pride Night. The team's statement was criticised for siding with the players and deflecting blame, leading to disappointment among LGBTQ fans.</w:t>
      </w:r>
      <w:r/>
    </w:p>
    <w:p>
      <w:pPr>
        <w:pStyle w:val="ListNumber"/>
        <w:spacing w:line="240" w:lineRule="auto"/>
        <w:ind w:left="720"/>
      </w:pPr>
      <w:r/>
      <w:hyperlink r:id="rId14">
        <w:r>
          <w:rPr>
            <w:color w:val="0000EE"/>
            <w:u w:val="single"/>
          </w:rPr>
          <w:t>https://www.outsports.com/2026/6/15/24136606/san-francisco-giants-pride-night-cap-bible-verse-mlb-response/</w:t>
        </w:r>
      </w:hyperlink>
      <w:r>
        <w:t xml:space="preserve"> - Major League Baseball issued warnings to three San Francisco Giants pitchers who wrote Bible verses on their Pride Night caps. The league stated that the writing violated uniform rules but did not address the content of the messages.</w:t>
      </w:r>
      <w:r/>
    </w:p>
    <w:p>
      <w:pPr>
        <w:pStyle w:val="ListNumber"/>
        <w:spacing w:line="240" w:lineRule="auto"/>
        <w:ind w:left="720"/>
      </w:pPr>
      <w:r/>
      <w:hyperlink r:id="rId12">
        <w:r>
          <w:rPr>
            <w:color w:val="0000EE"/>
            <w:u w:val="single"/>
          </w:rPr>
          <w:t>https://www.sportsbusinessjournal.com/Articles/2026/06/16/mlb-warns-giants-players-over-altered-pride-night-caps-with-biblical-inscriptions/?issueId=7CT4VGDJ7NAWZK2MUA2CBXJGAM</w:t>
        </w:r>
      </w:hyperlink>
      <w:r>
        <w:t xml:space="preserve"> - MLB warned three Giants players for altering their Pride Night caps with Bible verses. The league emphasised that the issue was with the uniform modification, not the content, aligning with previous uniform violation precedents.</w:t>
      </w:r>
      <w:r/>
    </w:p>
    <w:p>
      <w:pPr>
        <w:pStyle w:val="ListNumber"/>
        <w:spacing w:line="240" w:lineRule="auto"/>
        <w:ind w:left="720"/>
      </w:pPr>
      <w:r/>
      <w:hyperlink r:id="rId11">
        <w:r>
          <w:rPr>
            <w:color w:val="0000EE"/>
            <w:u w:val="single"/>
          </w:rPr>
          <w:t>https://www.sfchronicle.com/entertainment/article/giants-pride-caps-bible-verse-22309929.php</w:t>
        </w:r>
      </w:hyperlink>
      <w:r>
        <w:t xml:space="preserve"> - The article highlights the backlash from LGBTQ fans after Giants players inscribed Bible verses on their Pride Night caps. The verse 'Genesis 9:12-16' was interpreted as a statement against the LGBTQ community, causing feelings of rejection among fans.</w:t>
      </w:r>
      <w:r/>
    </w:p>
    <w:p>
      <w:pPr>
        <w:pStyle w:val="ListNumber"/>
        <w:spacing w:line="240" w:lineRule="auto"/>
        <w:ind w:left="720"/>
      </w:pPr>
      <w:r/>
      <w:hyperlink r:id="rId13">
        <w:r>
          <w:rPr>
            <w:color w:val="0000EE"/>
            <w:u w:val="single"/>
          </w:rPr>
          <w:t>https://www.theguardian.com/sport/2026/jun/16/mlb-critical-of-giants-players-who-wrote-bible-verses-on-pride-night-caps</w:t>
        </w:r>
      </w:hyperlink>
      <w:r>
        <w:t xml:space="preserve"> - MLB criticised Giants players for writing Bible verses on their Pride Night caps, stating that the act violated league rules. The players denied that their actions were rooted in hate, but the incident sparked controversy.</w:t>
      </w:r>
      <w:r/>
    </w:p>
    <w:p>
      <w:pPr>
        <w:pStyle w:val="ListNumber"/>
        <w:spacing w:line="240" w:lineRule="auto"/>
        <w:ind w:left="720"/>
      </w:pPr>
      <w:r/>
      <w:hyperlink r:id="rId15">
        <w:r>
          <w:rPr>
            <w:color w:val="0000EE"/>
            <w:u w:val="single"/>
          </w:rPr>
          <w:t>https://www.latimes.com/sports/story/2026-06-17/giants-players-pride-night-protest-san-francisco-backlash-controversy</w:t>
        </w:r>
      </w:hyperlink>
      <w:r>
        <w:t xml:space="preserve"> - The article discusses the controversy surrounding Giants players who added Bible verses to their Pride Night caps. MLB issued warnings for uniform violations, and the incident led to backlash from various sides, including political figures.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9/24138807/dear-giants-letters-straight-sf-san-francisco-fans-pride-night-debacle/" TargetMode="External"/><Relationship Id="rId10" Type="http://schemas.openxmlformats.org/officeDocument/2006/relationships/hyperlink" Target="https://www.outsports.com/2026/6/15/24136559/giants-players-sf-san-francisco-gay-lgbtq-pride-night-statement-blame/" TargetMode="External"/><Relationship Id="rId11" Type="http://schemas.openxmlformats.org/officeDocument/2006/relationships/hyperlink" Target="https://www.sfchronicle.com/entertainment/article/giants-pride-caps-bible-verse-22309929.php" TargetMode="External"/><Relationship Id="rId12" Type="http://schemas.openxmlformats.org/officeDocument/2006/relationships/hyperlink" Target="https://www.sportsbusinessjournal.com/Articles/2026/06/16/mlb-warns-giants-players-over-altered-pride-night-caps-with-biblical-inscriptions/?issueId=7CT4VGDJ7NAWZK2MUA2CBXJGAM" TargetMode="External"/><Relationship Id="rId13" Type="http://schemas.openxmlformats.org/officeDocument/2006/relationships/hyperlink" Target="https://www.theguardian.com/sport/2026/jun/16/mlb-critical-of-giants-players-who-wrote-bible-verses-on-pride-night-caps" TargetMode="External"/><Relationship Id="rId14" Type="http://schemas.openxmlformats.org/officeDocument/2006/relationships/hyperlink" Target="https://www.outsports.com/2026/6/15/24136606/san-francisco-giants-pride-night-cap-bible-verse-mlb-response/" TargetMode="External"/><Relationship Id="rId15" Type="http://schemas.openxmlformats.org/officeDocument/2006/relationships/hyperlink" Target="https://www.latimes.com/sports/story/2026-06-17/giants-players-pride-night-protest-san-francisco-backlash-controvers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