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Summer Events in Luxembourg This Weekend: Where to Go and What to Hear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local music, global rhythms and colourful pride celebrations: this weekend's lineup in Luxembourg brings free concerts, rising-star showcases, Lusophone flair and family-friendly street festivals , handy picks for anyone after live music, food and summer atmosphere.</w:t>
      </w:r>
      <w:r/>
    </w:p>
    <w:p>
      <w:r/>
      <w:r>
        <w:t>Essential Takeaways</w:t>
      </w:r>
      <w:r/>
      <w:r/>
    </w:p>
    <w:p>
      <w:pPr>
        <w:pStyle w:val="ListBullet"/>
        <w:spacing w:line="240" w:lineRule="auto"/>
        <w:ind w:left="720"/>
      </w:pPr>
      <w:r/>
      <w:r>
        <w:rPr>
          <w:b/>
        </w:rPr>
        <w:t>Free outdoor concert:</w:t>
      </w:r>
      <w:r>
        <w:t xml:space="preserve"> Parc Le’h hosts a relaxed open-air set featuring Armand Thies and singer Krick, with a mix of rock, pop, jazz and soul , easy to reach and family-friendly.</w:t>
      </w:r>
      <w:r/>
    </w:p>
    <w:p>
      <w:pPr>
        <w:pStyle w:val="ListBullet"/>
        <w:spacing w:line="240" w:lineRule="auto"/>
        <w:ind w:left="720"/>
      </w:pPr>
      <w:r/>
      <w:r>
        <w:rPr>
          <w:b/>
        </w:rPr>
        <w:t>Big-name rock night:</w:t>
      </w:r>
      <w:r>
        <w:t xml:space="preserve"> ZZ Top play Rockhal, promising classic blues-rock riffs and a high-energy show for long-time fans.</w:t>
      </w:r>
      <w:r/>
    </w:p>
    <w:p>
      <w:pPr>
        <w:pStyle w:val="ListBullet"/>
        <w:spacing w:line="240" w:lineRule="auto"/>
        <w:ind w:left="720"/>
      </w:pPr>
      <w:r/>
      <w:r>
        <w:rPr>
          <w:b/>
        </w:rPr>
        <w:t>Up-and-coming spotlight:</w:t>
      </w:r>
      <w:r>
        <w:t xml:space="preserve"> Screaming Fields Festival at Rockhal gives local new acts professional stage time, coaching and industry exposure.</w:t>
      </w:r>
      <w:r/>
    </w:p>
    <w:p>
      <w:pPr>
        <w:pStyle w:val="ListBullet"/>
        <w:spacing w:line="240" w:lineRule="auto"/>
        <w:ind w:left="720"/>
      </w:pPr>
      <w:r/>
      <w:r>
        <w:rPr>
          <w:b/>
        </w:rPr>
        <w:t>World music celebration:</w:t>
      </w:r>
      <w:r>
        <w:t xml:space="preserve"> Euforia at Neimënster showcases Lusophone music from Portugal, Cape Verde and Brazil, with dance and food stalls.</w:t>
      </w:r>
      <w:r/>
    </w:p>
    <w:p>
      <w:pPr>
        <w:pStyle w:val="ListBullet"/>
        <w:spacing w:line="240" w:lineRule="auto"/>
        <w:ind w:left="720"/>
      </w:pPr>
      <w:r/>
      <w:r>
        <w:rPr>
          <w:b/>
        </w:rPr>
        <w:t>Pride returns to the capital:</w:t>
      </w:r>
      <w:r>
        <w:t xml:space="preserve"> Luxembourg Pride Week culminates in the Equality March and a two-day Street Fest with stages on Place Guillaume II and Place Clairefontaine.</w:t>
      </w:r>
      <w:r/>
      <w:r/>
    </w:p>
    <w:p>
      <w:pPr>
        <w:pStyle w:val="Heading2"/>
      </w:pPr>
      <w:r>
        <w:t>Open-air chill: Parc Le’h brings a summer concert to Dudelange</w:t>
      </w:r>
      <w:r/>
    </w:p>
    <w:p>
      <w:r/>
      <w:r>
        <w:t>If you like your live music with a gentle breeze and a picnic blanket, Parc Le’h is the place to be. The municipal brass of Harmonie Municipale opens, then Armand Thies and Krick deliver a programme that moves from lush orchestral textures to tight vocal-driven numbers. The sound will feel intimate but full, with the kind of warm, community vibe that makes outdoor shows in small parks so appealing. According to the organiser’s programme, entry is free, so it's an easy, low-commitment way to spend an evening and discover local musicians.</w:t>
      </w:r>
      <w:r/>
    </w:p>
    <w:p>
      <w:pPr>
        <w:pStyle w:val="Heading2"/>
      </w:pPr>
      <w:r>
        <w:t>ZZ Top at Rockhal: a touchstone for blues-rock lovers</w:t>
      </w:r>
      <w:r/>
    </w:p>
    <w:p>
      <w:r/>
      <w:r>
        <w:t>When a Texan trio with five decades under their belts comes to town, fans take notice. ZZ Top are bringing their classic catalogue to Rockhal, a venue that’s become a staple of Luxembourg’s live-music circuit. Expect gritty guitar tones, boogie rhythms and the songs that helped define generations , perfect if you want a proper rock night out. If you’re heading along, book tickets early and aim for an arrival that gives you time to soak up the support acts and the venue’s lively bar scene.</w:t>
      </w:r>
      <w:r/>
    </w:p>
    <w:p>
      <w:pPr>
        <w:pStyle w:val="Heading2"/>
      </w:pPr>
      <w:r>
        <w:t>Screaming Fields: where Luxembourg’s new talent gets a first big stage</w:t>
      </w:r>
      <w:r/>
    </w:p>
    <w:p>
      <w:r/>
      <w:r>
        <w:t>Screaming Fields is less about established names and more about the next wave of local artists. The festival offers young acts professional conditions, coaching and the chance to perform in front of industry figures, which can make a real difference for careers taking off. It’s an ideal stop for anyone who likes discovering new favourites before they appear on bigger lineups. Bring curiosity , and an ear for variety, because the bill spans genres and moods.</w:t>
      </w:r>
      <w:r/>
    </w:p>
    <w:p>
      <w:pPr>
        <w:pStyle w:val="Heading2"/>
      </w:pPr>
      <w:r>
        <w:t>Euforia: rhythms and voices from the Lusophone world at Neimënster</w:t>
      </w:r>
      <w:r/>
    </w:p>
    <w:p>
      <w:r/>
      <w:r>
        <w:t>Neimënster’s Euforia is a sun-drenched celebration of Portuguese, Cape Verdean and Brazilian cultures. Music, dance and food create a vivid, colourful atmosphere where traditional sounds meet modern interpretations. It’s the kind of festival where you can expect mellow acoustic sets, contagious percussion and street-food stalls serving hearty flavours. For families or anyone wanting a taste of world music without leaving the city, this one delivers an upbeat, inclusive evening.</w:t>
      </w:r>
      <w:r/>
    </w:p>
    <w:p>
      <w:pPr>
        <w:pStyle w:val="Heading2"/>
      </w:pPr>
      <w:r>
        <w:t>Pride Week and the Equality March: the capital lights up again</w:t>
      </w:r>
      <w:r/>
    </w:p>
    <w:p>
      <w:r/>
      <w:r>
        <w:t>After more than a decade in Esch/Alzette, Luxembourg Pride comes back to the capital, and the weekend centres on the Equality March , a lively procession from Rue de Strasbourg/Avenue de la Liberté to Knuedler. The Street Fest on Place Guillaume II runs across Friday and Saturday, with a second stage on Place Clairefontaine on Saturday. It’s an overdue homecoming that mixes celebration with visibility, and a reminder that public festivals can be both joyful and politically meaningful. Check the official Luxembourg Pride site for parade times and accessibility info before you go.</w:t>
      </w:r>
      <w:r/>
    </w:p>
    <w:p>
      <w:pPr>
        <w:pStyle w:val="Heading2"/>
      </w:pPr>
      <w:r>
        <w:t>Family fun in Bettembourg: Nuit des Merveilles keeps doing its thing</w:t>
      </w:r>
      <w:r/>
    </w:p>
    <w:p>
      <w:r/>
      <w:r>
        <w:t>If your idea of a perfect summer evening includes street theatre and old-fashioned wonder, Bettembourg’s Nuit des Merveilles is back in the château park. Clowns, acrobats and street artists perform across Friday and Saturday, creating a festival that’s as much about surprise as skill. It’s a long-running local favourite for a reason: the atmosphere is relaxed, the acts are accessible to kids, and the timing means you can catch several shows across the evening.</w:t>
      </w:r>
      <w:r/>
    </w:p>
    <w:p>
      <w:r/>
      <w:r>
        <w:t>It's a weekend that offers something for every mood , from discovery and family fun to full-on rock and colourful protests of pride.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3">
        <w:r>
          <w:rPr>
            <w:color w:val="0000EE"/>
            <w:u w:val="single"/>
          </w:rPr>
          <w:t>[7]</w:t>
        </w:r>
      </w:hyperlink>
      <w:r>
        <w:t xml:space="preserve">- Paragraph 4: </w:t>
      </w:r>
      <w:hyperlink r:id="rId11">
        <w:r>
          <w:rPr>
            <w:color w:val="0000EE"/>
            <w:u w:val="single"/>
          </w:rPr>
          <w:t>[4]</w:t>
        </w:r>
      </w:hyperlink>
      <w:r>
        <w:t xml:space="preserve">- Paragraph 5: </w:t>
      </w:r>
      <w:hyperlink r:id="rId14">
        <w:r>
          <w:rPr>
            <w:color w:val="0000EE"/>
            <w:u w:val="single"/>
          </w:rPr>
          <w:t>[5]</w:t>
        </w:r>
      </w:hyperlink>
      <w:r>
        <w:t xml:space="preserve">- Paragraph 6: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https://www.wort.lu/kultur/lusophone-welt-screaming-fields-pride-week-und-noch-vieles-mehr/158482962.html</w:t>
        </w:r>
      </w:hyperlink>
      <w:r>
        <w:t xml:space="preserve"> - Please view link - unable to able to access data</w:t>
      </w:r>
      <w:r/>
    </w:p>
    <w:p>
      <w:pPr>
        <w:pStyle w:val="ListNumber"/>
        <w:spacing w:line="240" w:lineRule="auto"/>
        <w:ind w:left="720"/>
      </w:pPr>
      <w:r/>
      <w:hyperlink r:id="rId10">
        <w:r>
          <w:rPr>
            <w:color w:val="0000EE"/>
            <w:u w:val="single"/>
          </w:rPr>
          <w:t>https://opderschmelz.lu/fr/agenda/1878_1769</w:t>
        </w:r>
      </w:hyperlink>
      <w:r>
        <w:t xml:space="preserve"> - The Summerstage 2023 concert at Parc Le'h in Dudelange, Luxembourg, featured the Harmonie Municipale Dudelange and the group HMD Classic Rock. The event showcased a diverse repertoire of rock classics under the theme 'Symphonic Rock Show Part III'. Talented artists such as Majka Kiefer and Manuel Lothschütz (vocals), Rainer Dettling (drums), Stefan Engelmann (bass), Martin Preiser (keys), and Christof Brill (guitar) participated in the performance. Another highlight was Dream Catcher, collaborating with the Big Band of the Harmonie Municipale de Dudelange, presenting an exclusive program titled 'Best of T42 &amp; Dream Catcher', conducted by Sascha Leufgen. The free outdoor event took place at Parc Le'h, offering a vibrant musical experience to the community.</w:t>
      </w:r>
      <w:r/>
    </w:p>
    <w:p>
      <w:pPr>
        <w:pStyle w:val="ListNumber"/>
        <w:spacing w:line="240" w:lineRule="auto"/>
        <w:ind w:left="720"/>
      </w:pPr>
      <w:r/>
      <w:hyperlink r:id="rId12">
        <w:r>
          <w:rPr>
            <w:color w:val="0000EE"/>
            <w:u w:val="single"/>
          </w:rPr>
          <w:t>https://rockhal.lu/shows/zz-top/</w:t>
        </w:r>
      </w:hyperlink>
      <w:r>
        <w:t xml:space="preserve"> - ZZ Top, the legendary Texas-born band, is set to perform at the Rockhal Main Hall in Esch-sur-Alzette, Luxembourg, on 10 July 2026, as part of their 'THE BIG ONE! TOUR'. The concert will feature Billy F. Gibbons, Elwood Francis, and Frank Beard, delivering their signature blend of blues, boogie, and rock. Known for classics like 'La Grange' and 'Sharp Dressed Man', ZZ Top has been a major touring force for over five decades. The event promises high-voltage energy and a memorable experience for fans.</w:t>
      </w:r>
      <w:r/>
    </w:p>
    <w:p>
      <w:pPr>
        <w:pStyle w:val="ListNumber"/>
        <w:spacing w:line="240" w:lineRule="auto"/>
        <w:ind w:left="720"/>
      </w:pPr>
      <w:r/>
      <w:hyperlink r:id="rId11">
        <w:r>
          <w:rPr>
            <w:color w:val="0000EE"/>
            <w:u w:val="single"/>
          </w:rPr>
          <w:t>https://www.neimenster.lu/en/events/euforia-rythms-and-voices-of-the-lusophone-world/</w:t>
        </w:r>
      </w:hyperlink>
      <w:r>
        <w:t xml:space="preserve"> - Euforia – Rhythms and Voices of the Lusophone World is a festival celebrating the cultural diversity of the Lusophone world, featuring music from Portugal, Cape Verde, and Brazil. The event includes concerts, dance performances, and culinary offerings, creating a summer atmosphere throughout the entire abbey grounds. Traditional sounds meet modern rhythms, resulting in a vibrant celebration of community, rhythm, and cultural richness. The festival aims to highlight the unity and diversity of Lusophone cultures through music and art.</w:t>
      </w:r>
      <w:r/>
    </w:p>
    <w:p>
      <w:pPr>
        <w:pStyle w:val="ListNumber"/>
        <w:spacing w:line="240" w:lineRule="auto"/>
        <w:ind w:left="720"/>
      </w:pPr>
      <w:r/>
      <w:hyperlink r:id="rId14">
        <w:r>
          <w:rPr>
            <w:color w:val="0000EE"/>
            <w:u w:val="single"/>
          </w:rPr>
          <w:t>https://www.luxembourgpride.lu/en/</w:t>
        </w:r>
      </w:hyperlink>
      <w:r>
        <w:t xml:space="preserve"> - The Luxembourg Pride returns to the capital after over 15 years, with the Pride Week culminating in the Equality March. The march is scheduled for Saturday, starting at 13:30 from Rue de Strasbourg/Avenue de la Liberté to Knuedler. The event aims to celebrate and promote equality, diversity, and inclusion within the LGBTQ+ community. The Pride Week also features various activities, workshops, and cultural events, fostering a sense of unity and support among participants and allies.</w:t>
      </w:r>
      <w:r/>
    </w:p>
    <w:p>
      <w:pPr>
        <w:pStyle w:val="ListNumber"/>
        <w:spacing w:line="240" w:lineRule="auto"/>
        <w:ind w:left="720"/>
      </w:pPr>
      <w:r/>
      <w:hyperlink r:id="rId15">
        <w:r>
          <w:rPr>
            <w:color w:val="0000EE"/>
            <w:u w:val="single"/>
          </w:rPr>
          <w:t>https://www.bettembourg.lu/en/culture/nuit-des-merveilles-2023</w:t>
        </w:r>
      </w:hyperlink>
      <w:r>
        <w:t xml:space="preserve"> - The Nuit des Merveilles is a unique street festival held in the Bettembourg Castle Park, offering a magical atmosphere with clowns, street artists, and performers. The 16th edition of the festival is set to take place on Friday and Saturday, starting at 18:00 and 16:00 respectively, continuing into the night. The event aims to provide entertainment and joy to visitors of all ages, showcasing a variety of performances and activities that highlight the creativity and talent of local and international artists.</w:t>
      </w:r>
      <w:r/>
    </w:p>
    <w:p>
      <w:pPr>
        <w:pStyle w:val="ListNumber"/>
        <w:spacing w:line="240" w:lineRule="auto"/>
        <w:ind w:left="720"/>
      </w:pPr>
      <w:r/>
      <w:hyperlink r:id="rId13">
        <w:r>
          <w:rPr>
            <w:color w:val="0000EE"/>
            <w:u w:val="single"/>
          </w:rPr>
          <w:t>https://www.visitluxembourg.com/en/place/culture/rockhal</w:t>
        </w:r>
      </w:hyperlink>
      <w:r>
        <w:t xml:space="preserve"> - Rockhal is a prominent music venue located in Esch-sur-Alzette, Luxembourg, known for hosting a wide range of concerts and events. The venue features multiple halls, including the Main Hall and Club, accommodating various audience sizes and event types. It has hosted numerous international and local artists across different genres, contributing significantly to Luxembourg's vibrant music scene. The Rockhal also offers facilities for conferences and exhibitions, making it a versatile cultural hub in the region.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ort.lu/kultur/lusophone-welt-screaming-fields-pride-week-und-noch-vieles-mehr/158482962.html" TargetMode="External"/><Relationship Id="rId10" Type="http://schemas.openxmlformats.org/officeDocument/2006/relationships/hyperlink" Target="https://opderschmelz.lu/fr/agenda/1878_1769" TargetMode="External"/><Relationship Id="rId11" Type="http://schemas.openxmlformats.org/officeDocument/2006/relationships/hyperlink" Target="https://www.neimenster.lu/en/events/euforia-rythms-and-voices-of-the-lusophone-world/" TargetMode="External"/><Relationship Id="rId12" Type="http://schemas.openxmlformats.org/officeDocument/2006/relationships/hyperlink" Target="https://rockhal.lu/shows/zz-top/" TargetMode="External"/><Relationship Id="rId13" Type="http://schemas.openxmlformats.org/officeDocument/2006/relationships/hyperlink" Target="https://www.visitluxembourg.com/en/place/culture/rockhal" TargetMode="External"/><Relationship Id="rId14" Type="http://schemas.openxmlformats.org/officeDocument/2006/relationships/hyperlink" Target="https://www.luxembourgpride.lu/en/" TargetMode="External"/><Relationship Id="rId15" Type="http://schemas.openxmlformats.org/officeDocument/2006/relationships/hyperlink" Target="https://www.bettembourg.lu/en/culture/nuit-des-merveilles-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