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Scene: Manchester Festival Line-up to Catch This August — full queer screen previews and panels</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Discover lively screenings, buzzy panels and exclusive premieres as Scene: Manchester returns August 20–27; fans can expect Russell T. Davies, Alice Oseman, preview films from Almodóvar to Gregg Araki, plus parties, comedy and a strong Northern host programme.</w:t>
      </w:r>
      <w:r/>
    </w:p>
    <w:p>
      <w:r/>
      <w:r>
        <w:t>Essential Takeaways</w:t>
      </w:r>
      <w:r/>
      <w:r/>
    </w:p>
    <w:p>
      <w:pPr>
        <w:pStyle w:val="ListBullet"/>
        <w:spacing w:line="240" w:lineRule="auto"/>
        <w:ind w:left="720"/>
      </w:pPr>
      <w:r/>
      <w:r>
        <w:rPr>
          <w:b/>
        </w:rPr>
        <w:t>Dates and vibe:</w:t>
      </w:r>
      <w:r>
        <w:t xml:space="preserve"> Scene: Manchester runs August 20–27, a week of screenings, panels, comedy, parties and premieres.</w:t>
      </w:r>
      <w:r/>
    </w:p>
    <w:p>
      <w:pPr>
        <w:pStyle w:val="ListBullet"/>
        <w:spacing w:line="240" w:lineRule="auto"/>
        <w:ind w:left="720"/>
      </w:pPr>
      <w:r/>
      <w:r>
        <w:rPr>
          <w:b/>
        </w:rPr>
        <w:t>Headliners:</w:t>
      </w:r>
      <w:r>
        <w:t xml:space="preserve"> Russell T. Davies and Alice Oseman will appear for in-person conversations and special events.</w:t>
      </w:r>
      <w:r/>
    </w:p>
    <w:p>
      <w:pPr>
        <w:pStyle w:val="ListBullet"/>
        <w:spacing w:line="240" w:lineRule="auto"/>
        <w:ind w:left="720"/>
      </w:pPr>
      <w:r/>
      <w:r>
        <w:rPr>
          <w:b/>
        </w:rPr>
        <w:t>Preview screenings:</w:t>
      </w:r>
      <w:r>
        <w:t xml:space="preserve"> Major festival and commercial titles include Pedro Almodóvar’s Bitter Christmas and Gregg Araki’s I Want Your Sex.</w:t>
      </w:r>
      <w:r/>
    </w:p>
    <w:p>
      <w:pPr>
        <w:pStyle w:val="ListBullet"/>
        <w:spacing w:line="240" w:lineRule="auto"/>
        <w:ind w:left="720"/>
      </w:pPr>
      <w:r/>
      <w:r>
        <w:rPr>
          <w:b/>
        </w:rPr>
        <w:t>Diverse programme:</w:t>
      </w:r>
      <w:r>
        <w:t xml:space="preserve"> Documentaries, shorts, guest programmers and an Iris Prize Best British Short announcement add depth.</w:t>
      </w:r>
      <w:r/>
    </w:p>
    <w:p>
      <w:pPr>
        <w:pStyle w:val="ListBullet"/>
        <w:spacing w:line="240" w:lineRule="auto"/>
        <w:ind w:left="720"/>
      </w:pPr>
      <w:r/>
      <w:r>
        <w:rPr>
          <w:b/>
        </w:rPr>
        <w:t>Local flavour:</w:t>
      </w:r>
      <w:r>
        <w:t xml:space="preserve"> Northern host programme and community groups curate selections, giving the festival a distinct Manchester energy.</w:t>
      </w:r>
      <w:r/>
      <w:r/>
    </w:p>
    <w:p>
      <w:pPr>
        <w:pStyle w:val="Heading2"/>
      </w:pPr>
      <w:r>
        <w:t>A buzzy return with star names and street-level atmosphere</w:t>
      </w:r>
      <w:r/>
    </w:p>
    <w:p>
      <w:r/>
      <w:r>
        <w:t>Scene: Manchester is back and, by the sound of the lineup, it’s out to prove it’s more than a pop-up: it’s the city’s queer-screen week. The festival’s third edition brings cosy, up-close events , imagine a packed room, the air warm with anticipation, and someone from the audience asking the question you were too shy to say out loud. According to organisers, the programme is bigger and bolder this year, built to attract thousands from across the UK and beyond.</w:t>
      </w:r>
      <w:r/>
    </w:p>
    <w:p>
      <w:r/>
      <w:r>
        <w:t>The push for bigger names and broader reach feels deliberate. CityCo’s head of events described the festival as going from strength to strength, and the additions in both high-profile guests and varied screenings read like that strategy in motion. If you like your cultural weekends both social and cinematic, this is a place to catch premieres and gossip in equal measure.</w:t>
      </w:r>
      <w:r/>
    </w:p>
    <w:p>
      <w:pPr>
        <w:pStyle w:val="Heading2"/>
      </w:pPr>
      <w:r>
        <w:t>Russell T. Davies and Nicola Shindler: revisiting It’s a Sin and Tip Toe</w:t>
      </w:r>
      <w:r/>
    </w:p>
    <w:p>
      <w:r/>
      <w:r>
        <w:t>One of the loudest draws is Russell T. Davies, who’ll join frequent collaborator Nicola Shindler for a conversation about his new Channel 4 drama Tip Toe and a look back at It’s a Sin on its fifth anniversary. Expect intimate recollections about writing rooms, casting decisions and why certain stories land so hard with audiences , the sort of backstage detail that makes fans sit forward and grin.</w:t>
      </w:r>
      <w:r/>
    </w:p>
    <w:p>
      <w:r/>
      <w:r>
        <w:t>This kind of session matters because it connects the people who made TV with the people who love it; it’s not just promotional, it’s part celebration and part cultural archaeology. For anyone who follows British queer drama, it’s an opportunity to hear how a writer approaches subject matter that’s both personal and public.</w:t>
      </w:r>
      <w:r/>
    </w:p>
    <w:p>
      <w:pPr>
        <w:pStyle w:val="Heading2"/>
      </w:pPr>
      <w:r>
        <w:t>Alice Oseman: Heartstopper’s effect on readers and viewers</w:t>
      </w:r>
      <w:r/>
    </w:p>
    <w:p>
      <w:r/>
      <w:r>
        <w:t>Alice Oseman’s appearance promises an “intimate” conversation on how her books and the Netflix Heartstopper adaptation have affected the LGBTQIA+ community worldwide. That feels timely: Heartstopper helped normalise tender queer stories in mainstream teen drama, and hearing Oseman talk about that ripple effect should be illuminating , how a quiet page turns into a global hug, basically.</w:t>
      </w:r>
      <w:r/>
    </w:p>
    <w:p>
      <w:r/>
      <w:r>
        <w:t>For parents, teachers and young viewers, these discussions also serve as practical guides , how to recommend age-appropriate titles, where to look for representation, and why small gestures on screen can have big real-world outcomes.</w:t>
      </w:r>
      <w:r/>
    </w:p>
    <w:p>
      <w:pPr>
        <w:pStyle w:val="Heading2"/>
      </w:pPr>
      <w:r>
        <w:t>Preview screenings from arthouse to mainstream , something for every taste</w:t>
      </w:r>
      <w:r/>
    </w:p>
    <w:p>
      <w:r/>
      <w:r>
        <w:t>Scene’s preview slate spans auteurs and crowd-pleasers. Pedro Almodóvar’s Bitter Christmas shares the bill with Gregg Araki’s I Want Your Sex, Jane Schoenbrun’s festival-winning Teenage Sex and Death at Camp Miasma, and lighter, crowd-friendly picks like Adam Shankman’s drag comedy Stop! That! Train!. That range means you can find knotty, art-house work alongside films that are loud, funny and built for a party audience.</w:t>
      </w:r>
      <w:r/>
    </w:p>
    <w:p>
      <w:r/>
      <w:r>
        <w:t>If you’re choosing what to see, think about mood and stamina: pick an intense queer art film in the afternoon and save a goofy drag comedy for an evening when you want to laugh with strangers. Festival screenings are also prime spots to catch Q&amp;As and first-run reactions that won’t make it online until later.</w:t>
      </w:r>
      <w:r/>
    </w:p>
    <w:p>
      <w:pPr>
        <w:pStyle w:val="Heading2"/>
      </w:pPr>
      <w:r>
        <w:t>Documentaries, shorts and local curators keep the programme grounded</w:t>
      </w:r>
      <w:r/>
    </w:p>
    <w:p>
      <w:r/>
      <w:r>
        <w:t>Beyond the big names and premieres, Scene is investing in documentaries and shorts , films about Patrick Wolf, Barbara Hammer and NOFX will screen, and the festival will announce Iris Prize Best British Short nominees. That mix ensures younger filmmakers and niche subjects get a platform alongside headline acts.</w:t>
      </w:r>
      <w:r/>
    </w:p>
    <w:p>
      <w:r/>
      <w:r>
        <w:t>Local and community programming is part of what gives Scene its heart. Guest programmers such as TITE, Aks and the Queer Filmmakers Network help surface Northern talent and ensure the programme isn’t just London-centric. For festival-goers keen on discovery, look for the Northern host programme and short-film strands , they’re where future favourites often turn up.</w:t>
      </w:r>
      <w:r/>
    </w:p>
    <w:p>
      <w:pPr>
        <w:pStyle w:val="Heading2"/>
      </w:pPr>
      <w:r>
        <w:t>Practical tips for planning your Scene weekend</w:t>
      </w:r>
      <w:r/>
    </w:p>
    <w:p>
      <w:r/>
      <w:r>
        <w:t>Buy tickets early for headline conversations and premiere screenings; names like Davies and Oseman will sell fast. Bring a light layer: Manchester evenings can cool down after indoor sessions and parties. If you want the full festival experience, map screenings around a comedy night or party to keep energy levels up. And for newcomers, check the festival’s schedule for content warnings and age guidance , some screenings tackle adult themes.</w:t>
      </w:r>
      <w:r/>
    </w:p>
    <w:p>
      <w:r/>
      <w:r>
        <w:t>Most of all, be open to the social side. Festivals are how new fan friendships start; queueing for a film has its own kind of chemistry.</w:t>
      </w:r>
      <w:r/>
    </w:p>
    <w:p>
      <w:r/>
      <w:r>
        <w:t>It's a small cultural moment that can feel like a big celebration , pick an event and dive in.</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[3]</w:t>
        </w:r>
      </w:hyperlink>
      <w:r>
        <w:t xml:space="preserve">- Paragraph 2: </w:t>
      </w:r>
      <w:hyperlink r:id="rId12">
        <w:r>
          <w:rPr>
            <w:color w:val="0000EE"/>
            <w:u w:val="single"/>
          </w:rPr>
          <w:t>[7]</w:t>
        </w:r>
      </w:hyperlink>
      <w:r>
        <w:t xml:space="preserve">, </w:t>
      </w:r>
      <w:hyperlink r:id="rId13">
        <w:r>
          <w:rPr>
            <w:color w:val="0000EE"/>
            <w:u w:val="single"/>
          </w:rPr>
          <w:t>[6]</w:t>
        </w:r>
      </w:hyperlink>
      <w:r>
        <w:t xml:space="preserve">- Paragraph 3: </w:t>
      </w:r>
      <w:hyperlink r:id="rId14">
        <w:r>
          <w:rPr>
            <w:color w:val="0000EE"/>
            <w:u w:val="single"/>
          </w:rPr>
          <w:t>[5]</w:t>
        </w:r>
      </w:hyperlink>
      <w:r>
        <w:t xml:space="preserve">, </w:t>
      </w:r>
      <w:hyperlink r:id="rId15">
        <w:r>
          <w:rPr>
            <w:color w:val="0000EE"/>
            <w:u w:val="single"/>
          </w:rPr>
          <w:t>[4]</w:t>
        </w:r>
      </w:hyperlink>
      <w:r>
        <w:t xml:space="preserve">- Paragraph 4: </w:t>
      </w:r>
      <w:hyperlink r:id="rId9">
        <w:r>
          <w:rPr>
            <w:color w:val="0000EE"/>
            <w:u w:val="single"/>
          </w:rPr>
          <w:t>[1]</w:t>
        </w:r>
      </w:hyperlink>
      <w:r>
        <w:t xml:space="preserve">, </w:t>
      </w:r>
      <w:hyperlink r:id="rId10">
        <w:r>
          <w:rPr>
            <w:color w:val="0000EE"/>
            <w:u w:val="single"/>
          </w:rPr>
          <w:t>[2]</w:t>
        </w:r>
      </w:hyperlink>
      <w:r>
        <w:t xml:space="preserve">- Paragraph 5: </w:t>
      </w:r>
      <w:hyperlink r:id="rId9">
        <w:r>
          <w:rPr>
            <w:color w:val="0000EE"/>
            <w:u w:val="single"/>
          </w:rPr>
          <w:t>[1]</w:t>
        </w:r>
      </w:hyperlink>
      <w:r>
        <w:t xml:space="preserve">, </w:t>
      </w:r>
      <w:hyperlink r:id="rId11">
        <w:r>
          <w:rPr>
            <w:color w:val="0000EE"/>
            <w:u w:val="single"/>
          </w:rPr>
          <w:t>[3]</w:t>
        </w:r>
      </w:hyperlink>
      <w:r>
        <w:t xml:space="preserve">- Paragraph 6: </w:t>
      </w:r>
      <w:hyperlink r:id="rId9">
        <w:r>
          <w:rPr>
            <w:color w:val="0000EE"/>
            <w:u w:val="single"/>
          </w:rPr>
          <w:t>[1]</w:t>
        </w:r>
      </w:hyperlink>
      <w:r>
        <w:t xml:space="preserve">, </w:t>
      </w:r>
      <w:hyperlink r:id="rId11">
        <w:r>
          <w:rPr>
            <w:color w:val="0000EE"/>
            <w:u w:val="single"/>
          </w:rPr>
          <w:t>[3]</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https://deadline.com/2026/07/scene-manchester-festival-line-up-1236978224/</w:t>
        </w:r>
      </w:hyperlink>
      <w:r>
        <w:t xml:space="preserve"> - Please view link - unable to able to access data</w:t>
      </w:r>
      <w:r/>
    </w:p>
    <w:p>
      <w:pPr>
        <w:pStyle w:val="ListNumber"/>
        <w:spacing w:line="240" w:lineRule="auto"/>
        <w:ind w:left="720"/>
      </w:pPr>
      <w:r/>
      <w:hyperlink r:id="rId10">
        <w:r>
          <w:rPr>
            <w:color w:val="0000EE"/>
            <w:u w:val="single"/>
          </w:rPr>
          <w:t>https://www.whattowatch.com/watching-guides/tip-toe-everything-we-know-about-the-russell-t-davies-drama</w:t>
        </w:r>
      </w:hyperlink>
      <w:r>
        <w:t xml:space="preserve"> - 'Tip Toe' is an upcoming thriller series created by Russell T. Davies, known for his emotionally charged works like 'It's A Sin' and 'Queer as Folk'. Scheduled to air on Channel 4 in 2026, the series explores contemporary threats and prejudices faced by the LGBTQ+ community. Set around Manchester’s Canal Street, it centres on two neighbours, Leo, a bar owner, and Clive, an electrician with teenage sons. As societal tensions escalate, their relationship deteriorates, symbolising the re-emergence of discrimination in a changing world. (</w:t>
      </w:r>
      <w:hyperlink r:id="rId16">
        <w:r>
          <w:rPr>
            <w:color w:val="0000EE"/>
            <w:u w:val="single"/>
          </w:rPr>
          <w:t>whattowatch.com</w:t>
        </w:r>
      </w:hyperlink>
      <w:r>
        <w:t>)</w:t>
      </w:r>
      <w:r/>
    </w:p>
    <w:p>
      <w:pPr>
        <w:pStyle w:val="ListNumber"/>
        <w:spacing w:line="240" w:lineRule="auto"/>
        <w:ind w:left="720"/>
      </w:pPr>
      <w:r/>
      <w:hyperlink r:id="rId11">
        <w:r>
          <w:rPr>
            <w:color w:val="0000EE"/>
            <w:u w:val="single"/>
          </w:rPr>
          <w:t>https://www.visitmanchester.com/ideas-and-inspiration/lgbt/scene-manchester-lgbtq-film-tv-festival/</w:t>
        </w:r>
      </w:hyperlink>
      <w:r>
        <w:t xml:space="preserve"> - The SCENE. Manchester LGBTQ+ Film &amp; TV Festival is set to return for its third year, taking place from 20 to 27 August 2026. The festival will feature a diverse programme of film, television, and live events across various venues in Manchester, including outdoor spaces, independent cinemas, and cultural locations. Audiences can expect screenings of new features, short films, documentaries, and classic films, alongside panels, talks, parties, and special events. (</w:t>
      </w:r>
      <w:hyperlink r:id="rId17">
        <w:r>
          <w:rPr>
            <w:color w:val="0000EE"/>
            <w:u w:val="single"/>
          </w:rPr>
          <w:t>visitmanchester.com</w:t>
        </w:r>
      </w:hyperlink>
      <w:r>
        <w:t>)</w:t>
      </w:r>
      <w:r/>
    </w:p>
    <w:p>
      <w:pPr>
        <w:pStyle w:val="ListNumber"/>
        <w:spacing w:line="240" w:lineRule="auto"/>
        <w:ind w:left="720"/>
      </w:pPr>
      <w:r/>
      <w:hyperlink r:id="rId15">
        <w:r>
          <w:rPr>
            <w:color w:val="0000EE"/>
            <w:u w:val="single"/>
          </w:rPr>
          <w:t>https://www.channel4.com/press/news/channel-4-releases-first-look-images-alan-cumming-and-david-morrissey-russell-t-davies</w:t>
        </w:r>
      </w:hyperlink>
      <w:r>
        <w:t xml:space="preserve"> - Channel 4 has released first-look images of Alan Cumming and David Morrissey in Russell T. Davies' upcoming drama 'Tip Toe'. The series, set to air in 2026, explores the escalating feud between two Manchester neighbours, Leo, a gay bar owner, and Clive, a conservative electrician. The show delves into themes of prejudice and societal tensions, reflecting the real-world dangers of increasing right-wing rhetoric. (</w:t>
      </w:r>
      <w:hyperlink r:id="rId18">
        <w:r>
          <w:rPr>
            <w:color w:val="0000EE"/>
            <w:u w:val="single"/>
          </w:rPr>
          <w:t>channel4.com</w:t>
        </w:r>
      </w:hyperlink>
      <w:r>
        <w:t>)</w:t>
      </w:r>
      <w:r/>
    </w:p>
    <w:p>
      <w:pPr>
        <w:pStyle w:val="ListNumber"/>
        <w:spacing w:line="240" w:lineRule="auto"/>
        <w:ind w:left="720"/>
      </w:pPr>
      <w:r/>
      <w:hyperlink r:id="rId14">
        <w:r>
          <w:rPr>
            <w:color w:val="0000EE"/>
            <w:u w:val="single"/>
          </w:rPr>
          <w:t>https://www.thepinknews.com/2025/02/14/russell-t-davies-tip-toe-lgbtq-queer-as-folk/</w:t>
        </w:r>
      </w:hyperlink>
      <w:r>
        <w:t xml:space="preserve"> - Russell T. Davies, known for his work on 'Queer as Folk', is set to create a new drama series, 'Tip Toe', for Channel 4. The series aims to explore the challenges facing the LGBTQ+ community today, focusing on the lives of two neighbours in Manchester. The five-part series will be directed by Peter Hoar and produced by Quay Street Productions. (</w:t>
      </w:r>
      <w:hyperlink r:id="rId19">
        <w:r>
          <w:rPr>
            <w:color w:val="0000EE"/>
            <w:u w:val="single"/>
          </w:rPr>
          <w:t>thepinknews.com</w:t>
        </w:r>
      </w:hyperlink>
      <w:r>
        <w:t>)</w:t>
      </w:r>
      <w:r/>
    </w:p>
    <w:p>
      <w:pPr>
        <w:pStyle w:val="ListNumber"/>
        <w:spacing w:line="240" w:lineRule="auto"/>
        <w:ind w:left="720"/>
      </w:pPr>
      <w:r/>
      <w:hyperlink r:id="rId13">
        <w:r>
          <w:rPr>
            <w:color w:val="0000EE"/>
            <w:u w:val="single"/>
          </w:rPr>
          <w:t>https://rts.org.uk/article/channel-4-commissions-new-five-part-queer-russell-t-davies-drama-tip-toe</w:t>
        </w:r>
      </w:hyperlink>
      <w:r>
        <w:t xml:space="preserve"> - Channel 4 has commissioned a new five-part queer drama from Russell T. Davies, known for his work on 'Queer as Folk' and 'It's A Sin'. 'Tip Toe' will focus on the re-emergence of prejudice in the LGBTQ+ community, following the escalating feud between two Manchester neighbours, Leo and Clive. The series will be directed by Peter Hoar and produced by Quay Street Productions. (</w:t>
      </w:r>
      <w:hyperlink r:id="rId20">
        <w:r>
          <w:rPr>
            <w:color w:val="0000EE"/>
            <w:u w:val="single"/>
          </w:rPr>
          <w:t>rts.org.uk</w:t>
        </w:r>
      </w:hyperlink>
      <w:r>
        <w:t>)</w:t>
      </w:r>
      <w:r/>
    </w:p>
    <w:p>
      <w:pPr>
        <w:pStyle w:val="ListNumber"/>
        <w:spacing w:line="240" w:lineRule="auto"/>
        <w:ind w:left="720"/>
      </w:pPr>
      <w:r/>
      <w:hyperlink r:id="rId12">
        <w:r>
          <w:rPr>
            <w:color w:val="0000EE"/>
            <w:u w:val="single"/>
          </w:rPr>
          <w:t>https://www.channel4.com/press/news/russell-t-davies-returns-channel-4-brand-new-drama-tip-toe</w:t>
        </w:r>
      </w:hyperlink>
      <w:r>
        <w:t xml:space="preserve"> - Russell T. Davies returns to Channel 4 with a new drama, 'Tip Toe', exploring the most corrosive forces facing the LGBTQ+ community today. The series examines the danger as prejudice creeps back into our lives, focusing on the lives of two neighbours in Manchester. The five-part series will be directed by Peter Hoar and produced by Quay Street Productions. (</w:t>
      </w:r>
      <w:hyperlink r:id="rId21">
        <w:r>
          <w:rPr>
            <w:color w:val="0000EE"/>
            <w:u w:val="single"/>
          </w:rPr>
          <w:t>channel4.com</w:t>
        </w:r>
      </w:hyperlink>
      <w:r>
        <w:t>)</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deadline.com/2026/07/scene-manchester-festival-line-up-1236978224/" TargetMode="External"/><Relationship Id="rId10" Type="http://schemas.openxmlformats.org/officeDocument/2006/relationships/hyperlink" Target="https://www.whattowatch.com/watching-guides/tip-toe-everything-we-know-about-the-russell-t-davies-drama" TargetMode="External"/><Relationship Id="rId11" Type="http://schemas.openxmlformats.org/officeDocument/2006/relationships/hyperlink" Target="https://www.visitmanchester.com/ideas-and-inspiration/lgbt/scene-manchester-lgbtq-film-tv-festival/" TargetMode="External"/><Relationship Id="rId12" Type="http://schemas.openxmlformats.org/officeDocument/2006/relationships/hyperlink" Target="https://www.channel4.com/press/news/russell-t-davies-returns-channel-4-brand-new-drama-tip-toe" TargetMode="External"/><Relationship Id="rId13" Type="http://schemas.openxmlformats.org/officeDocument/2006/relationships/hyperlink" Target="https://rts.org.uk/article/channel-4-commissions-new-five-part-queer-russell-t-davies-drama-tip-toe" TargetMode="External"/><Relationship Id="rId14" Type="http://schemas.openxmlformats.org/officeDocument/2006/relationships/hyperlink" Target="https://www.thepinknews.com/2025/02/14/russell-t-davies-tip-toe-lgbtq-queer-as-folk/" TargetMode="External"/><Relationship Id="rId15" Type="http://schemas.openxmlformats.org/officeDocument/2006/relationships/hyperlink" Target="https://www.channel4.com/press/news/channel-4-releases-first-look-images-alan-cumming-and-david-morrissey-russell-t-davies" TargetMode="External"/><Relationship Id="rId16" Type="http://schemas.openxmlformats.org/officeDocument/2006/relationships/hyperlink" Target="https://www.whattowatch.com/watching-guides/tip-toe-everything-we-know-about-the-russell-t-davies-drama?utm_source=openai" TargetMode="External"/><Relationship Id="rId17" Type="http://schemas.openxmlformats.org/officeDocument/2006/relationships/hyperlink" Target="https://www.visitmanchester.com/ideas-and-inspiration/lgbt/scene-manchester-lgbtq-film-tv-festival/?utm_source=openai" TargetMode="External"/><Relationship Id="rId18" Type="http://schemas.openxmlformats.org/officeDocument/2006/relationships/hyperlink" Target="https://www.channel4.com/press/news/channel-4-releases-first-look-images-alan-cumming-and-david-morrissey-russell-t-davies?utm_source=openai" TargetMode="External"/><Relationship Id="rId19" Type="http://schemas.openxmlformats.org/officeDocument/2006/relationships/hyperlink" Target="https://www.thepinknews.com/2025/02/14/russell-t-davies-tip-toe-lgbtq-queer-as-folk/?utm_source=openai" TargetMode="External"/><Relationship Id="rId20" Type="http://schemas.openxmlformats.org/officeDocument/2006/relationships/hyperlink" Target="https://rts.org.uk/article/channel-4-commissions-new-five-part-queer-russell-t-davies-drama-tip-toe?utm_source=openai" TargetMode="External"/><Relationship Id="rId21" Type="http://schemas.openxmlformats.org/officeDocument/2006/relationships/hyperlink" Target="https://www.channel4.com/press/news/russell-t-davies-returns-channel-4-brand-new-drama-tip-toe?utm_source=openai"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