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Singles Night in Vancouver: Meet Me at the Gallery Pride Edition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for connection are swapping swipes for museum lighting , Meet Me at the Gallery: Pride Edition brings art, flattering light, and curated conversation to the Vancouver Art Gallery on 24 July, promising an inclusive after-hours singles social that’s equal parts playful and intentional.</w:t>
      </w:r>
      <w:r/>
    </w:p>
    <w:p>
      <w:r/>
      <w:r>
        <w:t>Essential Takeaways</w:t>
      </w:r>
      <w:r/>
      <w:r/>
    </w:p>
    <w:p>
      <w:pPr>
        <w:pStyle w:val="ListBullet"/>
        <w:spacing w:line="240" w:lineRule="auto"/>
        <w:ind w:left="720"/>
      </w:pPr>
      <w:r/>
      <w:r>
        <w:rPr>
          <w:b/>
        </w:rPr>
        <w:t>When and where:</w:t>
      </w:r>
      <w:r>
        <w:t xml:space="preserve"> Friday 24 July, 7–10pm at the Vancouver Art Gallery; doors open 6:45pm. </w:t>
      </w:r>
      <w:r/>
    </w:p>
    <w:p>
      <w:pPr>
        <w:pStyle w:val="ListBullet"/>
        <w:spacing w:line="240" w:lineRule="auto"/>
        <w:ind w:left="720"/>
      </w:pPr>
      <w:r/>
      <w:r>
        <w:rPr>
          <w:b/>
        </w:rPr>
        <w:t>Atmosphere:</w:t>
      </w:r>
      <w:r>
        <w:t xml:space="preserve"> After-hours gallery ambience with flattering lighting, quieter spaces for conversation, and a live DJ for low-key energy. </w:t>
      </w:r>
      <w:r/>
    </w:p>
    <w:p>
      <w:pPr>
        <w:pStyle w:val="ListBullet"/>
        <w:spacing w:line="240" w:lineRule="auto"/>
        <w:ind w:left="720"/>
      </w:pPr>
      <w:r/>
      <w:r>
        <w:rPr>
          <w:b/>
        </w:rPr>
        <w:t>Hosts and hospitality:</w:t>
      </w:r>
      <w:r>
        <w:t xml:space="preserve"> Mx Bukuru emcees, cocktails and mocktails by The Lazy Gourmet, plus accessible ticketing via Thursday Dating or at the door. </w:t>
      </w:r>
      <w:r/>
    </w:p>
    <w:p>
      <w:pPr>
        <w:pStyle w:val="ListBullet"/>
        <w:spacing w:line="240" w:lineRule="auto"/>
        <w:ind w:left="720"/>
      </w:pPr>
      <w:r/>
      <w:r>
        <w:rPr>
          <w:b/>
        </w:rPr>
        <w:t>Art as icebreaker:</w:t>
      </w:r>
      <w:r>
        <w:t xml:space="preserve"> Exhibitions such as Emily Carr shows, Jim Lambie’s Zobop, and climate-focused contemporary work provide conversation prompts. </w:t>
      </w:r>
      <w:r/>
    </w:p>
    <w:p>
      <w:pPr>
        <w:pStyle w:val="ListBullet"/>
        <w:spacing w:line="240" w:lineRule="auto"/>
        <w:ind w:left="720"/>
      </w:pPr>
      <w:r/>
      <w:r>
        <w:rPr>
          <w:b/>
        </w:rPr>
        <w:t>Inclusive by design:</w:t>
      </w:r>
      <w:r>
        <w:t xml:space="preserve"> Event welcomes all identities and orientations and takes place on traditional Coast Salish lands.</w:t>
      </w:r>
      <w:r/>
      <w:r/>
    </w:p>
    <w:p>
      <w:pPr>
        <w:pStyle w:val="Heading2"/>
      </w:pPr>
      <w:r>
        <w:t>Why an art gallery makes for better first-date energy</w:t>
      </w:r>
      <w:r/>
    </w:p>
    <w:p>
      <w:r/>
      <w:r>
        <w:t>Think soft, directional lighting, room to breathe and art that hands you an instant talking point , it’s a recipe for less awkwardness and more interesting conversation. According to the Vancouver Art Gallery’s event listing, the after-hours format slows things down, so you’re not shouting over a bassline or competing with a packed bar. That quieter, curated vibe helps people actually listen to one another, which is the sort of upgrade many of us didn’t know we needed.</w:t>
      </w:r>
      <w:r/>
    </w:p>
    <w:p>
      <w:pPr>
        <w:pStyle w:val="Heading2"/>
      </w:pPr>
      <w:r>
        <w:t>Hosts, service and the little touches that matter</w:t>
      </w:r>
      <w:r/>
    </w:p>
    <w:p>
      <w:r/>
      <w:r>
        <w:t>The evening is anchored by Mx Bukuru, whose warm, playful hosting helps strangers feel comfortable fast, and a live DJ keeps the pace without overwhelming the room. The Lazy Gourmet supplies cocktails and mocktails, so there’s something stylish in every hand whether you drink alcohol or not. Thursday Dating handles ticketing, and the gallery confirms you can also buy at the door , handy if you decide on a whim to stop by.</w:t>
      </w:r>
      <w:r/>
    </w:p>
    <w:p>
      <w:pPr>
        <w:pStyle w:val="Heading2"/>
      </w:pPr>
      <w:r>
        <w:t>The art you’ll bump into , and how it sparks conversation</w:t>
      </w:r>
      <w:r/>
    </w:p>
    <w:p>
      <w:r/>
      <w:r>
        <w:t>Roaming past bold installations and paintings makes small talk unnecessary; you can ask “What do you see?” instead of relying on tired prompts. The Gallery’s programmes list shows including That Green Ideal: Emily Carr and Jim Lambie: Zobop (Colour-Chrome), alongside climate-themed contemporary work, offering visual variety that prompts different kinds of discussion , nostalgic, playful, or thoughtful. It’s a built-in icebreaker with better production values than most app bios.</w:t>
      </w:r>
      <w:r/>
    </w:p>
    <w:p>
      <w:pPr>
        <w:pStyle w:val="Heading2"/>
      </w:pPr>
      <w:r>
        <w:t>Practical tips for showing up and making the night work</w:t>
      </w:r>
      <w:r/>
    </w:p>
    <w:p>
      <w:r/>
      <w:r>
        <w:t>If you want to make the most of an evening like this, arrive at 6:45pm when doors open to get comfortable before the crowd arrives. Dress for flattering gallery light rather than a loud club scene , layers and comfy shoes help if you plan to wander. Bring cash or card for on-site purchases, and consider pairing with a friend who’s also open to mingling; you’ll both have a safety net and an instant conversation double-act.</w:t>
      </w:r>
      <w:r/>
    </w:p>
    <w:p>
      <w:pPr>
        <w:pStyle w:val="Heading2"/>
      </w:pPr>
      <w:r>
        <w:t>Why this matters for Pride and community</w:t>
      </w:r>
      <w:r/>
    </w:p>
    <w:p>
      <w:r/>
      <w:r>
        <w:t>This event frames Pride as a chance to show up fully, not just party. Hosting an inclusive singles social inside a cultural institution signals that queer and trans lives belong in civic spaces, not only nightlife circuits. The gallery’s materials acknowledge that the building sits on traditional Coast Salish lands, grounding the celebration in place and responsibility. It’s an evening that aims to be welcoming, thoughtful and genuinely social.</w:t>
      </w:r>
      <w:r/>
    </w:p>
    <w:p>
      <w:r/>
      <w:r>
        <w:t>It's a small change that can make every conversation feel more intentional.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10">
        <w:r>
          <w:rPr>
            <w:color w:val="0000EE"/>
            <w:u w:val="single"/>
          </w:rPr>
          <w:t>[2]</w:t>
        </w:r>
      </w:hyperlink>
      <w:r>
        <w:t xml:space="preserve">, </w:t>
      </w:r>
      <w:hyperlink r:id="rId13">
        <w:r>
          <w:rPr>
            <w:color w:val="0000EE"/>
            <w:u w:val="single"/>
          </w:rPr>
          <w:t>[7]</w:t>
        </w:r>
      </w:hyperlink>
      <w:r>
        <w:t xml:space="preserve">- Paragraph 5: </w:t>
      </w:r>
      <w:hyperlink r:id="rId14">
        <w:r>
          <w:rPr>
            <w:color w:val="0000EE"/>
            <w:u w:val="single"/>
          </w:rPr>
          <w:t>[5]</w:t>
        </w:r>
      </w:hyperlink>
      <w:r>
        <w:t xml:space="preserve">, </w:t>
      </w:r>
      <w:hyperlink r:id="rId15">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https://folioyvr.com/2026/07/meet-me-at-the-gallery-pride-edition-because-cupid-wears-a-lanyard-now/</w:t>
        </w:r>
      </w:hyperlink>
      <w:r>
        <w:t xml:space="preserve"> - Please view link - unable to able to access data</w:t>
      </w:r>
      <w:r/>
    </w:p>
    <w:p>
      <w:pPr>
        <w:pStyle w:val="ListNumber"/>
        <w:spacing w:line="240" w:lineRule="auto"/>
        <w:ind w:left="720"/>
      </w:pPr>
      <w:r/>
      <w:hyperlink r:id="rId10">
        <w:r>
          <w:rPr>
            <w:color w:val="0000EE"/>
            <w:u w:val="single"/>
          </w:rPr>
          <w:t>https://www.vanartgallery.bc.ca/events/meet-me-at-the-gallery-jul-24/</w:t>
        </w:r>
      </w:hyperlink>
      <w:r>
        <w:t xml:space="preserve"> - The Vancouver Art Gallery is hosting 'Meet Me at the Gallery: Pride Edition' on July 24, 2026, from 7 to 10 PM. This after-hours singles mixer, in collaboration with Thursday Dating, offers attendees access to exhibitions, a live DJ, and cocktails and mocktails from The Lazy Gourmet. The event is open to individuals aged 19 and over, with tickets available through Thursday Dating or at the door. The gallery is located at 750 Hornby Street, Vancouver, BC V6Z 2H7.</w:t>
      </w:r>
      <w:r/>
    </w:p>
    <w:p>
      <w:pPr>
        <w:pStyle w:val="ListNumber"/>
        <w:spacing w:line="240" w:lineRule="auto"/>
        <w:ind w:left="720"/>
      </w:pPr>
      <w:r/>
      <w:hyperlink r:id="rId11">
        <w:r>
          <w:rPr>
            <w:color w:val="0000EE"/>
            <w:u w:val="single"/>
          </w:rPr>
          <w:t>https://www.straight.com/living/vancouver-art-gallerys-pride-singles-mixer-returns-this-july</w:t>
        </w:r>
      </w:hyperlink>
      <w:r>
        <w:t xml:space="preserve"> - The Vancouver Art Gallery is teaming up with Thursday Dating for another after-hours singles mixer, 'Meet Me at the Gallery: Pride Edition', on July 24, 2026. The event features a drag host, live DJ, cocktails and mocktails from The Lazy Gourmet, and exclusive after-hours access to exhibitions on the first and second floors. It's designed to create a relaxed environment for meeting new people during Pride season. Tickets are priced at $40+, with gallery members receiving a $20 discount.</w:t>
      </w:r>
      <w:r/>
    </w:p>
    <w:p>
      <w:pPr>
        <w:pStyle w:val="ListNumber"/>
        <w:spacing w:line="240" w:lineRule="auto"/>
        <w:ind w:left="720"/>
      </w:pPr>
      <w:r/>
      <w:hyperlink r:id="rId15">
        <w:r>
          <w:rPr>
            <w:color w:val="0000EE"/>
            <w:u w:val="single"/>
          </w:rPr>
          <w:t>https://www.vanartgallery.bc.ca/special-events/</w:t>
        </w:r>
      </w:hyperlink>
      <w:r>
        <w:t xml:space="preserve"> - The Vancouver Art Gallery's special events page lists upcoming events, including 'Meet Me at the Gallery: Pride Edition' on July 24, 2026, from 7 to 10 PM. The event offers after-hours access to exhibitions, a live DJ, and cocktails and mocktails from The Lazy Gourmet. Tickets are available through Thursday Dating or at the door. The gallery is located at 750 Hornby Street, Vancouver, BC V6Z 2H7.</w:t>
      </w:r>
      <w:r/>
    </w:p>
    <w:p>
      <w:pPr>
        <w:pStyle w:val="ListNumber"/>
        <w:spacing w:line="240" w:lineRule="auto"/>
        <w:ind w:left="720"/>
      </w:pPr>
      <w:r/>
      <w:hyperlink r:id="rId14">
        <w:r>
          <w:rPr>
            <w:color w:val="0000EE"/>
            <w:u w:val="single"/>
          </w:rPr>
          <w:t>https://www.vanartgallery.bc.ca/events/pride-at-the-gallery/</w:t>
        </w:r>
      </w:hyperlink>
      <w:r>
        <w:t xml:space="preserve"> - In August 2019, the Vancouver Art Gallery hosted 'PRIDE at the Gallery', a night of creativity, fun, and connection in celebration of the LGBTQ2+ community, presented in partnership with Vancouver Pride Society. The event featured a themed bar, 'Paint &amp; Drink! Bar' with Paintillio, and 'Me Love BINGO!' hosted by Kyle Loven. The gallery was open late until 9 PM on the first Friday of every month, allowing visitors more time to enjoy the artworks on display.</w:t>
      </w:r>
      <w:r/>
    </w:p>
    <w:p>
      <w:pPr>
        <w:pStyle w:val="ListNumber"/>
        <w:spacing w:line="240" w:lineRule="auto"/>
        <w:ind w:left="720"/>
      </w:pPr>
      <w:r/>
      <w:hyperlink r:id="rId12">
        <w:r>
          <w:rPr>
            <w:color w:val="0000EE"/>
            <w:u w:val="single"/>
          </w:rPr>
          <w:t>https://www.straight.com/living/vancouver-art-gallery-and-thursday-dating-are-hosting-an-after-hours-singles-social</w:t>
        </w:r>
      </w:hyperlink>
      <w:r>
        <w:t xml:space="preserve"> - The Vancouver Art Gallery and Thursday Dating are hosting an after-hours singles social on March 13, 2026, from 6 PM to 9 PM. The event is designed for individuals aged 25 and over and offers access to exhibitions, a live DJ, and a pop-up bar. The backdrop is Jim Lambie: Zobop (Colour-Chrome), an immersive exhibition that transforms the rotunda into a spectrum of colour, providing an ideal setting for connecting with new people.</w:t>
      </w:r>
      <w:r/>
    </w:p>
    <w:p>
      <w:pPr>
        <w:pStyle w:val="ListNumber"/>
        <w:spacing w:line="240" w:lineRule="auto"/>
        <w:ind w:left="720"/>
      </w:pPr>
      <w:r/>
      <w:hyperlink r:id="rId13">
        <w:r>
          <w:rPr>
            <w:color w:val="0000EE"/>
            <w:u w:val="single"/>
          </w:rPr>
          <w:t>https://www.fatsoma.com/e/sn1nir8b/thursday-meet-me-at-the-gallery-vancouver</w:t>
        </w:r>
      </w:hyperlink>
      <w:r>
        <w:t xml:space="preserve"> - Fatsoma provides ticketing information for 'Thursday | Meet Me at the Gallery | Vancouver', an after-hours event presented by the Vancouver Art Gallery in collaboration with Thursday Dating. The event is designed for individuals aged 25 and over and offers access to exhibitions, a live DJ, and a pop-up bar. Tickets are available in advance or at the door, with entry subject to capacity. The gallery is located at 750 Hornby Street, Vancouver, BC V6Z 2H7.</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olioyvr.com/2026/07/meet-me-at-the-gallery-pride-edition-because-cupid-wears-a-lanyard-now/" TargetMode="External"/><Relationship Id="rId10" Type="http://schemas.openxmlformats.org/officeDocument/2006/relationships/hyperlink" Target="https://www.vanartgallery.bc.ca/events/meet-me-at-the-gallery-jul-24/" TargetMode="External"/><Relationship Id="rId11" Type="http://schemas.openxmlformats.org/officeDocument/2006/relationships/hyperlink" Target="https://www.straight.com/living/vancouver-art-gallerys-pride-singles-mixer-returns-this-july" TargetMode="External"/><Relationship Id="rId12" Type="http://schemas.openxmlformats.org/officeDocument/2006/relationships/hyperlink" Target="https://www.straight.com/living/vancouver-art-gallery-and-thursday-dating-are-hosting-an-after-hours-singles-social" TargetMode="External"/><Relationship Id="rId13" Type="http://schemas.openxmlformats.org/officeDocument/2006/relationships/hyperlink" Target="https://www.fatsoma.com/e/sn1nir8b/thursday-meet-me-at-the-gallery-vancouver" TargetMode="External"/><Relationship Id="rId14" Type="http://schemas.openxmlformats.org/officeDocument/2006/relationships/hyperlink" Target="https://www.vanartgallery.bc.ca/events/pride-at-the-gallery/" TargetMode="External"/><Relationship Id="rId15" Type="http://schemas.openxmlformats.org/officeDocument/2006/relationships/hyperlink" Target="https://www.vanartgallery.bc.ca/special-even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