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in Le Marais: How Heat, Music and Community Made Paris Sparkle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into colour and sound, Le Marais showed that even a fierce canicule couldn’t dull Pride’s pulse , locals and visitors packed the streets, beating the heat with fans, mist sprays and an unstoppable soundtrack that made the neighbourhood feel like one long, jubilant block party.</w:t>
      </w:r>
      <w:r/>
    </w:p>
    <w:p>
      <w:r/>
      <w:r>
        <w:t>Essential Takeaways</w:t>
      </w:r>
      <w:r/>
      <w:r/>
    </w:p>
    <w:p>
      <w:pPr>
        <w:pStyle w:val="ListBullet"/>
        <w:spacing w:line="240" w:lineRule="auto"/>
        <w:ind w:left="720"/>
      </w:pPr>
      <w:r/>
      <w:r>
        <w:rPr>
          <w:b/>
        </w:rPr>
        <w:t>Local energy:</w:t>
      </w:r>
      <w:r>
        <w:t xml:space="preserve"> Le Marais turned into an impromptu carnival around Rue Sainte-Croix-de-la-Bretonnerie, with booming house music and spontaneous parades.</w:t>
      </w:r>
      <w:r/>
    </w:p>
    <w:p>
      <w:pPr>
        <w:pStyle w:val="ListBullet"/>
        <w:spacing w:line="240" w:lineRule="auto"/>
        <w:ind w:left="720"/>
      </w:pPr>
      <w:r/>
      <w:r>
        <w:rPr>
          <w:b/>
        </w:rPr>
        <w:t>Heat-beating tactics:</w:t>
      </w:r>
      <w:r>
        <w:t xml:space="preserve"> Revelers used handheld fans, water guns and misting to cope with the canicule, creating a playful, communal vibe.</w:t>
      </w:r>
      <w:r/>
    </w:p>
    <w:p>
      <w:pPr>
        <w:pStyle w:val="ListBullet"/>
        <w:spacing w:line="240" w:lineRule="auto"/>
        <w:ind w:left="720"/>
      </w:pPr>
      <w:r/>
      <w:r>
        <w:rPr>
          <w:b/>
        </w:rPr>
        <w:t>Iconic spots:</w:t>
      </w:r>
      <w:r>
        <w:t xml:space="preserve"> Bars such as Cox and Quetzal acted as converging hubs, offering shade, music and a feeling of togetherness.</w:t>
      </w:r>
      <w:r/>
    </w:p>
    <w:p>
      <w:pPr>
        <w:pStyle w:val="ListBullet"/>
        <w:spacing w:line="240" w:lineRule="auto"/>
        <w:ind w:left="720"/>
      </w:pPr>
      <w:r/>
      <w:r>
        <w:rPr>
          <w:b/>
        </w:rPr>
        <w:t>Unmissable visuals:</w:t>
      </w:r>
      <w:r>
        <w:t xml:space="preserve"> Metallic confetti, towering headpieces and oversized rainbow flags made for vivid, photogenic moments.</w:t>
      </w:r>
      <w:r/>
    </w:p>
    <w:p>
      <w:pPr>
        <w:pStyle w:val="ListBullet"/>
        <w:spacing w:line="240" w:lineRule="auto"/>
        <w:ind w:left="720"/>
      </w:pPr>
      <w:r/>
      <w:r>
        <w:rPr>
          <w:b/>
        </w:rPr>
        <w:t>Pride spirit:</w:t>
      </w:r>
      <w:r>
        <w:t xml:space="preserve"> Even reduced official programming couldn’t stop neighbourhood-led celebrations from taking over the streets.</w:t>
      </w:r>
      <w:r/>
      <w:r/>
    </w:p>
    <w:p>
      <w:pPr>
        <w:pStyle w:val="Heading2"/>
      </w:pPr>
      <w:r>
        <w:t>A neighbourhood that dances through the heat</w:t>
      </w:r>
      <w:r/>
    </w:p>
    <w:p>
      <w:r/>
      <w:r>
        <w:t>Stepping out of Saint-Paul station into a blast of hot air, it would have been easy to turn back , except Le Marais had other plans. The usual hush of late-afternoon Paris gave way to a wall of bass and cheer, and the street in front of the Cox bar became an open-air festival, glittering with confetti and costume. According to local listings and event guides, the Marche des Fiertés draws people across the city, but here the crowd felt especially intimate and inventive. If you’re photographing or simply soaking it all in, expect noise, colour and the slightly sticky, electric sensation of a heatwave turned joyous.</w:t>
      </w:r>
      <w:r/>
    </w:p>
    <w:p>
      <w:pPr>
        <w:pStyle w:val="Heading2"/>
      </w:pPr>
      <w:r>
        <w:t>How people kept cool , and had fun doing it</w:t>
      </w:r>
      <w:r/>
    </w:p>
    <w:p>
      <w:r/>
      <w:r>
        <w:t>When official programming was trimmed by the canicule, the crowd improvised. Handheld fans fluttered in unison like a living sea, water guns and misting created pockets of welcome relief, and those simple adaptations became part of the choreography. ParisInfo notes the march’s outdoor nature, so it’s no surprise that resourceful tactics emerged on the fly. For anyone planning to attend a hot-weather Pride, bring a refillable bottle, a small fan and a lightweight layer , you’ll be part of the solution and feel more comfortable for longer.</w:t>
      </w:r>
      <w:r/>
    </w:p>
    <w:p>
      <w:pPr>
        <w:pStyle w:val="Heading2"/>
      </w:pPr>
      <w:r>
        <w:t>Bars as focal points: Cox, Quetzal and the party map</w:t>
      </w:r>
      <w:r/>
    </w:p>
    <w:p>
      <w:r/>
      <w:r>
        <w:t>Bars in the 4th arrondissement acted as magnets, turning intersections into stages. The Cox facade and the Quetzal area were particularly lively, with music and crowds spilling into the streets. Local venue listings show Quetzal as a long-running neighbourhood staple, and on Pride day it becomes more than a bar , it’s a meeting place, a refuge and a spontaneous dance floor. If you want to join the fun without losing your bearings, pick one landmark bar as your meeting point; it helps when streets fill up and visibility drops.</w:t>
      </w:r>
      <w:r/>
    </w:p>
    <w:p>
      <w:pPr>
        <w:pStyle w:val="Heading2"/>
      </w:pPr>
      <w:r>
        <w:t>The look of Pride: costumes, flags and candid moments</w:t>
      </w:r>
      <w:r/>
    </w:p>
    <w:p>
      <w:r/>
      <w:r>
        <w:t>What makes a neighbourhood Pride memorable are those singular images: metallic confetti catching sunlight, performers in towering headpieces, and someone pausing to pose like a portrait from another era. That “colonel” in full ceremonial regalia, sash and medals stopping for a photographer, summed up the day’s theatrical heart. Street photographers and casual snap-happy visitors should keep a small lens ready and be ready to step back when intimacy matters , often the best shots are unplanned.</w:t>
      </w:r>
      <w:r/>
    </w:p>
    <w:p>
      <w:pPr>
        <w:pStyle w:val="Heading2"/>
      </w:pPr>
      <w:r>
        <w:t>Why Le Marais still feels central to Parisian Pride</w:t>
      </w:r>
      <w:r/>
    </w:p>
    <w:p>
      <w:r/>
      <w:r>
        <w:t>Even with sweltering temperatures and truncated schedules, Le Marais proved resilient. The district’s narrow streets and dense social fabric meant celebration spilled naturally from one corner to the next, creating a series of micro-parties rather than a single, fragile event. Organisers and cultural pages note that the Marche des Fiertés has long been a city-wide magnet, and here it takes on a human scale: cheerfully noisy, stubbornly colourful and defiantly warm-hearted. That kind of atmosphere is what keeps people coming back year after year.</w:t>
      </w:r>
      <w:r/>
    </w:p>
    <w:p>
      <w:r/>
      <w:r>
        <w:t>It’s a small change in plan that can make every Pride safer and sweeter: pack smart, pick a local hub, and let the neighbourhood show you how to celebrate.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0">
        <w:r>
          <w:rPr>
            <w:color w:val="0000EE"/>
            <w:u w:val="single"/>
          </w:rPr>
          <w:t>[7]</w:t>
        </w:r>
      </w:hyperlink>
      <w:r>
        <w:t xml:space="preserve">- Paragraph 3: </w:t>
      </w:r>
      <w:hyperlink r:id="rId11">
        <w:r>
          <w:rPr>
            <w:color w:val="0000EE"/>
            <w:u w:val="single"/>
          </w:rPr>
          <w:t>[3]</w:t>
        </w:r>
      </w:hyperlink>
      <w:r>
        <w:t xml:space="preserve">, </w:t>
      </w:r>
      <w:hyperlink r:id="rId12">
        <w:r>
          <w:rPr>
            <w:color w:val="0000EE"/>
            <w:u w:val="single"/>
          </w:rPr>
          <w:t>[4]</w:t>
        </w:r>
      </w:hyperlink>
      <w:r>
        <w:t xml:space="preserve">- Paragraph 4: </w:t>
      </w:r>
      <w:hyperlink r:id="rId13">
        <w:r>
          <w:rPr>
            <w:color w:val="0000EE"/>
            <w:u w:val="single"/>
          </w:rPr>
          <w:t>[5]</w:t>
        </w:r>
      </w:hyperlink>
      <w:r>
        <w:t xml:space="preserve">, </w:t>
      </w:r>
      <w:hyperlink r:id="rId11">
        <w:r>
          <w:rPr>
            <w:color w:val="0000EE"/>
            <w:u w:val="single"/>
          </w:rPr>
          <w:t>[6]</w:t>
        </w:r>
      </w:hyperlink>
      <w:r>
        <w:t xml:space="preserve">- Paragraph 5: </w:t>
      </w:r>
      <w:hyperlink r:id="rId10">
        <w:r>
          <w:rPr>
            <w:color w:val="0000EE"/>
            <w:u w:val="single"/>
          </w:rPr>
          <w:t>[2]</w:t>
        </w:r>
      </w:hyperlink>
      <w:r>
        <w:t xml:space="preserve">,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https://bonjourparis.com/lifestyle/fete-fierte-et-canicule-pride-in-the-heart-of-le-marais/</w:t>
        </w:r>
      </w:hyperlink>
      <w:r>
        <w:t xml:space="preserve"> - Please view link - unable to able to access data</w:t>
      </w:r>
      <w:r/>
    </w:p>
    <w:p>
      <w:pPr>
        <w:pStyle w:val="ListNumber"/>
        <w:spacing w:line="240" w:lineRule="auto"/>
        <w:ind w:left="720"/>
      </w:pPr>
      <w:r/>
      <w:hyperlink r:id="rId10">
        <w:r>
          <w:rPr>
            <w:color w:val="0000EE"/>
            <w:u w:val="single"/>
          </w:rPr>
          <w:t>https://www.parisinfo.com/marche-des-fiertes-paris</w:t>
        </w:r>
      </w:hyperlink>
      <w:r>
        <w:t xml:space="preserve"> - The official website of the Paris Convention and Visitors Bureau provides detailed information about the annual 'Marche des Fiertés' (Pride March) in Paris, including its history, route, and significance. The event is a vibrant celebration of the LGBTQ+ community, attracting participants from around the world. The website offers insights into the march's schedule, associated events, and practical details for attendees, making it a valuable resource for those planning to participate or learn more about this iconic Parisian event.</w:t>
      </w:r>
      <w:r/>
    </w:p>
    <w:p>
      <w:pPr>
        <w:pStyle w:val="ListNumber"/>
        <w:spacing w:line="240" w:lineRule="auto"/>
        <w:ind w:left="720"/>
      </w:pPr>
      <w:r/>
      <w:hyperlink r:id="rId11">
        <w:r>
          <w:rPr>
            <w:color w:val="0000EE"/>
            <w:u w:val="single"/>
          </w:rPr>
          <w:t>https://www.timeout.com/paris/en/nightlife/quetzal-bar</w:t>
        </w:r>
      </w:hyperlink>
      <w:r>
        <w:t xml:space="preserve"> - Time Out Paris offers a comprehensive guide to Quetzal Bar, a renowned gay bar located in the heart of Le Marais. Established in 1987, Quetzal Bar is celebrated for its lively atmosphere, eclectic music selection, and welcoming environment. The venue features a spacious interior with industrial-chic décor, neon lighting, and a mix of house and techno beats. Time Out provides insights into the bar's history, ambiance, and the crowd it attracts, making it a must-visit spot for both locals and tourists seeking an authentic Parisian nightlife experience.</w:t>
      </w:r>
      <w:r/>
    </w:p>
    <w:p>
      <w:pPr>
        <w:pStyle w:val="ListNumber"/>
        <w:spacing w:line="240" w:lineRule="auto"/>
        <w:ind w:left="720"/>
      </w:pPr>
      <w:r/>
      <w:hyperlink r:id="rId12">
        <w:r>
          <w:rPr>
            <w:color w:val="0000EE"/>
            <w:u w:val="single"/>
          </w:rPr>
          <w:t>https://www.paris.fr/equipements/quetzal-bar-75004</w:t>
        </w:r>
      </w:hyperlink>
      <w:r>
        <w:t xml:space="preserve"> - The official Paris city website provides detailed information about Quetzal Bar, including its location, opening hours, and contact details. Situated at 10 Rue de la Verrerie in the 4th arrondissement, Quetzal Bar is a prominent establishment in the Le Marais district. The website offers practical information for visitors, such as accessibility features and nearby public transport options, ensuring a seamless experience for those planning to visit this iconic gay bar in Paris.</w:t>
      </w:r>
      <w:r/>
    </w:p>
    <w:p>
      <w:pPr>
        <w:pStyle w:val="ListNumber"/>
        <w:spacing w:line="240" w:lineRule="auto"/>
        <w:ind w:left="720"/>
      </w:pPr>
      <w:r/>
      <w:hyperlink r:id="rId13">
        <w:r>
          <w:rPr>
            <w:color w:val="0000EE"/>
            <w:u w:val="single"/>
          </w:rPr>
          <w:t>https://www.parisjetaime.com/en/restaurant/quetzal-bar-paris-p4804</w:t>
        </w:r>
      </w:hyperlink>
      <w:r>
        <w:t xml:space="preserve"> - Paris Je T'aime provides an overview of Quetzal Bar, highlighting its relaxed atmosphere, original cocktail selection, and welcoming environment. The venue combines a polished musical ambiance with a drinks menu that mixes revisited classics and signature creations, accompanied by a few plates to share. Attended by a varied public, this spot invites patrons to extend their discussions over a drink, enjoy lively evenings, or discover one-off events such as DJ sets or themed get-togethers. Its modern, friendly decor makes it an ideal place to meet friends or enjoy an after-work drink.</w:t>
      </w:r>
      <w:r/>
    </w:p>
    <w:p>
      <w:pPr>
        <w:pStyle w:val="ListNumber"/>
        <w:spacing w:line="240" w:lineRule="auto"/>
        <w:ind w:left="720"/>
      </w:pPr>
      <w:r/>
      <w:hyperlink r:id="rId11">
        <w:r>
          <w:rPr>
            <w:color w:val="0000EE"/>
            <w:u w:val="single"/>
          </w:rPr>
          <w:t>https://www.timeout.com/paris/en/nightlife/quetzal-bar</w:t>
        </w:r>
      </w:hyperlink>
      <w:r>
        <w:t xml:space="preserve"> - Time Out Paris offers a comprehensive guide to Quetzal Bar, a renowned gay bar located in the heart of Le Marais. Established in 1987, Quetzal Bar is celebrated for its lively atmosphere, eclectic music selection, and welcoming environment. The venue features a spacious interior with industrial-chic décor, neon lighting, and a mix of house and techno beats. Time Out provides insights into the bar's history, ambiance, and the crowd it attracts, making it a must-visit spot for both locals and tourists seeking an authentic Parisian nightlife experience.</w:t>
      </w:r>
      <w:r/>
    </w:p>
    <w:p>
      <w:pPr>
        <w:pStyle w:val="ListNumber"/>
        <w:spacing w:line="240" w:lineRule="auto"/>
        <w:ind w:left="720"/>
      </w:pPr>
      <w:r/>
      <w:hyperlink r:id="rId10">
        <w:r>
          <w:rPr>
            <w:color w:val="0000EE"/>
            <w:u w:val="single"/>
          </w:rPr>
          <w:t>https://www.parisinfo.com/marche-des-fiertes-paris</w:t>
        </w:r>
      </w:hyperlink>
      <w:r>
        <w:t xml:space="preserve"> - The official website of the Paris Convention and Visitors Bureau provides detailed information about the annual 'Marche des Fiertés' (Pride March) in Paris, including its history, route, and significance. The event is a vibrant celebration of the LGBTQ+ community, attracting participants from around the world. The website offers insights into the march's schedule, associated events, and practical details for attendees, making it a valuable resource for those planning to participate or learn more about this iconic Parisian event.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onjourparis.com/lifestyle/fete-fierte-et-canicule-pride-in-the-heart-of-le-marais/" TargetMode="External"/><Relationship Id="rId10" Type="http://schemas.openxmlformats.org/officeDocument/2006/relationships/hyperlink" Target="https://www.parisinfo.com/marche-des-fiertes-paris" TargetMode="External"/><Relationship Id="rId11" Type="http://schemas.openxmlformats.org/officeDocument/2006/relationships/hyperlink" Target="https://www.timeout.com/paris/en/nightlife/quetzal-bar" TargetMode="External"/><Relationship Id="rId12" Type="http://schemas.openxmlformats.org/officeDocument/2006/relationships/hyperlink" Target="https://www.paris.fr/equipements/quetzal-bar-75004" TargetMode="External"/><Relationship Id="rId13" Type="http://schemas.openxmlformats.org/officeDocument/2006/relationships/hyperlink" Target="https://www.parisjetaime.com/en/restaurant/quetzal-bar-paris-p480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